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944b7139862b8b18ce7acbe095bd3f85e5cac20"/>
    <w:p>
      <w:pPr>
        <w:pStyle w:val="Heading1"/>
      </w:pPr>
      <w:r>
        <w:rPr>
          <w:b/>
          <w:bCs/>
        </w:rPr>
        <w:t xml:space="preserve">Much Ado About Nothing</w:t>
      </w:r>
      <w:r>
        <w:br/>
      </w:r>
      <w:r>
        <w:rPr>
          <w:i/>
          <w:iCs/>
        </w:rPr>
        <w:t xml:space="preserve">William Shakespeare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With anger, with sickness, or with hunger, my lord; not with love: prove that ever I lose more blood with love than I will get again with drinking, pick out mine eyes with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ballad</w:t>
      </w:r>
      <w:r>
        <w:rPr>
          <w:b/>
          <w:bCs/>
        </w:rPr>
        <w:t xml:space="preserve">-maker's pen and hang me up at the door of a brothel-house for the sign of blind Cupid.</w:t>
      </w:r>
      <w:r>
        <w:br/>
      </w:r>
      <w:r>
        <w:t xml:space="preserve">    (a) related to the branch of physics concerned with the conversion of different forms of energy</w:t>
      </w:r>
      <w:r>
        <w:br/>
      </w:r>
      <w:r>
        <w:t xml:space="preserve">    (b) of the Church of Jesus Christ of Latter-Day Saints which was founded by Joseph Smith in 1830</w:t>
      </w:r>
      <w:r>
        <w:br/>
      </w:r>
      <w:r>
        <w:t xml:space="preserve">    (c) a song (or poem) that tells a story or expresses strong feelings -- typically slow in tempo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Sure my brother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amorous</w:t>
      </w:r>
      <w:r>
        <w:rPr>
          <w:b/>
          <w:bCs/>
        </w:rPr>
        <w:t xml:space="preserve"> </w:t>
      </w:r>
      <w:r>
        <w:rPr>
          <w:b/>
          <w:bCs/>
        </w:rPr>
        <w:t xml:space="preserve">on Hero, and hath withdrawn her father to break with him about it.</w:t>
      </w:r>
      <w:r>
        <w:br/>
      </w:r>
      <w:r>
        <w:t xml:space="preserve">    (a) comprehensive</w:t>
      </w:r>
      <w:r>
        <w:br/>
      </w:r>
      <w:r>
        <w:t xml:space="preserve">    (b) logical or analytical</w:t>
      </w:r>
      <w:r>
        <w:br/>
      </w:r>
      <w:r>
        <w:t xml:space="preserve">    (c) romantic or sexual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is an accident of hourly proof, Which 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mistrusted</w:t>
      </w:r>
      <w:r>
        <w:rPr>
          <w:b/>
          <w:bCs/>
        </w:rPr>
        <w:t xml:space="preserve"> </w:t>
      </w:r>
      <w:r>
        <w:rPr>
          <w:b/>
          <w:bCs/>
        </w:rPr>
        <w:t xml:space="preserve">not.</w:t>
      </w:r>
      <w:r>
        <w:br/>
      </w:r>
      <w:r>
        <w:t xml:space="preserve">    (a) fruit cooked with sugar (like jam)</w:t>
      </w:r>
      <w:r>
        <w:br/>
      </w:r>
      <w:r>
        <w:t xml:space="preserve">    (b) didn't trust or have confidence in</w:t>
      </w:r>
      <w:r>
        <w:br/>
      </w:r>
      <w:r>
        <w:t xml:space="preserve">    (c) past-tense of the verb</w:t>
      </w:r>
      <w:r>
        <w:t xml:space="preserve"> </w:t>
      </w:r>
      <w:r>
        <w:rPr>
          <w:i/>
          <w:iCs/>
        </w:rPr>
        <w:t xml:space="preserve">lead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Grow this to what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adverse</w:t>
      </w:r>
      <w:r>
        <w:rPr>
          <w:b/>
          <w:bCs/>
        </w:rPr>
        <w:t xml:space="preserve"> </w:t>
      </w:r>
      <w:r>
        <w:rPr>
          <w:b/>
          <w:bCs/>
        </w:rPr>
        <w:t xml:space="preserve">issue it can, I will put it in practice.</w:t>
      </w:r>
      <w:r>
        <w:br/>
      </w:r>
      <w:r>
        <w:t xml:space="preserve">    (a) non-traditional or non-standard</w:t>
      </w:r>
      <w:r>
        <w:br/>
      </w:r>
      <w:r>
        <w:t xml:space="preserve">    (b) poor ability to make a decision</w:t>
      </w:r>
      <w:r>
        <w:br/>
      </w:r>
      <w:r>
        <w:t xml:space="preserve">    (c) working against one's interests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'I measure him,' says she, 'by my own spirit; for I should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flout</w:t>
      </w:r>
      <w:r>
        <w:rPr>
          <w:b/>
          <w:bCs/>
        </w:rPr>
        <w:t xml:space="preserve"> </w:t>
      </w:r>
      <w:r>
        <w:rPr>
          <w:b/>
          <w:bCs/>
        </w:rPr>
        <w:t xml:space="preserve">him, if he writ to me; yea, though I love him, I should.'</w:t>
      </w:r>
      <w:r>
        <w:br/>
      </w:r>
      <w:r>
        <w:t xml:space="preserve">    (a) take on or adopt</w:t>
      </w:r>
      <w:r>
        <w:br/>
      </w:r>
      <w:r>
        <w:t xml:space="preserve">    (b) openly disregard</w:t>
      </w:r>
      <w:r>
        <w:br/>
      </w:r>
      <w:r>
        <w:t xml:space="preserve">    (c) make more varied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hear how I am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censured</w:t>
      </w:r>
      <w:r>
        <w:rPr>
          <w:b/>
          <w:bCs/>
        </w:rPr>
        <w:t xml:space="preserve">:</w:t>
      </w:r>
      <w:r>
        <w:br/>
      </w:r>
      <w:r>
        <w:t xml:space="preserve">    (a) developed or changed gradually</w:t>
      </w:r>
      <w:r>
        <w:br/>
      </w:r>
      <w:r>
        <w:t xml:space="preserve">    (b) not hired, occupied, or booked</w:t>
      </w:r>
      <w:r>
        <w:br/>
      </w:r>
      <w:r>
        <w:t xml:space="preserve">    (c) criticized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did never think to marry: I must not seem proud: happy are they that hear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detractions</w:t>
      </w:r>
      <w:r>
        <w:rPr>
          <w:b/>
          <w:bCs/>
        </w:rPr>
        <w:t xml:space="preserve">, and can put them to mending.</w:t>
      </w:r>
      <w:r>
        <w:br/>
      </w:r>
      <w:r>
        <w:t xml:space="preserve">    (a) to diminish (reduce the value of something)</w:t>
      </w:r>
      <w:r>
        <w:br/>
      </w:r>
      <w:r>
        <w:t xml:space="preserve">    (b) jobs, reservations, bookings, or activities</w:t>
      </w:r>
      <w:r>
        <w:br/>
      </w:r>
      <w:r>
        <w:t xml:space="preserve">    (c) males, females, or various trans categories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'tis so, I cannot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reprove</w:t>
      </w:r>
      <w:r>
        <w:rPr>
          <w:b/>
          <w:bCs/>
        </w:rPr>
        <w:t xml:space="preserve"> </w:t>
      </w:r>
      <w:r>
        <w:rPr>
          <w:b/>
          <w:bCs/>
        </w:rPr>
        <w:t xml:space="preserve">it; and wise, but for loving me:</w:t>
      </w:r>
      <w:r>
        <w:br/>
      </w:r>
      <w:r>
        <w:t xml:space="preserve">    (a) collision</w:t>
      </w:r>
      <w:r>
        <w:br/>
      </w:r>
      <w:r>
        <w:t xml:space="preserve">    (b) criticize</w:t>
      </w:r>
      <w:r>
        <w:br/>
      </w:r>
      <w:r>
        <w:t xml:space="preserve">    (c) translate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maiden pride,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adieu</w:t>
      </w:r>
      <w:r>
        <w:rPr>
          <w:b/>
          <w:bCs/>
        </w:rPr>
        <w:t xml:space="preserve">!</w:t>
      </w:r>
      <w:r>
        <w:br/>
      </w:r>
      <w:r>
        <w:t xml:space="preserve">    (a) hello</w:t>
      </w:r>
      <w:r>
        <w:br/>
      </w:r>
      <w:r>
        <w:t xml:space="preserve">    (b) greetings</w:t>
      </w:r>
      <w:r>
        <w:br/>
      </w:r>
      <w:r>
        <w:t xml:space="preserve">    (c) goodbye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disparage</w:t>
      </w:r>
      <w:r>
        <w:rPr>
          <w:b/>
          <w:bCs/>
        </w:rPr>
        <w:t xml:space="preserve"> </w:t>
      </w:r>
      <w:r>
        <w:rPr>
          <w:b/>
          <w:bCs/>
        </w:rPr>
        <w:t xml:space="preserve">her no farther</w:t>
      </w:r>
      <w:r>
        <w:br/>
      </w:r>
      <w:r>
        <w:t xml:space="preserve">    (a) to spoil something so it is not desirable</w:t>
      </w:r>
      <w:r>
        <w:br/>
      </w:r>
      <w:r>
        <w:t xml:space="preserve">    (b) criticizing or making seem less important</w:t>
      </w:r>
      <w:r>
        <w:br/>
      </w:r>
      <w:r>
        <w:t xml:space="preserve">    (c) stop interacting; or stop having interest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think you would have me say, 'saving your reverence, a husband:' an bad thinking do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wrest</w:t>
      </w:r>
      <w:r>
        <w:rPr>
          <w:b/>
          <w:bCs/>
        </w:rPr>
        <w:t xml:space="preserve"> </w:t>
      </w:r>
      <w:r>
        <w:rPr>
          <w:b/>
          <w:bCs/>
        </w:rPr>
        <w:t xml:space="preserve">true speaking, I'll offend nobody.</w:t>
      </w:r>
      <w:r>
        <w:br/>
      </w:r>
      <w:r>
        <w:t xml:space="preserve">    (a) protect something or keep it as it is</w:t>
      </w:r>
      <w:r>
        <w:br/>
      </w:r>
      <w:r>
        <w:t xml:space="preserve">    (b) obtain with difficult effort or force</w:t>
      </w:r>
      <w:r>
        <w:br/>
      </w:r>
      <w:r>
        <w:t xml:space="preserve">    (c) a quick look or partial understanding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Get you some of this distilled Carduus Benedictus, and lay it to your heart: it is the only thing for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qualm</w:t>
      </w:r>
      <w:r>
        <w:rPr>
          <w:b/>
          <w:bCs/>
        </w:rPr>
        <w:t xml:space="preserve">.</w:t>
      </w:r>
      <w:r>
        <w:br/>
      </w:r>
      <w:r>
        <w:t xml:space="preserve">    (a) feeling of uneasiness</w:t>
      </w:r>
      <w:r>
        <w:br/>
      </w:r>
      <w:r>
        <w:t xml:space="preserve">    (b) a nerve or brain cell</w:t>
      </w:r>
      <w:r>
        <w:br/>
      </w:r>
      <w:r>
        <w:t xml:space="preserve">    (c) long eventful journey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Dear my lord, if you, in your own proof,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vanquish'd</w:t>
      </w:r>
      <w:r>
        <w:rPr>
          <w:b/>
          <w:bCs/>
        </w:rPr>
        <w:t xml:space="preserve"> </w:t>
      </w:r>
      <w:r>
        <w:rPr>
          <w:b/>
          <w:bCs/>
        </w:rPr>
        <w:t xml:space="preserve">the resistance of her youth, And made defeat of her virginity,— CLAUDIO.</w:t>
      </w:r>
      <w:r>
        <w:br/>
      </w:r>
      <w:r>
        <w:t xml:space="preserve">    (a) excessively excited</w:t>
      </w:r>
      <w:r>
        <w:br/>
      </w:r>
      <w:r>
        <w:t xml:space="preserve">    (b) nervous or confused</w:t>
      </w:r>
      <w:r>
        <w:br/>
      </w:r>
      <w:r>
        <w:t xml:space="preserve">    (c) completely defeated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Why had I not with charitable hand Took up a beggar's issue at my gates, Who smirched thus, and mir'd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infamy</w:t>
      </w:r>
      <w:r>
        <w:rPr>
          <w:b/>
          <w:bCs/>
        </w:rPr>
        <w:t xml:space="preserve">, I might have said, 'No part of it is mine; This shame derives itself from unknown loins?'</w:t>
      </w:r>
      <w:r>
        <w:br/>
      </w:r>
      <w:r>
        <w:t xml:space="preserve">    (a) person, organization, or anything with a separate existence</w:t>
      </w:r>
      <w:r>
        <w:br/>
      </w:r>
      <w:r>
        <w:t xml:space="preserve">    (b) the process or result of learning, discovering, or deciding</w:t>
      </w:r>
      <w:r>
        <w:br/>
      </w:r>
      <w:r>
        <w:t xml:space="preserve">    (c) famous for something that is bad; or an extremely bad event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Thou seest that all the grace that she hath left Is that she will not add to her damnation A sin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perjury</w:t>
      </w:r>
      <w:r>
        <w:rPr>
          <w:b/>
          <w:bCs/>
        </w:rPr>
        <w:t xml:space="preserve">: she not denies it.</w:t>
      </w:r>
      <w:r>
        <w:br/>
      </w:r>
      <w:r>
        <w:t xml:space="preserve">    (a) something suggested indirectly; or something that can be concluded; or a result</w:t>
      </w:r>
      <w:r>
        <w:br/>
      </w:r>
      <w:r>
        <w:t xml:space="preserve">    (b) surgical interruption of nerve tracts to and from the frontal lobe of the brain</w:t>
      </w:r>
      <w:r>
        <w:br/>
      </w:r>
      <w:r>
        <w:t xml:space="preserve">    (c) the criminal offense of telling lies after formally promising to tell the truth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Your daughter here the princes left for dead; Let her awhile be secretly kept in, And publish it that she is dead indeed: Maintain a mourning ostentation; nd on your family's old monument Hang mournful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epitaphs</w:t>
      </w:r>
      <w:r>
        <w:rPr>
          <w:b/>
          <w:bCs/>
        </w:rPr>
        <w:t xml:space="preserve"> </w:t>
      </w:r>
      <w:r>
        <w:rPr>
          <w:b/>
          <w:bCs/>
        </w:rPr>
        <w:t xml:space="preserve">and do all rites That appertain unto a burial.</w:t>
      </w:r>
      <w:r>
        <w:br/>
      </w:r>
      <w:r>
        <w:t xml:space="preserve">    (a) Muslim religious teachers or leaders</w:t>
      </w:r>
      <w:r>
        <w:br/>
      </w:r>
      <w:r>
        <w:t xml:space="preserve">    (b) short texts in memory of dead people</w:t>
      </w:r>
      <w:r>
        <w:br/>
      </w:r>
      <w:r>
        <w:t xml:space="preserve">    (c) things that disagree with themselves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if it sort not well, you may conceal her,</w:t>
      </w:r>
      <w:r>
        <w:br/>
      </w:r>
      <w:r>
        <w:rPr>
          <w:b/>
          <w:bCs/>
        </w:rPr>
        <w:t xml:space="preserve">As best befits her wounded reputation,</w:t>
      </w:r>
      <w:r>
        <w:br/>
      </w:r>
      <w:r>
        <w:rPr>
          <w:b/>
          <w:bCs/>
        </w:rPr>
        <w:t xml:space="preserve">In some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reclusive</w:t>
      </w:r>
      <w:r>
        <w:rPr>
          <w:b/>
          <w:bCs/>
        </w:rPr>
        <w:t xml:space="preserve"> </w:t>
      </w:r>
      <w:r>
        <w:rPr>
          <w:b/>
          <w:bCs/>
        </w:rPr>
        <w:t xml:space="preserve">and religious life,</w:t>
      </w:r>
      <w:r>
        <w:br/>
      </w:r>
      <w:r>
        <w:rPr>
          <w:b/>
          <w:bCs/>
        </w:rPr>
        <w:t xml:space="preserve">Out of all eyes, tongues, minds, and injuries.</w:t>
      </w:r>
      <w:r>
        <w:br/>
      </w:r>
      <w:r>
        <w:t xml:space="preserve">    (a) not concerned with what others might think of oneself</w:t>
      </w:r>
      <w:r>
        <w:br/>
      </w:r>
      <w:r>
        <w:t xml:space="preserve">    (b) the degree of being completely in the specified state</w:t>
      </w:r>
      <w:r>
        <w:br/>
      </w:r>
      <w:r>
        <w:t xml:space="preserve">    (c) withdrawn from society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Marry, thou dost wrong me; thou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dissembler</w:t>
      </w:r>
      <w:r>
        <w:rPr>
          <w:b/>
          <w:bCs/>
        </w:rPr>
        <w:t xml:space="preserve">, thou.</w:t>
      </w:r>
      <w:r>
        <w:br/>
      </w:r>
      <w:r>
        <w:t xml:space="preserve">    (a) one who seizes or takes control without authority</w:t>
      </w:r>
      <w:r>
        <w:br/>
      </w:r>
      <w:r>
        <w:t xml:space="preserve">    (b) hide or disguise the truth without outright lying</w:t>
      </w:r>
      <w:r>
        <w:br/>
      </w:r>
      <w:r>
        <w:t xml:space="preserve">    (c) people who control, prevent, or make less intense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know them, yea, And what they weigh, even to the utmost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scruple</w:t>
      </w:r>
      <w:r>
        <w:rPr>
          <w:b/>
          <w:bCs/>
        </w:rPr>
        <w:t xml:space="preserve">, Scambling, out-facing, fashion-monging boys, That lie and cog and flout, deprave and slander, Go antickly, show outward hideousness, And speak off half a dozen dangerous words, How they might hurt their enemies, if they durst; And this is all!</w:t>
      </w:r>
      <w:r>
        <w:br/>
      </w:r>
      <w:r>
        <w:t xml:space="preserve">    (a) speak in a manner that does not clearly express an opinion or decision</w:t>
      </w:r>
      <w:r>
        <w:br/>
      </w:r>
      <w:r>
        <w:t xml:space="preserve">    (b) an ethical or moral principle that discourages certain kinds of action</w:t>
      </w:r>
      <w:r>
        <w:br/>
      </w:r>
      <w:r>
        <w:t xml:space="preserve">    (c) to stick out, attract more attention than desired, or impose on others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Will you then write me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sonnet</w:t>
      </w:r>
      <w:r>
        <w:rPr>
          <w:b/>
          <w:bCs/>
        </w:rPr>
        <w:t xml:space="preserve"> </w:t>
      </w:r>
      <w:r>
        <w:rPr>
          <w:b/>
          <w:bCs/>
        </w:rPr>
        <w:t xml:space="preserve">in praise of my beauty?</w:t>
      </w:r>
      <w:r>
        <w:br/>
      </w:r>
      <w:r>
        <w:t xml:space="preserve">    (a) a period of time when someone exhibits unusual behavior</w:t>
      </w:r>
      <w:r>
        <w:br/>
      </w:r>
      <w:r>
        <w:t xml:space="preserve">    (b) the act or process of stopping something from happening</w:t>
      </w:r>
      <w:r>
        <w:br/>
      </w:r>
      <w:r>
        <w:t xml:space="preserve">    (c) a poem consisting of 14 lines with a fixed rhyme scheme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2026-07-31T14:31:23Z</dcterms:created>
  <dcterms:modified xsi:type="dcterms:W3CDTF">2026-07-31T14:31:23Z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