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080700365047641ab0c4cfd1c1e0d2a017be29"/>
    <w:p>
      <w:pPr>
        <w:pStyle w:val="Heading1"/>
      </w:pPr>
      <w:r>
        <w:rPr>
          <w:b/>
          <w:bCs/>
        </w:rPr>
        <w:t xml:space="preserve">Mrs. Dalloway</w:t>
      </w:r>
      <w:r>
        <w:br/>
      </w:r>
      <w:r>
        <w:rPr>
          <w:i/>
          <w:iCs/>
        </w:rPr>
        <w:t xml:space="preserve">Virginia Woolf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chief made a statement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assuaged</w:t>
      </w:r>
      <w:r>
        <w:rPr>
          <w:b/>
          <w:bCs/>
        </w:rPr>
        <w:t xml:space="preserve"> </w:t>
      </w:r>
      <w:r>
        <w:rPr>
          <w:b/>
          <w:bCs/>
        </w:rPr>
        <w:t xml:space="preserve">many people's worst fears.</w:t>
      </w:r>
      <w:r>
        <w:br/>
      </w:r>
      <w:r>
        <w:t xml:space="preserve">    (a) made a joke of</w:t>
      </w:r>
      <w:r>
        <w:br/>
      </w:r>
      <w:r>
        <w:t xml:space="preserve">    (b) made worse</w:t>
      </w:r>
      <w:r>
        <w:br/>
      </w:r>
      <w:r>
        <w:t xml:space="preserve">    (c) soothed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enforced</w:t>
      </w:r>
      <w:r>
        <w:br/>
      </w:r>
      <w:r>
        <w:t xml:space="preserve">    (b) restricted</w:t>
      </w:r>
      <w:r>
        <w:br/>
      </w:r>
      <w:r>
        <w:t xml:space="preserve">    (c) threatened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small in amount</w:t>
      </w:r>
      <w:r>
        <w:br/>
      </w:r>
      <w:r>
        <w:t xml:space="preserve">    (b) rare and unusual</w:t>
      </w:r>
      <w:r>
        <w:br/>
      </w:r>
      <w:r>
        <w:t xml:space="preserve">    (c) large in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Jefferson described the legislation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detestable</w:t>
      </w:r>
      <w:r>
        <w:rPr>
          <w:b/>
          <w:bCs/>
        </w:rPr>
        <w:t xml:space="preserve">.</w:t>
      </w:r>
      <w:r>
        <w:br/>
      </w:r>
      <w:r>
        <w:t xml:space="preserve">    (a) outstanding</w:t>
      </w:r>
      <w:r>
        <w:br/>
      </w:r>
      <w:r>
        <w:t xml:space="preserve">    (b) terrible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about keeping her desk perfectly organized.</w:t>
      </w:r>
      <w:r>
        <w:br/>
      </w:r>
      <w:r>
        <w:t xml:space="preserve">    (a) loud and outgoing</w:t>
      </w:r>
      <w:r>
        <w:br/>
      </w:r>
      <w:r>
        <w:t xml:space="preserve">    (b) extremely attentive to detail</w:t>
      </w:r>
      <w:r>
        <w:br/>
      </w:r>
      <w:r>
        <w:t xml:space="preserve">    (c) careless and disorganized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wealthy</w:t>
      </w:r>
      <w:r>
        <w:br/>
      </w:r>
      <w:r>
        <w:t xml:space="preserve">    (b) cautious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thoughtfully kind</w:t>
      </w:r>
      <w:r>
        <w:br/>
      </w:r>
      <w:r>
        <w:t xml:space="preserve">    (b) disrespectfully bold</w:t>
      </w:r>
      <w:r>
        <w:br/>
      </w:r>
      <w:r>
        <w:t xml:space="preserve">    (c) extremely quiet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annoying</w:t>
      </w:r>
      <w:r>
        <w:br/>
      </w:r>
      <w:r>
        <w:t xml:space="preserve">    (b) expensive</w:t>
      </w:r>
      <w:r>
        <w:br/>
      </w:r>
      <w:r>
        <w:t xml:space="preserve">    (c) antique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Trust between coworkers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intangible</w:t>
      </w:r>
      <w:r>
        <w:rPr>
          <w:b/>
          <w:bCs/>
        </w:rPr>
        <w:t xml:space="preserve"> </w:t>
      </w:r>
      <w:r>
        <w:rPr>
          <w:b/>
          <w:bCs/>
        </w:rPr>
        <w:t xml:space="preserve">quality that takes years to build.</w:t>
      </w:r>
      <w:r>
        <w:br/>
      </w:r>
      <w:r>
        <w:t xml:space="preserve">    (a) easily broken</w:t>
      </w:r>
      <w:r>
        <w:br/>
      </w:r>
      <w:r>
        <w:t xml:space="preserve">    (b) non-material</w:t>
      </w:r>
      <w:r>
        <w:br/>
      </w:r>
      <w:r>
        <w:t xml:space="preserve">    (c) extremely heavy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apologized, but he would not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mollified</w:t>
      </w:r>
      <w:r>
        <w:rPr>
          <w:b/>
          <w:bCs/>
        </w:rPr>
        <w:t xml:space="preserve">, and he continued to insist on speaking with her manager.</w:t>
      </w:r>
      <w:r>
        <w:br/>
      </w:r>
      <w:r>
        <w:t xml:space="preserve">    (a) calmed</w:t>
      </w:r>
      <w:r>
        <w:br/>
      </w:r>
      <w:r>
        <w:t xml:space="preserve">    (b) ignored</w:t>
      </w:r>
      <w:r>
        <w:br/>
      </w:r>
      <w:r>
        <w:t xml:space="preserve">    (c) angered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proud of one's actions</w:t>
      </w:r>
      <w:r>
        <w:br/>
      </w:r>
      <w:r>
        <w:t xml:space="preserve">    (b) feeling regret for wrongdoing</w:t>
      </w:r>
      <w:r>
        <w:br/>
      </w:r>
      <w:r>
        <w:t xml:space="preserve">    (c) confused about the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walking with a barely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perceptible</w:t>
      </w:r>
      <w:r>
        <w:rPr>
          <w:b/>
          <w:bCs/>
        </w:rPr>
        <w:t xml:space="preserve"> </w:t>
      </w:r>
      <w:r>
        <w:rPr>
          <w:b/>
          <w:bCs/>
        </w:rPr>
        <w:t xml:space="preserve">limp.</w:t>
      </w:r>
      <w:r>
        <w:br/>
      </w:r>
      <w:r>
        <w:t xml:space="preserve">    (a) noticeable</w:t>
      </w:r>
      <w:r>
        <w:br/>
      </w:r>
      <w:r>
        <w:t xml:space="preserve">    (b) new</w:t>
      </w:r>
      <w:r>
        <w:br/>
      </w:r>
      <w:r>
        <w:t xml:space="preserve">    (c) painful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</w:t>
      </w:r>
      <w:r>
        <w:rPr>
          <w:b/>
          <w:bCs/>
        </w:rPr>
        <w:t xml:space="preserve"> </w:t>
      </w:r>
      <w:r>
        <w:rPr>
          <w:b/>
          <w:bCs/>
        </w:rPr>
        <w:t xml:space="preserve">of her success, she was earning over a million dollars a year.</w:t>
      </w:r>
      <w:r>
        <w:br/>
      </w:r>
      <w:r>
        <w:t xml:space="preserve">    (a) end</w:t>
      </w:r>
      <w:r>
        <w:br/>
      </w:r>
      <w:r>
        <w:t xml:space="preserve">    (b) highest point</w:t>
      </w:r>
      <w:r>
        <w:br/>
      </w:r>
      <w:r>
        <w:t xml:space="preserve">    (c) beginning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bitter</w:t>
      </w:r>
      <w:r>
        <w:br/>
      </w:r>
      <w:r>
        <w:t xml:space="preserve">    (b) confused</w:t>
      </w:r>
      <w:r>
        <w:br/>
      </w:r>
      <w:r>
        <w:t xml:space="preserve">    (c) emotionless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important</w:t>
      </w:r>
      <w:r>
        <w:br/>
      </w:r>
      <w:r>
        <w:t xml:space="preserve">    (b) unnecessary</w:t>
      </w:r>
      <w:r>
        <w:br/>
      </w:r>
      <w:r>
        <w:t xml:space="preserve">    (c) appreciated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drink because members of my family have an increased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susceptibility</w:t>
      </w:r>
      <w:r>
        <w:rPr>
          <w:b/>
          <w:bCs/>
        </w:rPr>
        <w:t xml:space="preserve"> </w:t>
      </w:r>
      <w:r>
        <w:rPr>
          <w:b/>
          <w:bCs/>
        </w:rPr>
        <w:t xml:space="preserve">to alcoholism.</w:t>
      </w:r>
      <w:r>
        <w:br/>
      </w:r>
      <w:r>
        <w:t xml:space="preserve">    (a) the main building (or buildings) of government</w:t>
      </w:r>
      <w:r>
        <w:br/>
      </w:r>
      <w:r>
        <w:t xml:space="preserve">    (b) two successive lines of poetry; usually rhymed</w:t>
      </w:r>
      <w:r>
        <w:br/>
      </w:r>
      <w:r>
        <w:t xml:space="preserve">    (c) the trait of being easily harmed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by nature, but before breakfast you'd think she is deaf and mute.</w:t>
      </w:r>
      <w:r>
        <w:br/>
      </w:r>
      <w:r>
        <w:t xml:space="preserve">    (a) outgoing</w:t>
      </w:r>
      <w:r>
        <w:br/>
      </w:r>
      <w:r>
        <w:t xml:space="preserve">    (b) reserved</w:t>
      </w:r>
      <w:r>
        <w:br/>
      </w:r>
      <w:r>
        <w:t xml:space="preserve">    (c) low-energy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Police used to be allowed to use their discretion in deciding whether to arrest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vagrant</w:t>
      </w:r>
      <w:r>
        <w:rPr>
          <w:b/>
          <w:bCs/>
        </w:rPr>
        <w:t xml:space="preserve">.</w:t>
      </w:r>
      <w:r>
        <w:br/>
      </w:r>
      <w:r>
        <w:t xml:space="preserve">    (a) impoverished person without a home or job</w:t>
      </w:r>
      <w:r>
        <w:br/>
      </w:r>
      <w:r>
        <w:t xml:space="preserve">    (b) someone who is visiting from out-of-town</w:t>
      </w:r>
      <w:r>
        <w:br/>
      </w:r>
      <w:r>
        <w:t xml:space="preserve">    (c) person who used recreational drugs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long respected</w:t>
      </w:r>
      <w:r>
        <w:br/>
      </w:r>
      <w:r>
        <w:t xml:space="preserve">    (b) large and successful</w:t>
      </w:r>
      <w:r>
        <w:br/>
      </w:r>
      <w:r>
        <w:t xml:space="preserve">    (c) popular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vivacious</w:t>
      </w:r>
      <w:r>
        <w:rPr>
          <w:b/>
          <w:bCs/>
        </w:rPr>
        <w:t xml:space="preserve"> </w:t>
      </w:r>
      <w:r>
        <w:rPr>
          <w:b/>
          <w:bCs/>
        </w:rPr>
        <w:t xml:space="preserve">high school senior who has captured the nations heart.</w:t>
      </w:r>
      <w:r>
        <w:br/>
      </w:r>
      <w:r>
        <w:t xml:space="preserve">    (a) engaging and lively</w:t>
      </w:r>
      <w:r>
        <w:br/>
      </w:r>
      <w:r>
        <w:t xml:space="preserve">    (b) kind and attractive</w:t>
      </w:r>
      <w:r>
        <w:br/>
      </w:r>
      <w:r>
        <w:t xml:space="preserve">    (c) smart and well-spoken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2026-07-31T16:07:56Z</dcterms:created>
  <dcterms:modified xsi:type="dcterms:W3CDTF">2026-07-31T16:07:56Z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