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caecf632a8f63b396db3ff34929e73d9b599f18"/>
    <w:p>
      <w:pPr>
        <w:pStyle w:val="Heading1"/>
      </w:pPr>
      <w:r>
        <w:rPr>
          <w:b/>
          <w:bCs/>
        </w:rPr>
        <w:t xml:space="preserve">Mrs. Dalloway</w:t>
      </w:r>
      <w:r>
        <w:br/>
      </w:r>
      <w:r>
        <w:rPr>
          <w:i/>
          <w:iCs/>
        </w:rPr>
        <w:t xml:space="preserve">Virginia Woolf</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Lucrezia Warren Smith, sitting by her husband's side on a seat in</w:t>
      </w:r>
      <w:r>
        <w:rPr>
          <w:b/>
          <w:bCs/>
        </w:rPr>
        <w:t xml:space="preserve"> </w:t>
      </w:r>
      <w:r>
        <w:rPr>
          <w:b/>
          <w:bCs/>
          <w:u w:val="single"/>
        </w:rPr>
        <w:t xml:space="preserve">Regent</w:t>
      </w:r>
      <w:r>
        <w:rPr>
          <w:b/>
          <w:bCs/>
        </w:rPr>
        <w:t xml:space="preserve">'s Park in the Broad Walk, looked up.</w:t>
      </w:r>
      <w:r>
        <w:br/>
      </w:r>
      <w:r>
        <w:t xml:space="preserve">    (a) relating to an artistic movement pioneered by Pablo Picasso and Georges Braque that featured surfaces of geometrical planes to depict three-dimensional organic forms</w:t>
      </w:r>
      <w:r>
        <w:br/>
      </w:r>
      <w:r>
        <w:t xml:space="preserve">    (b) someone appointed to a position of temporary or delegated authority -- such as a temporarily while the king or queen is too young, too sick, or away; or a member of a governing board</w:t>
      </w:r>
      <w:r>
        <w:br/>
      </w:r>
      <w:r>
        <w:t xml:space="preserve">    (c) someone who walks slowly without definite direction  OR  someone who writes or talks without definite direction (changing subjects or rambling rather than in a purposeful direct way)</w:t>
      </w:r>
    </w:p>
    <w:p>
      <w:pPr>
        <w:pStyle w:val="Compact"/>
        <w:numPr>
          <w:ilvl w:val="0"/>
          <w:numId w:val="1001"/>
        </w:numPr>
      </w:pPr>
      <w:r>
        <w:rPr>
          <w:b/>
          <w:bCs/>
        </w:rPr>
        <w:t xml:space="preserve">He noted such</w:t>
      </w:r>
      <w:r>
        <w:rPr>
          <w:b/>
          <w:bCs/>
        </w:rPr>
        <w:t xml:space="preserve"> </w:t>
      </w:r>
      <w:r>
        <w:rPr>
          <w:b/>
          <w:bCs/>
          <w:u w:val="single"/>
        </w:rPr>
        <w:t xml:space="preserve">revelations</w:t>
      </w:r>
      <w:r>
        <w:rPr>
          <w:b/>
          <w:bCs/>
        </w:rPr>
        <w:t xml:space="preserve"> </w:t>
      </w:r>
      <w:r>
        <w:rPr>
          <w:b/>
          <w:bCs/>
        </w:rPr>
        <w:t xml:space="preserve">on the backs of envelopes.</w:t>
      </w:r>
      <w:r>
        <w:br/>
      </w:r>
      <w:r>
        <w:t xml:space="preserve">    (a) members of the Religious Society of Friends (the Friends have never called themselves Quakers)</w:t>
      </w:r>
      <w:r>
        <w:br/>
      </w:r>
      <w:r>
        <w:t xml:space="preserve">    (b) compounds consisting of large molecules made up of linked series of repeated smaller molecules</w:t>
      </w:r>
      <w:r>
        <w:br/>
      </w:r>
      <w:r>
        <w:t xml:space="preserve">    (c) something that was previously unknown (and typically surprising); or making such a thing known</w:t>
      </w:r>
    </w:p>
    <w:p>
      <w:pPr>
        <w:pStyle w:val="Compact"/>
        <w:numPr>
          <w:ilvl w:val="0"/>
          <w:numId w:val="1001"/>
        </w:numPr>
      </w:pPr>
      <w:r>
        <w:rPr>
          <w:b/>
          <w:bCs/>
        </w:rPr>
        <w:t xml:space="preserve">But the</w:t>
      </w:r>
      <w:r>
        <w:rPr>
          <w:b/>
          <w:bCs/>
        </w:rPr>
        <w:t xml:space="preserve"> </w:t>
      </w:r>
      <w:r>
        <w:rPr>
          <w:b/>
          <w:bCs/>
          <w:u w:val="single"/>
        </w:rPr>
        <w:t xml:space="preserve">indomitable</w:t>
      </w:r>
      <w:r>
        <w:rPr>
          <w:b/>
          <w:bCs/>
        </w:rPr>
        <w:t xml:space="preserve"> </w:t>
      </w:r>
      <w:r>
        <w:rPr>
          <w:b/>
          <w:bCs/>
        </w:rPr>
        <w:t xml:space="preserve">egotism which for ever rides down the hosts opposed to it, the river which says on, on, on; even though, it admits, there may be no goal for us whatever, still on, on; this indomitable egotism charged her cheeks with colour; made her look very young; very pink; very bright-eyed as she sat with her dress upon her knee, and her needle held to the end of green silk, trembling a little.</w:t>
      </w:r>
      <w:r>
        <w:br/>
      </w:r>
      <w:r>
        <w:t xml:space="preserve">    (a) impossible to defeat or discourage; or showing unshakable strength, determination, or spirit</w:t>
      </w:r>
      <w:r>
        <w:br/>
      </w:r>
      <w:r>
        <w:t xml:space="preserve">    (b) relating to the threadlike structures in the cell nucleus that carry genes in a linear order</w:t>
      </w:r>
      <w:r>
        <w:br/>
      </w:r>
      <w:r>
        <w:t xml:space="preserve">    (c) of something temporarily treated as true to advance a discussion or to further investigation</w:t>
      </w:r>
    </w:p>
    <w:p>
      <w:pPr>
        <w:pStyle w:val="Compact"/>
        <w:numPr>
          <w:ilvl w:val="0"/>
          <w:numId w:val="1001"/>
        </w:numPr>
      </w:pPr>
      <w:r>
        <w:rPr>
          <w:b/>
          <w:bCs/>
        </w:rPr>
        <w:t xml:space="preserve">Then, as the sound of St. Margaret's</w:t>
      </w:r>
      <w:r>
        <w:rPr>
          <w:b/>
          <w:bCs/>
        </w:rPr>
        <w:t xml:space="preserve"> </w:t>
      </w:r>
      <w:r>
        <w:rPr>
          <w:b/>
          <w:bCs/>
          <w:u w:val="single"/>
        </w:rPr>
        <w:t xml:space="preserve">languished</w:t>
      </w:r>
      <w:r>
        <w:rPr>
          <w:b/>
          <w:bCs/>
        </w:rPr>
        <w:t xml:space="preserve">, he thought, She has been ill, and the sound expressed languor and suffering.</w:t>
      </w:r>
      <w:r>
        <w:br/>
      </w:r>
      <w:r>
        <w:t xml:space="preserve">    (a) suffered in a bad situation for a long time</w:t>
      </w:r>
      <w:r>
        <w:br/>
      </w:r>
      <w:r>
        <w:t xml:space="preserve">    (b) made appropriate in size, amount, or degree</w:t>
      </w:r>
      <w:r>
        <w:br/>
      </w:r>
      <w:r>
        <w:t xml:space="preserve">    (c) thought carefully and made a judgment about</w:t>
      </w:r>
    </w:p>
    <w:p>
      <w:pPr>
        <w:pStyle w:val="Compact"/>
        <w:numPr>
          <w:ilvl w:val="0"/>
          <w:numId w:val="1001"/>
        </w:numPr>
      </w:pPr>
      <w:r>
        <w:rPr>
          <w:b/>
          <w:bCs/>
        </w:rPr>
        <w:t xml:space="preserve">But they did not look</w:t>
      </w:r>
      <w:r>
        <w:rPr>
          <w:b/>
          <w:bCs/>
        </w:rPr>
        <w:t xml:space="preserve"> </w:t>
      </w:r>
      <w:r>
        <w:rPr>
          <w:b/>
          <w:bCs/>
          <w:u w:val="single"/>
        </w:rPr>
        <w:t xml:space="preserve">robust</w:t>
      </w:r>
      <w:r>
        <w:rPr>
          <w:b/>
          <w:bCs/>
        </w:rPr>
        <w:t xml:space="preserve">.</w:t>
      </w:r>
      <w:r>
        <w:br/>
      </w:r>
      <w:r>
        <w:t xml:space="preserve">    (a) sloped</w:t>
      </w:r>
      <w:r>
        <w:br/>
      </w:r>
      <w:r>
        <w:t xml:space="preserve">    (b) hidden</w:t>
      </w:r>
      <w:r>
        <w:br/>
      </w:r>
      <w:r>
        <w:t xml:space="preserve">    (c) strong</w:t>
      </w:r>
    </w:p>
    <w:p>
      <w:pPr>
        <w:pStyle w:val="Compact"/>
        <w:numPr>
          <w:ilvl w:val="0"/>
          <w:numId w:val="1001"/>
        </w:numPr>
      </w:pPr>
      <w:r>
        <w:rPr>
          <w:b/>
          <w:bCs/>
        </w:rPr>
        <w:t xml:space="preserve">There she sat in her white Cashmere shawl, with her head against the window— a</w:t>
      </w:r>
      <w:r>
        <w:rPr>
          <w:b/>
          <w:bCs/>
        </w:rPr>
        <w:t xml:space="preserve"> </w:t>
      </w:r>
      <w:r>
        <w:rPr>
          <w:b/>
          <w:bCs/>
          <w:u w:val="single"/>
        </w:rPr>
        <w:t xml:space="preserve">formidable</w:t>
      </w:r>
      <w:r>
        <w:rPr>
          <w:b/>
          <w:bCs/>
        </w:rPr>
        <w:t xml:space="preserve"> </w:t>
      </w:r>
      <w:r>
        <w:rPr>
          <w:b/>
          <w:bCs/>
        </w:rPr>
        <w:t xml:space="preserve">old lady, but kind to him, for he had found her some rare flower, and she was a great botanist, marching off in thick boots with a black collecting-box slung between her shoulders.</w:t>
      </w:r>
      <w:r>
        <w:br/>
      </w:r>
      <w:r>
        <w:t xml:space="preserve">    (a) the quality of disagreeing</w:t>
      </w:r>
      <w:r>
        <w:br/>
      </w:r>
      <w:r>
        <w:t xml:space="preserve">    (b) intimidating or impressive</w:t>
      </w:r>
      <w:r>
        <w:br/>
      </w:r>
      <w:r>
        <w:t xml:space="preserve">    (c) the quality of being Dutch</w:t>
      </w:r>
    </w:p>
    <w:p>
      <w:pPr>
        <w:pStyle w:val="Compact"/>
        <w:numPr>
          <w:ilvl w:val="0"/>
          <w:numId w:val="1001"/>
        </w:numPr>
      </w:pPr>
      <w:r>
        <w:rPr>
          <w:b/>
          <w:bCs/>
        </w:rPr>
        <w:t xml:space="preserve">There he stood by Miss</w:t>
      </w:r>
      <w:r>
        <w:rPr>
          <w:b/>
          <w:bCs/>
        </w:rPr>
        <w:t xml:space="preserve"> </w:t>
      </w:r>
      <w:r>
        <w:rPr>
          <w:b/>
          <w:bCs/>
          <w:u w:val="single"/>
        </w:rPr>
        <w:t xml:space="preserve">Parry</w:t>
      </w:r>
      <w:r>
        <w:rPr>
          <w:b/>
          <w:bCs/>
        </w:rPr>
        <w:t xml:space="preserve">'s chair as though he had been cut out of wood, he talking about wild flowers.</w:t>
      </w:r>
      <w:r>
        <w:br/>
      </w:r>
      <w:r>
        <w:t xml:space="preserve">    (a) subtract</w:t>
      </w:r>
      <w:r>
        <w:br/>
      </w:r>
      <w:r>
        <w:t xml:space="preserve">    (b) disagree</w:t>
      </w:r>
      <w:r>
        <w:br/>
      </w:r>
      <w:r>
        <w:t xml:space="preserve">    (c) to avoid</w:t>
      </w:r>
    </w:p>
    <w:p>
      <w:pPr>
        <w:pStyle w:val="Compact"/>
        <w:numPr>
          <w:ilvl w:val="0"/>
          <w:numId w:val="1001"/>
        </w:numPr>
      </w:pPr>
      <w:r>
        <w:rPr>
          <w:b/>
          <w:bCs/>
        </w:rPr>
        <w:t xml:space="preserve">The trees waved,</w:t>
      </w:r>
      <w:r>
        <w:rPr>
          <w:b/>
          <w:bCs/>
        </w:rPr>
        <w:t xml:space="preserve"> </w:t>
      </w:r>
      <w:r>
        <w:rPr>
          <w:b/>
          <w:bCs/>
          <w:u w:val="single"/>
        </w:rPr>
        <w:t xml:space="preserve">brandished</w:t>
      </w:r>
      <w:r>
        <w:rPr>
          <w:b/>
          <w:bCs/>
        </w:rPr>
        <w:t xml:space="preserve">.</w:t>
      </w:r>
      <w:r>
        <w:br/>
      </w:r>
      <w:r>
        <w:t xml:space="preserve">    (a) selected (on a computer screen)</w:t>
      </w:r>
      <w:r>
        <w:br/>
      </w:r>
      <w:r>
        <w:t xml:space="preserve">    (b) took up or received into heaven</w:t>
      </w:r>
      <w:r>
        <w:br/>
      </w:r>
      <w:r>
        <w:t xml:space="preserve">    (c) waved or exhibited aggressively</w:t>
      </w:r>
    </w:p>
    <w:p>
      <w:pPr>
        <w:pStyle w:val="Compact"/>
        <w:numPr>
          <w:ilvl w:val="0"/>
          <w:numId w:val="1001"/>
        </w:numPr>
      </w:pPr>
      <w:r>
        <w:rPr>
          <w:b/>
          <w:bCs/>
        </w:rPr>
        <w:t xml:space="preserve">For of all the people he had ever met Hugh was the greatest snob—the most</w:t>
      </w:r>
      <w:r>
        <w:rPr>
          <w:b/>
          <w:bCs/>
        </w:rPr>
        <w:t xml:space="preserve"> </w:t>
      </w:r>
      <w:r>
        <w:rPr>
          <w:b/>
          <w:bCs/>
          <w:u w:val="single"/>
        </w:rPr>
        <w:t xml:space="preserve">obsequious</w:t>
      </w:r>
      <w:r>
        <w:rPr>
          <w:b/>
          <w:bCs/>
        </w:rPr>
        <w:t xml:space="preserve">—no, he didn't cringe exactly.</w:t>
      </w:r>
      <w:r>
        <w:br/>
      </w:r>
      <w:r>
        <w:t xml:space="preserve">    (a) excessively eager to flatter or serve</w:t>
      </w:r>
      <w:r>
        <w:br/>
      </w:r>
      <w:r>
        <w:t xml:space="preserve">    (b) able to be restored to good condition</w:t>
      </w:r>
      <w:r>
        <w:br/>
      </w:r>
      <w:r>
        <w:t xml:space="preserve">    (c) not bouncing back light/heat/sound...</w:t>
      </w:r>
    </w:p>
    <w:p>
      <w:pPr>
        <w:pStyle w:val="Compact"/>
        <w:numPr>
          <w:ilvl w:val="0"/>
          <w:numId w:val="1001"/>
        </w:numPr>
      </w:pPr>
      <w:r>
        <w:rPr>
          <w:b/>
          <w:bCs/>
        </w:rPr>
        <w:t xml:space="preserve">Still remembering how once in some</w:t>
      </w:r>
      <w:r>
        <w:rPr>
          <w:b/>
          <w:bCs/>
        </w:rPr>
        <w:t xml:space="preserve"> </w:t>
      </w:r>
      <w:r>
        <w:rPr>
          <w:b/>
          <w:bCs/>
          <w:u w:val="single"/>
        </w:rPr>
        <w:t xml:space="preserve">primeval</w:t>
      </w:r>
      <w:r>
        <w:rPr>
          <w:b/>
          <w:bCs/>
        </w:rPr>
        <w:t xml:space="preserve"> </w:t>
      </w:r>
      <w:r>
        <w:rPr>
          <w:b/>
          <w:bCs/>
        </w:rPr>
        <w:t xml:space="preserve">May she had walked with her lover, this rusty pump, this battered old woman with one hand exposed for coppers the other clutching her side, would still be there in ten million years, remembering how once she had walked in May, where the sea flows now, with whom it did not matter—he was a man, oh yes, a man who had loved her.</w:t>
      </w:r>
      <w:r>
        <w:br/>
      </w:r>
      <w:r>
        <w:t xml:space="preserve">    (a) certain</w:t>
      </w:r>
      <w:r>
        <w:br/>
      </w:r>
      <w:r>
        <w:t xml:space="preserve">    (b) outside</w:t>
      </w:r>
      <w:r>
        <w:br/>
      </w:r>
      <w:r>
        <w:t xml:space="preserve">    (c) ancient</w:t>
      </w:r>
    </w:p>
    <w:p>
      <w:pPr>
        <w:pStyle w:val="Compact"/>
        <w:numPr>
          <w:ilvl w:val="0"/>
          <w:numId w:val="1001"/>
        </w:numPr>
      </w:pPr>
      <w:r>
        <w:rPr>
          <w:b/>
          <w:bCs/>
        </w:rPr>
        <w:t xml:space="preserve">In the tea-shop among the tables and the chattering waiters the</w:t>
      </w:r>
      <w:r>
        <w:rPr>
          <w:b/>
          <w:bCs/>
        </w:rPr>
        <w:t xml:space="preserve"> </w:t>
      </w:r>
      <w:r>
        <w:rPr>
          <w:b/>
          <w:bCs/>
          <w:u w:val="single"/>
        </w:rPr>
        <w:t xml:space="preserve">appalling</w:t>
      </w:r>
      <w:r>
        <w:rPr>
          <w:b/>
          <w:bCs/>
        </w:rPr>
        <w:t xml:space="preserve"> </w:t>
      </w:r>
      <w:r>
        <w:rPr>
          <w:b/>
          <w:bCs/>
        </w:rPr>
        <w:t xml:space="preserve">fear came over him—he could not feel.</w:t>
      </w:r>
      <w:r>
        <w:br/>
      </w:r>
      <w:r>
        <w:t xml:space="preserve">    (a) shockingly terrible or horrible</w:t>
      </w:r>
      <w:r>
        <w:br/>
      </w:r>
      <w:r>
        <w:t xml:space="preserve">    (b) telling someone about something</w:t>
      </w:r>
      <w:r>
        <w:br/>
      </w:r>
      <w:r>
        <w:t xml:space="preserve">    (c) commending or praising publicly</w:t>
      </w:r>
    </w:p>
    <w:p>
      <w:pPr>
        <w:pStyle w:val="Compact"/>
        <w:numPr>
          <w:ilvl w:val="0"/>
          <w:numId w:val="1001"/>
        </w:numPr>
      </w:pPr>
      <w:r>
        <w:rPr>
          <w:b/>
          <w:bCs/>
        </w:rPr>
        <w:t xml:space="preserve">They went to the Tower together; to the Victoria and Albert Museum; stood in the crowd to see the King open</w:t>
      </w:r>
      <w:r>
        <w:rPr>
          <w:b/>
          <w:bCs/>
        </w:rPr>
        <w:t xml:space="preserve"> </w:t>
      </w:r>
      <w:r>
        <w:rPr>
          <w:b/>
          <w:bCs/>
          <w:u w:val="single"/>
        </w:rPr>
        <w:t xml:space="preserve">Parliament</w:t>
      </w:r>
      <w:r>
        <w:rPr>
          <w:b/>
          <w:bCs/>
        </w:rPr>
        <w:t xml:space="preserve">.</w:t>
      </w:r>
      <w:r>
        <w:br/>
      </w:r>
      <w:r>
        <w:t xml:space="preserve">    (a) legislative assembly that passes laws (existing in some countries)</w:t>
      </w:r>
      <w:r>
        <w:br/>
      </w:r>
      <w:r>
        <w:t xml:space="preserve">    (b) someone who believes that all knowledge is derived from experience</w:t>
      </w:r>
      <w:r>
        <w:br/>
      </w:r>
      <w:r>
        <w:t xml:space="preserve">    (c) a place where conditions are kept as they were to protect wildlife</w:t>
      </w:r>
    </w:p>
    <w:p>
      <w:pPr>
        <w:pStyle w:val="Compact"/>
        <w:numPr>
          <w:ilvl w:val="0"/>
          <w:numId w:val="1001"/>
        </w:numPr>
      </w:pPr>
      <w:r>
        <w:rPr>
          <w:b/>
          <w:bCs/>
        </w:rPr>
        <w:t xml:space="preserve">There were,</w:t>
      </w:r>
      <w:r>
        <w:rPr>
          <w:b/>
          <w:bCs/>
        </w:rPr>
        <w:t xml:space="preserve"> </w:t>
      </w:r>
      <w:r>
        <w:rPr>
          <w:b/>
          <w:bCs/>
          <w:u w:val="single"/>
        </w:rPr>
        <w:t xml:space="preserve">moreover</w:t>
      </w:r>
      <w:r>
        <w:rPr>
          <w:b/>
          <w:bCs/>
        </w:rPr>
        <w:t xml:space="preserve">, family affection; honour; courage; and a brilliant career.</w:t>
      </w:r>
      <w:r>
        <w:br/>
      </w:r>
      <w:r>
        <w:t xml:space="preserve">    (a) even though -- used to connect contrasting ideas</w:t>
      </w:r>
      <w:r>
        <w:br/>
      </w:r>
      <w:r>
        <w:t xml:space="preserve">    (b) despite that (used to connect contrasting ideas)</w:t>
      </w:r>
      <w:r>
        <w:br/>
      </w:r>
      <w:r>
        <w:t xml:space="preserve">    (c) in addition to what has just been said</w:t>
      </w:r>
    </w:p>
    <w:p>
      <w:pPr>
        <w:pStyle w:val="Compact"/>
        <w:numPr>
          <w:ilvl w:val="0"/>
          <w:numId w:val="1001"/>
        </w:numPr>
      </w:pPr>
      <w:r>
        <w:rPr>
          <w:b/>
          <w:bCs/>
        </w:rPr>
        <w:t xml:space="preserve">But to go deeper, beneath what people said (and these judgements, how</w:t>
      </w:r>
      <w:r>
        <w:rPr>
          <w:b/>
          <w:bCs/>
        </w:rPr>
        <w:t xml:space="preserve"> </w:t>
      </w:r>
      <w:r>
        <w:rPr>
          <w:b/>
          <w:bCs/>
          <w:u w:val="single"/>
        </w:rPr>
        <w:t xml:space="preserve">superficial</w:t>
      </w:r>
      <w:r>
        <w:rPr>
          <w:b/>
          <w:bCs/>
        </w:rPr>
        <w:t xml:space="preserve">, how fragmentary they are!)</w:t>
      </w:r>
      <w:r>
        <w:br/>
      </w:r>
      <w:r>
        <w:t xml:space="preserve">    (a) comprehensive (thorough)</w:t>
      </w:r>
      <w:r>
        <w:br/>
      </w:r>
      <w:r>
        <w:t xml:space="preserve">    (b) deep and creative</w:t>
      </w:r>
      <w:r>
        <w:br/>
      </w:r>
      <w:r>
        <w:t xml:space="preserve">    (c) relating to a surface rather than to anything deep or penetrating</w:t>
      </w:r>
    </w:p>
    <w:p>
      <w:pPr>
        <w:pStyle w:val="Compact"/>
        <w:numPr>
          <w:ilvl w:val="0"/>
          <w:numId w:val="1001"/>
        </w:numPr>
      </w:pPr>
      <w:r>
        <w:rPr>
          <w:b/>
          <w:bCs/>
        </w:rPr>
        <w:t xml:space="preserve">At this</w:t>
      </w:r>
      <w:r>
        <w:rPr>
          <w:b/>
          <w:bCs/>
        </w:rPr>
        <w:t xml:space="preserve"> </w:t>
      </w:r>
      <w:r>
        <w:rPr>
          <w:b/>
          <w:bCs/>
          <w:u w:val="single"/>
        </w:rPr>
        <w:t xml:space="preserve">dwindling</w:t>
      </w:r>
      <w:r>
        <w:rPr>
          <w:b/>
          <w:bCs/>
        </w:rPr>
        <w:t xml:space="preserve"> </w:t>
      </w:r>
      <w:r>
        <w:rPr>
          <w:b/>
          <w:bCs/>
        </w:rPr>
        <w:t xml:space="preserve">of the monster, Clarissa laughed.</w:t>
      </w:r>
      <w:r>
        <w:br/>
      </w:r>
      <w:r>
        <w:t xml:space="preserve">    (a) decreasing</w:t>
      </w:r>
      <w:r>
        <w:br/>
      </w:r>
      <w:r>
        <w:t xml:space="preserve">    (b) satisfying</w:t>
      </w:r>
      <w:r>
        <w:br/>
      </w:r>
      <w:r>
        <w:t xml:space="preserve">    (c) unwrapping</w:t>
      </w:r>
    </w:p>
    <w:p>
      <w:pPr>
        <w:pStyle w:val="Compact"/>
        <w:numPr>
          <w:ilvl w:val="0"/>
          <w:numId w:val="1001"/>
        </w:numPr>
      </w:pPr>
      <w:r>
        <w:rPr>
          <w:b/>
          <w:bCs/>
        </w:rPr>
        <w:t xml:space="preserve">But one must fight;</w:t>
      </w:r>
      <w:r>
        <w:rPr>
          <w:b/>
          <w:bCs/>
        </w:rPr>
        <w:t xml:space="preserve"> </w:t>
      </w:r>
      <w:r>
        <w:rPr>
          <w:b/>
          <w:bCs/>
          <w:u w:val="single"/>
        </w:rPr>
        <w:t xml:space="preserve">vanquish</w:t>
      </w:r>
      <w:r>
        <w:rPr>
          <w:b/>
          <w:bCs/>
        </w:rPr>
        <w:t xml:space="preserve">; have faith in God.</w:t>
      </w:r>
      <w:r>
        <w:br/>
      </w:r>
      <w:r>
        <w:t xml:space="preserve">    (a) completely defeat</w:t>
      </w:r>
      <w:r>
        <w:br/>
      </w:r>
      <w:r>
        <w:t xml:space="preserve">    (b) differ; or change</w:t>
      </w:r>
      <w:r>
        <w:br/>
      </w:r>
      <w:r>
        <w:t xml:space="preserve">    (c) influence opinion</w:t>
      </w:r>
    </w:p>
    <w:p>
      <w:pPr>
        <w:pStyle w:val="Compact"/>
        <w:numPr>
          <w:ilvl w:val="0"/>
          <w:numId w:val="1001"/>
        </w:numPr>
      </w:pPr>
      <w:r>
        <w:rPr>
          <w:b/>
          <w:bCs/>
        </w:rPr>
        <w:t xml:space="preserve">He was alone, exposed on this bleak</w:t>
      </w:r>
      <w:r>
        <w:rPr>
          <w:b/>
          <w:bCs/>
        </w:rPr>
        <w:t xml:space="preserve"> </w:t>
      </w:r>
      <w:r>
        <w:rPr>
          <w:b/>
          <w:bCs/>
          <w:u w:val="single"/>
        </w:rPr>
        <w:t xml:space="preserve">eminence</w:t>
      </w:r>
      <w:r>
        <w:rPr>
          <w:b/>
          <w:bCs/>
        </w:rPr>
        <w:t xml:space="preserve">, stretched out—but not on a hill top; not on a crag; on Mrs. Filmer's sitting-room sofa.</w:t>
      </w:r>
      <w:r>
        <w:br/>
      </w:r>
      <w:r>
        <w:t xml:space="preserve">    (a) the process of thinking carefully and making a judgment about something</w:t>
      </w:r>
      <w:r>
        <w:br/>
      </w:r>
      <w:r>
        <w:t xml:space="preserve">    (b) famous, respected, or important within a particular field or profession</w:t>
      </w:r>
      <w:r>
        <w:br/>
      </w:r>
      <w:r>
        <w:t xml:space="preserve">    (c) the act of finding fault and telling others; or a description of faults</w:t>
      </w:r>
    </w:p>
    <w:p>
      <w:pPr>
        <w:pStyle w:val="Compact"/>
        <w:numPr>
          <w:ilvl w:val="0"/>
          <w:numId w:val="1001"/>
        </w:numPr>
      </w:pPr>
      <w:r>
        <w:rPr>
          <w:b/>
          <w:bCs/>
        </w:rPr>
        <w:t xml:space="preserve">There was a breath of tenderness; her severity, her prudery, her woodenness were all warmed through now, and she had about her as she said good-bye to the thick goldlaced man who was doing his best, and good luck to him, to look important, an inexpressible dignity; an exquisite</w:t>
      </w:r>
      <w:r>
        <w:rPr>
          <w:b/>
          <w:bCs/>
        </w:rPr>
        <w:t xml:space="preserve"> </w:t>
      </w:r>
      <w:r>
        <w:rPr>
          <w:b/>
          <w:bCs/>
          <w:u w:val="single"/>
        </w:rPr>
        <w:t xml:space="preserve">cordiality</w:t>
      </w:r>
      <w:r>
        <w:rPr>
          <w:b/>
          <w:bCs/>
        </w:rPr>
        <w:t xml:space="preserve">; as if she wished the whole world well, and must now, being on the very verge and rim of things, take her leave.</w:t>
      </w:r>
      <w:r>
        <w:br/>
      </w:r>
      <w:r>
        <w:t xml:space="preserve">    (a) friendliness</w:t>
      </w:r>
      <w:r>
        <w:br/>
      </w:r>
      <w:r>
        <w:t xml:space="preserve">    (b) satisfaction</w:t>
      </w:r>
      <w:r>
        <w:br/>
      </w:r>
      <w:r>
        <w:t xml:space="preserve">    (c) psychiatrist</w:t>
      </w:r>
    </w:p>
    <w:p>
      <w:pPr>
        <w:pStyle w:val="Compact"/>
        <w:numPr>
          <w:ilvl w:val="0"/>
          <w:numId w:val="1001"/>
        </w:numPr>
      </w:pPr>
      <w:r>
        <w:rPr>
          <w:b/>
          <w:bCs/>
        </w:rPr>
        <w:t xml:space="preserve">But the enormous resources of the English language, the power it</w:t>
      </w:r>
      <w:r>
        <w:rPr>
          <w:b/>
          <w:bCs/>
        </w:rPr>
        <w:t xml:space="preserve"> </w:t>
      </w:r>
      <w:r>
        <w:rPr>
          <w:b/>
          <w:bCs/>
          <w:u w:val="single"/>
        </w:rPr>
        <w:t xml:space="preserve">bestows</w:t>
      </w:r>
      <w:r>
        <w:rPr>
          <w:b/>
          <w:bCs/>
        </w:rPr>
        <w:t xml:space="preserve">, after all, of communicating feelings (at their age, she and Peter would have been arguing all the evening), was not for them.</w:t>
      </w:r>
      <w:r>
        <w:br/>
      </w:r>
      <w:r>
        <w:t xml:space="preserve">    (a) draws</w:t>
      </w:r>
      <w:r>
        <w:br/>
      </w:r>
      <w:r>
        <w:t xml:space="preserve">    (b) quits</w:t>
      </w:r>
      <w:r>
        <w:br/>
      </w:r>
      <w:r>
        <w:t xml:space="preserve">    (c) gives</w:t>
      </w:r>
    </w:p>
    <w:p>
      <w:pPr>
        <w:pStyle w:val="Compact"/>
        <w:numPr>
          <w:ilvl w:val="0"/>
          <w:numId w:val="1001"/>
        </w:numPr>
      </w:pPr>
      <w:r>
        <w:rPr>
          <w:b/>
          <w:bCs/>
        </w:rPr>
        <w:t xml:space="preserve">The chairs still kept the impress of the Prime Minister and Lady Bruton, she turned</w:t>
      </w:r>
      <w:r>
        <w:rPr>
          <w:b/>
          <w:bCs/>
        </w:rPr>
        <w:t xml:space="preserve"> </w:t>
      </w:r>
      <w:r>
        <w:rPr>
          <w:b/>
          <w:bCs/>
          <w:u w:val="single"/>
        </w:rPr>
        <w:t xml:space="preserve">deferentially</w:t>
      </w:r>
      <w:r>
        <w:rPr>
          <w:b/>
          <w:bCs/>
        </w:rPr>
        <w:t xml:space="preserve">, he sitting four-square, authoritatively.</w:t>
      </w:r>
      <w:r>
        <w:br/>
      </w:r>
      <w:r>
        <w:t xml:space="preserve">    (a) not done on purpose</w:t>
      </w:r>
      <w:r>
        <w:br/>
      </w:r>
      <w:r>
        <w:t xml:space="preserve">    (b) with polite respect</w:t>
      </w:r>
      <w:r>
        <w:br/>
      </w:r>
      <w:r>
        <w:t xml:space="preserve">    (c) in a specific order</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2026-07-31T16:07:55Z</dcterms:created>
  <dcterms:modified xsi:type="dcterms:W3CDTF">2026-07-31T16:07:55Z</dcterms:modified>
</cp:coreProperties>
</file>

<file path=docProps/custom.xml><?xml version="1.0" encoding="utf-8"?>
<Properties xmlns="http://schemas.openxmlformats.org/officeDocument/2006/custom-properties" xmlns:vt="http://schemas.openxmlformats.org/officeDocument/2006/docPropsVTypes"/>
</file>