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7fbc9dda3d63487e31f8cdbae0f12d6a38435f"/>
    <w:p>
      <w:pPr>
        <w:pStyle w:val="Heading1"/>
      </w:pPr>
      <w:r>
        <w:rPr>
          <w:b/>
          <w:bCs/>
        </w:rPr>
        <w:t xml:space="preserve">Mountains Beyond Mountains</w:t>
      </w:r>
      <w:r>
        <w:br/>
      </w:r>
      <w:r>
        <w:rPr>
          <w:i/>
          <w:iCs/>
        </w:rPr>
        <w:t xml:space="preserve">Tracy Kidder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wasn't that the words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immodest</w:t>
      </w:r>
      <w:r>
        <w:rPr>
          <w:b/>
          <w:bCs/>
        </w:rPr>
        <w:t xml:space="preserve">.</w:t>
      </w:r>
      <w:r>
        <w:br/>
      </w:r>
      <w:r>
        <w:t xml:space="preserve">    (a) vain or conceited</w:t>
      </w:r>
      <w:r>
        <w:br/>
      </w:r>
      <w:r>
        <w:t xml:space="preserve">    (b) requiring great strength or effort (like that of the mythological Hercules)</w:t>
      </w:r>
      <w:r>
        <w:br/>
      </w:r>
      <w:r>
        <w:t xml:space="preserve">    (c) not relating to the principles of democracy or representation of the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day begins around dawn, in the lower courtyard beside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ambulatory</w:t>
      </w:r>
      <w:r>
        <w:rPr>
          <w:b/>
          <w:bCs/>
        </w:rPr>
        <w:t xml:space="preserve"> </w:t>
      </w:r>
      <w:r>
        <w:rPr>
          <w:b/>
          <w:bCs/>
        </w:rPr>
        <w:t xml:space="preserve">clinic.</w:t>
      </w:r>
      <w:r>
        <w:br/>
      </w:r>
      <w:r>
        <w:t xml:space="preserve">    (a) able to walk or move around -- especially after being ill or injured</w:t>
      </w:r>
      <w:r>
        <w:br/>
      </w:r>
      <w:r>
        <w:t xml:space="preserve">    (b) relating to logical examination of something to better understand it</w:t>
      </w:r>
      <w:r>
        <w:br/>
      </w:r>
      <w:r>
        <w:t xml:space="preserve">    (c) lack of interest; or the process of stopping interaction or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elderly man in treatment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pulmonary</w:t>
      </w:r>
      <w:r>
        <w:rPr>
          <w:b/>
          <w:bCs/>
        </w:rPr>
        <w:t xml:space="preserve"> </w:t>
      </w:r>
      <w:r>
        <w:rPr>
          <w:b/>
          <w:bCs/>
        </w:rPr>
        <w:t xml:space="preserve">tb who makes me think of Ray Charles.</w:t>
      </w:r>
      <w:r>
        <w:br/>
      </w:r>
      <w:r>
        <w:t xml:space="preserve">    (a) degree to which things are related</w:t>
      </w:r>
      <w:r>
        <w:br/>
      </w:r>
      <w:r>
        <w:t xml:space="preserve">    (b) able to be understood or explained</w:t>
      </w:r>
      <w:r>
        <w:br/>
      </w:r>
      <w:r>
        <w:t xml:space="preserve">    (c) relating to or affecting the lungs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seems to give him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inordinate</w:t>
      </w:r>
      <w:r>
        <w:rPr>
          <w:b/>
          <w:bCs/>
        </w:rPr>
        <w:t xml:space="preserve"> </w:t>
      </w:r>
      <w:r>
        <w:rPr>
          <w:b/>
          <w:bCs/>
        </w:rPr>
        <w:t xml:space="preserve">pleasure, and I must admit that I feel some myself, completely unjustified, when he says, "We're getting a lot done."</w:t>
      </w:r>
      <w:r>
        <w:br/>
      </w:r>
      <w:r>
        <w:t xml:space="preserve">    (a) excessive or more than is reasonable or normal</w:t>
      </w:r>
      <w:r>
        <w:br/>
      </w:r>
      <w:r>
        <w:t xml:space="preserve">    (b) mental activity of which one is not self-aware</w:t>
      </w:r>
      <w:r>
        <w:br/>
      </w:r>
      <w:r>
        <w:t xml:space="preserve">    (c) with the involvement of other people or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 knack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aphorism</w:t>
      </w:r>
      <w:r>
        <w:rPr>
          <w:b/>
          <w:bCs/>
        </w:rPr>
        <w:t xml:space="preserve">.</w:t>
      </w:r>
      <w:r>
        <w:br/>
      </w:r>
      <w:r>
        <w:t xml:space="preserve">    (a) short saying intended to impart wisdom</w:t>
      </w:r>
      <w:r>
        <w:br/>
      </w:r>
      <w:r>
        <w:t xml:space="preserve">    (b) thing that affects a result or outcome</w:t>
      </w:r>
      <w:r>
        <w:br/>
      </w:r>
      <w:r>
        <w:t xml:space="preserve">    (c) job, reservation, booking, or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Latin American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theologians</w:t>
      </w:r>
      <w:r>
        <w:rPr>
          <w:b/>
          <w:bCs/>
        </w:rPr>
        <w:t xml:space="preserve"> </w:t>
      </w:r>
      <w:r>
        <w:rPr>
          <w:b/>
          <w:bCs/>
        </w:rPr>
        <w:t xml:space="preserve">had developed the doctrine, and in the late 1960s Latin America's Catholic bishops had endorsed some of its tenets.</w:t>
      </w:r>
      <w:r>
        <w:br/>
      </w:r>
      <w:r>
        <w:t xml:space="preserve">    (a) people who are learned in the study of God or religion</w:t>
      </w:r>
      <w:r>
        <w:br/>
      </w:r>
      <w:r>
        <w:t xml:space="preserve">    (b) periods of time when someone exhibits unusual behavior</w:t>
      </w:r>
      <w:r>
        <w:br/>
      </w:r>
      <w:r>
        <w:t xml:space="preserve">    (c) speaks with someone about something for the first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wasn't mainly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by politics or religion, he'd say.</w:t>
      </w:r>
      <w:r>
        <w:br/>
      </w:r>
      <w:r>
        <w:t xml:space="preserve">    (a) to make someone feel they must do something</w:t>
      </w:r>
      <w:r>
        <w:br/>
      </w:r>
      <w:r>
        <w:t xml:space="preserve">    (b) made appropriate in size, amount, or degree</w:t>
      </w:r>
      <w:r>
        <w:br/>
      </w:r>
      <w:r>
        <w:t xml:space="preserve">    (c) concentrated, look at, or paid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then, they'd merely administer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.</w:t>
      </w:r>
      <w:r>
        <w:br/>
      </w:r>
      <w:r>
        <w:t xml:space="preserve">    (a) a deal where the accused pleads guilty to a lesser crime in return for a lighter punishment or dropped charges</w:t>
      </w:r>
      <w:r>
        <w:br/>
      </w:r>
      <w:r>
        <w:t xml:space="preserve">    (b) to try to persuade, or to criticize in an impassioned and often annoying manner; or a speech with such an intent</w:t>
      </w:r>
      <w:r>
        <w:br/>
      </w:r>
      <w:r>
        <w:t xml:space="preserve">    (c) removal of false belief that something is better than it is; or the disappointment from removal of such a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wanted to learn everything about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morbidity</w:t>
      </w:r>
      <w:r>
        <w:rPr>
          <w:b/>
          <w:bCs/>
        </w:rPr>
        <w:t xml:space="preserve"> </w:t>
      </w:r>
      <w:r>
        <w:rPr>
          <w:b/>
          <w:bCs/>
        </w:rPr>
        <w:t xml:space="preserve">and mortality in the most disease-ridden country in the hemisphere.</w:t>
      </w:r>
      <w:r>
        <w:br/>
      </w:r>
      <w:r>
        <w:t xml:space="preserve">    (a) thought</w:t>
      </w:r>
      <w:r>
        <w:br/>
      </w:r>
      <w:r>
        <w:t xml:space="preserve">    (b) disease</w:t>
      </w:r>
      <w:r>
        <w:br/>
      </w:r>
      <w:r>
        <w:t xml:space="preserve">    (c) loyalty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Cange,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squatter</w:t>
      </w:r>
      <w:r>
        <w:rPr>
          <w:b/>
          <w:bCs/>
        </w:rPr>
        <w:t xml:space="preserve"> </w:t>
      </w:r>
      <w:r>
        <w:rPr>
          <w:b/>
          <w:bCs/>
        </w:rPr>
        <w:t xml:space="preserve">settlement, lay in the midst of this arid desolation, half a mile up the road from the huge freshwater reservoir.</w:t>
      </w:r>
      <w:r>
        <w:br/>
      </w:r>
      <w:r>
        <w:t xml:space="preserve">    (a) someone who lives in an unoccupied place without the legal right</w:t>
      </w:r>
      <w:r>
        <w:br/>
      </w:r>
      <w:r>
        <w:t xml:space="preserve">    (b) a group formed to discuss or offer insight on a particular topic</w:t>
      </w:r>
      <w:r>
        <w:br/>
      </w:r>
      <w:r>
        <w:t xml:space="preserve">    (c) to constrain in some way -- such as tie up, require, or obligate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slow awakening as opposed to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epiphany</w:t>
      </w:r>
      <w:r>
        <w:rPr>
          <w:b/>
          <w:bCs/>
        </w:rPr>
        <w:t xml:space="preserve">.</w:t>
      </w:r>
      <w:r>
        <w:br/>
      </w:r>
      <w:r>
        <w:t xml:space="preserve">    (a) untied or released</w:t>
      </w:r>
      <w:r>
        <w:br/>
      </w:r>
      <w:r>
        <w:t xml:space="preserve">    (b) easily set on fire</w:t>
      </w:r>
      <w:r>
        <w:br/>
      </w:r>
      <w:r>
        <w:t xml:space="preserve">    (c) sudden realization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was, she thought,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salient</w:t>
      </w:r>
      <w:r>
        <w:rPr>
          <w:b/>
          <w:bCs/>
        </w:rPr>
        <w:t xml:space="preserve"> </w:t>
      </w:r>
      <w:r>
        <w:rPr>
          <w:b/>
          <w:bCs/>
        </w:rPr>
        <w:t xml:space="preserve">of his priestly qualities.</w:t>
      </w:r>
      <w:r>
        <w:br/>
      </w:r>
      <w:r>
        <w:t xml:space="preserve">    (a) not concerned with what others might think of oneself</w:t>
      </w:r>
      <w:r>
        <w:br/>
      </w:r>
      <w:r>
        <w:t xml:space="preserve">    (b) able to make clear with example, diagram, photo, etc.</w:t>
      </w:r>
      <w:r>
        <w:br/>
      </w:r>
      <w:r>
        <w:t xml:space="preserve">    (c) the most noteworthy or important points about a 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Once she had filtered back, Ophelia took on pih's finances and began scheming about creating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endowment</w:t>
      </w:r>
      <w:r>
        <w:rPr>
          <w:b/>
          <w:bCs/>
        </w:rPr>
        <w:t xml:space="preserve">.</w:t>
      </w:r>
      <w:r>
        <w:br/>
      </w:r>
      <w:r>
        <w:t xml:space="preserve">    (a) the invested money that provides income for an institution; or an instance of giving such money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abilities or qualities -- especially those that are nature-given</w:t>
      </w:r>
      <w:r>
        <w:br/>
      </w:r>
      <w:r>
        <w:t xml:space="preserve">    (b) a musical play with orchestra in which most of the dialogue is sung (or the art form that consists of such musicals; or describing something as related to that art form)</w:t>
      </w:r>
      <w:r>
        <w:br/>
      </w:r>
      <w:r>
        <w:t xml:space="preserve">    (c) a person with or something related to an eating disorder in which overeating is followed by guilt and unhealthy attempts at correction -- especially self-induced vomiting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Following anthropological tradition, he'd give the village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pseudonym</w:t>
      </w:r>
      <w:r>
        <w:rPr>
          <w:b/>
          <w:bCs/>
        </w:rPr>
        <w:t xml:space="preserve">, Do Kay.</w:t>
      </w:r>
      <w:r>
        <w:br/>
      </w:r>
      <w:r>
        <w:t xml:space="preserve">    (a) in disagreement</w:t>
      </w:r>
      <w:r>
        <w:br/>
      </w:r>
      <w:r>
        <w:t xml:space="preserve">    (b) dramatic change</w:t>
      </w:r>
      <w:r>
        <w:br/>
      </w:r>
      <w:r>
        <w:t xml:space="preserve">    (c) fictitious name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that purulent meningitides that go for the base of the brain cause an almost mass-like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inflammation</w:t>
      </w:r>
      <w:r>
        <w:rPr>
          <w:b/>
          <w:bCs/>
        </w:rPr>
        <w:t xml:space="preserve"> </w:t>
      </w:r>
      <w:r>
        <w:rPr>
          <w:b/>
          <w:bCs/>
        </w:rPr>
        <w:t xml:space="preserve">there.</w:t>
      </w:r>
      <w:r>
        <w:br/>
      </w:r>
      <w:r>
        <w:t xml:space="preserve">    (a) basic rule or belief</w:t>
      </w:r>
      <w:r>
        <w:br/>
      </w:r>
      <w:r>
        <w:t xml:space="preserve">    (b) the act of forgiving</w:t>
      </w:r>
      <w:r>
        <w:br/>
      </w:r>
      <w:r>
        <w:t xml:space="preserve">    (c) swelling and redness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Indeed, according to a study by who, Cuba had the world's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equitably</w:t>
      </w:r>
      <w:r>
        <w:rPr>
          <w:b/>
          <w:bCs/>
        </w:rPr>
        <w:t xml:space="preserve"> </w:t>
      </w:r>
      <w:r>
        <w:rPr>
          <w:b/>
          <w:bCs/>
        </w:rPr>
        <w:t xml:space="preserve">distributed medicine.</w:t>
      </w:r>
      <w:r>
        <w:br/>
      </w:r>
      <w:r>
        <w:t xml:space="preserve">    (a) in a just or fair manner</w:t>
      </w:r>
      <w:r>
        <w:br/>
      </w:r>
      <w:r>
        <w:t xml:space="preserve">    (b) in a manner that changes</w:t>
      </w:r>
      <w:r>
        <w:br/>
      </w:r>
      <w:r>
        <w:t xml:space="preserve">    (c) in an understated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opinions still divided on how the loan would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allocated</w:t>
      </w:r>
      <w:r>
        <w:rPr>
          <w:b/>
          <w:bCs/>
        </w:rPr>
        <w:t xml:space="preserve">.</w:t>
      </w:r>
      <w:r>
        <w:br/>
      </w:r>
      <w:r>
        <w:t xml:space="preserve">    (a) set apart for a special purpose</w:t>
      </w:r>
      <w:r>
        <w:br/>
      </w:r>
      <w:r>
        <w:t xml:space="preserve">    (b) took up or received into heaven</w:t>
      </w:r>
      <w:r>
        <w:br/>
      </w:r>
      <w:r>
        <w:t xml:space="preserve">    (c) selected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 rare congenital heart defect, which a team of surgeons fixed,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waiving</w:t>
      </w:r>
      <w:r>
        <w:rPr>
          <w:b/>
          <w:bCs/>
        </w:rPr>
        <w:t xml:space="preserve"> </w:t>
      </w:r>
      <w:r>
        <w:rPr>
          <w:b/>
          <w:bCs/>
        </w:rPr>
        <w:t xml:space="preserve">their fees.</w:t>
      </w:r>
      <w:r>
        <w:br/>
      </w:r>
      <w:r>
        <w:t xml:space="preserve">    (a) crashing together with violent impact; or coming into conflict</w:t>
      </w:r>
      <w:r>
        <w:br/>
      </w:r>
      <w:r>
        <w:t xml:space="preserve">    (b) not enforcing (not collecting)</w:t>
      </w:r>
      <w:r>
        <w:br/>
      </w:r>
      <w:r>
        <w:t xml:space="preserve">    (c) providing investment funds for something -- such as a business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potable</w:t>
      </w:r>
      <w:r>
        <w:rPr>
          <w:b/>
          <w:bCs/>
        </w:rPr>
        <w:t xml:space="preserve"> </w:t>
      </w:r>
      <w:r>
        <w:rPr>
          <w:b/>
          <w:bCs/>
        </w:rPr>
        <w:t xml:space="preserve">water.</w:t>
      </w:r>
      <w:r>
        <w:br/>
      </w:r>
      <w:r>
        <w:t xml:space="preserve">    (a) a nerve or brain cell</w:t>
      </w:r>
      <w:r>
        <w:br/>
      </w:r>
      <w:r>
        <w:t xml:space="preserve">    (b) long eventful journey</w:t>
      </w:r>
      <w:r>
        <w:br/>
      </w:r>
      <w:r>
        <w:t xml:space="preserve">    (c) suitable for drinking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of his e-mails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ebullient</w:t>
      </w:r>
      <w:r>
        <w:rPr>
          <w:b/>
          <w:bCs/>
        </w:rPr>
        <w:t xml:space="preserve">: "We're growing by leaps and bounds."</w:t>
      </w:r>
      <w:r>
        <w:br/>
      </w:r>
      <w:r>
        <w:t xml:space="preserve">    (a) happy and energetic</w:t>
      </w:r>
      <w:r>
        <w:br/>
      </w:r>
      <w:r>
        <w:t xml:space="preserve">    (b) not straightforward</w:t>
      </w:r>
      <w:r>
        <w:br/>
      </w:r>
      <w:r>
        <w:t xml:space="preserve">    (c) not done on purpose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2026-07-31T17:16:53Z</dcterms:created>
  <dcterms:modified xsi:type="dcterms:W3CDTF">2026-07-31T17:16:53Z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