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296772c0eeace4866a4f979793b5dc6da1e7c28"/>
    <w:p>
      <w:pPr>
        <w:pStyle w:val="Heading1"/>
      </w:pPr>
      <w:r>
        <w:rPr>
          <w:b/>
          <w:bCs/>
        </w:rPr>
        <w:t xml:space="preserve">Mother Tongue</w:t>
      </w:r>
      <w:r>
        <w:br/>
      </w:r>
      <w:r>
        <w:rPr>
          <w:i/>
          <w:iCs/>
        </w:rPr>
        <w:t xml:space="preserve">Amy Tan</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spend a great deal of my time thinking about the power of language — the way it can</w:t>
      </w:r>
      <w:r>
        <w:rPr>
          <w:b/>
          <w:bCs/>
        </w:rPr>
        <w:t xml:space="preserve"> </w:t>
      </w:r>
      <w:r>
        <w:rPr>
          <w:b/>
          <w:bCs/>
          <w:u w:val="single"/>
        </w:rPr>
        <w:t xml:space="preserve">evoke</w:t>
      </w:r>
      <w:r>
        <w:rPr>
          <w:b/>
          <w:bCs/>
        </w:rPr>
        <w:t xml:space="preserve"> </w:t>
      </w:r>
      <w:r>
        <w:rPr>
          <w:b/>
          <w:bCs/>
        </w:rPr>
        <w:t xml:space="preserve">an emotion, a visual image, a complex idea, or a simple truth.</w:t>
      </w:r>
      <w:r>
        <w:br/>
      </w:r>
      <w:r>
        <w:t xml:space="preserve">    (a) call forth or cause</w:t>
      </w:r>
      <w:r>
        <w:br/>
      </w:r>
      <w:r>
        <w:t xml:space="preserve">    (b) influence or effect</w:t>
      </w:r>
      <w:r>
        <w:br/>
      </w:r>
      <w:r>
        <w:t xml:space="preserve">    (c) gain advantage from</w:t>
      </w:r>
    </w:p>
    <w:p>
      <w:pPr>
        <w:pStyle w:val="Compact"/>
        <w:numPr>
          <w:ilvl w:val="0"/>
          <w:numId w:val="1001"/>
        </w:numPr>
      </w:pPr>
      <w:r>
        <w:rPr>
          <w:b/>
          <w:bCs/>
        </w:rPr>
        <w:t xml:space="preserve">During this conversation, my mother was talking about a political gangster in Shanghai who had the same last name as her family's, Du, and how the gangster in his early years wanted to be</w:t>
      </w:r>
      <w:r>
        <w:rPr>
          <w:b/>
          <w:bCs/>
        </w:rPr>
        <w:t xml:space="preserve"> </w:t>
      </w:r>
      <w:r>
        <w:rPr>
          <w:b/>
          <w:bCs/>
          <w:u w:val="single"/>
        </w:rPr>
        <w:t xml:space="preserve">adopted</w:t>
      </w:r>
      <w:r>
        <w:rPr>
          <w:b/>
          <w:bCs/>
        </w:rPr>
        <w:t xml:space="preserve"> </w:t>
      </w:r>
      <w:r>
        <w:rPr>
          <w:b/>
          <w:bCs/>
        </w:rPr>
        <w:t xml:space="preserve">by her family, which was rich by comparison.</w:t>
      </w:r>
      <w:r>
        <w:br/>
      </w:r>
      <w:r>
        <w:t xml:space="preserve">    (a) began fighting again</w:t>
      </w:r>
      <w:r>
        <w:br/>
      </w:r>
      <w:r>
        <w:t xml:space="preserve">    (b) not accepted as true</w:t>
      </w:r>
      <w:r>
        <w:br/>
      </w:r>
      <w:r>
        <w:t xml:space="preserve">    (c) took on as one's own</w:t>
      </w:r>
    </w:p>
    <w:p>
      <w:pPr>
        <w:pStyle w:val="Compact"/>
        <w:numPr>
          <w:ilvl w:val="0"/>
          <w:numId w:val="1001"/>
        </w:numPr>
      </w:pPr>
      <w:r>
        <w:rPr>
          <w:b/>
          <w:bCs/>
        </w:rPr>
        <w:t xml:space="preserve">And I had plenty of</w:t>
      </w:r>
      <w:r>
        <w:rPr>
          <w:b/>
          <w:bCs/>
        </w:rPr>
        <w:t xml:space="preserve"> </w:t>
      </w:r>
      <w:r>
        <w:rPr>
          <w:b/>
          <w:bCs/>
          <w:u w:val="single"/>
        </w:rPr>
        <w:t xml:space="preserve">empirical</w:t>
      </w:r>
      <w:r>
        <w:rPr>
          <w:b/>
          <w:bCs/>
        </w:rPr>
        <w:t xml:space="preserve"> </w:t>
      </w:r>
      <w:r>
        <w:rPr>
          <w:b/>
          <w:bCs/>
        </w:rPr>
        <w:t xml:space="preserve">evidence to support me: the fact that people in department stores, at banks, and at restaurants did not take her seriously, did not give her good service, pretended not to understand her, or even acted as if they did not hear her.</w:t>
      </w:r>
      <w:r>
        <w:br/>
      </w:r>
      <w:r>
        <w:t xml:space="preserve">    (a) having the ability to change for different situations</w:t>
      </w:r>
      <w:r>
        <w:br/>
      </w:r>
      <w:r>
        <w:t xml:space="preserve">    (b) not concerned with what others might think of oneself</w:t>
      </w:r>
      <w:r>
        <w:br/>
      </w:r>
      <w:r>
        <w:t xml:space="preserve">    (c) based on experience or observation rather than theory</w:t>
      </w:r>
    </w:p>
    <w:p>
      <w:pPr>
        <w:pStyle w:val="Compact"/>
        <w:numPr>
          <w:ilvl w:val="0"/>
          <w:numId w:val="1001"/>
        </w:numPr>
      </w:pPr>
      <w:r>
        <w:rPr>
          <w:b/>
          <w:bCs/>
        </w:rPr>
        <w:t xml:space="preserve">In this</w:t>
      </w:r>
      <w:r>
        <w:rPr>
          <w:b/>
          <w:bCs/>
        </w:rPr>
        <w:t xml:space="preserve"> </w:t>
      </w:r>
      <w:r>
        <w:rPr>
          <w:b/>
          <w:bCs/>
          <w:u w:val="single"/>
        </w:rPr>
        <w:t xml:space="preserve">guise</w:t>
      </w:r>
      <w:r>
        <w:rPr>
          <w:b/>
          <w:bCs/>
        </w:rPr>
        <w:t xml:space="preserve">, I was forced to ask for information or even to complain and yell at people who had been rude to her.</w:t>
      </w:r>
      <w:r>
        <w:br/>
      </w:r>
      <w:r>
        <w:t xml:space="preserve">    (a) someone involved in challenging, arguing about, or fighting over something</w:t>
      </w:r>
      <w:r>
        <w:br/>
      </w:r>
      <w:r>
        <w:t xml:space="preserve">    (b) an outward appearance -- often one that hides the true nature of something</w:t>
      </w:r>
      <w:r>
        <w:br/>
      </w:r>
      <w:r>
        <w:t xml:space="preserve">    (c) the act of again being in a working position; or the act of starting again</w:t>
      </w:r>
    </w:p>
    <w:p>
      <w:pPr>
        <w:pStyle w:val="Compact"/>
        <w:numPr>
          <w:ilvl w:val="0"/>
          <w:numId w:val="1001"/>
        </w:numPr>
      </w:pPr>
      <w:r>
        <w:rPr>
          <w:b/>
          <w:bCs/>
        </w:rPr>
        <w:t xml:space="preserve">My mother had gone to the hospital for an appointment, to find out about a</w:t>
      </w:r>
      <w:r>
        <w:rPr>
          <w:b/>
          <w:bCs/>
        </w:rPr>
        <w:t xml:space="preserve"> </w:t>
      </w:r>
      <w:r>
        <w:rPr>
          <w:b/>
          <w:bCs/>
          <w:u w:val="single"/>
        </w:rPr>
        <w:t xml:space="preserve">benign</w:t>
      </w:r>
      <w:r>
        <w:rPr>
          <w:b/>
          <w:bCs/>
        </w:rPr>
        <w:t xml:space="preserve"> </w:t>
      </w:r>
      <w:r>
        <w:rPr>
          <w:b/>
          <w:bCs/>
        </w:rPr>
        <w:t xml:space="preserve">brain tumor a CAT scan had revealed a month ago.</w:t>
      </w:r>
      <w:r>
        <w:br/>
      </w:r>
      <w:r>
        <w:t xml:space="preserve">    (a) a mental disorder characterized by alternating episodes of major depression and abnormally elevated mood</w:t>
      </w:r>
      <w:r>
        <w:br/>
      </w:r>
      <w:r>
        <w:t xml:space="preserve">    (b) acts to tendency to engage in acts that resist government authority or attempt to overthrow a government</w:t>
      </w:r>
      <w:r>
        <w:br/>
      </w:r>
      <w:r>
        <w:t xml:space="preserve">    (c) kindly, mild, or harmless</w:t>
      </w:r>
      <w:r>
        <w:br/>
      </w:r>
      <w:r>
        <w:br/>
      </w:r>
      <w:r>
        <w:t xml:space="preserve">(In medicine, a tumor that is not life-threatening, is called</w:t>
      </w:r>
      <w:r>
        <w:t xml:space="preserve"> </w:t>
      </w:r>
      <w:r>
        <w:rPr>
          <w:i/>
          <w:iCs/>
        </w:rPr>
        <w:t xml:space="preserve">benign</w:t>
      </w:r>
      <w:r>
        <w:t xml:space="preserve">.)</w:t>
      </w:r>
    </w:p>
    <w:p>
      <w:pPr>
        <w:pStyle w:val="Compact"/>
        <w:numPr>
          <w:ilvl w:val="0"/>
          <w:numId w:val="1001"/>
        </w:numPr>
      </w:pPr>
      <w:r>
        <w:rPr>
          <w:b/>
          <w:bCs/>
        </w:rPr>
        <w:t xml:space="preserve">My mother had gone to the hospital for an appointment, to find out about a benign brain tumor a</w:t>
      </w:r>
      <w:r>
        <w:rPr>
          <w:b/>
          <w:bCs/>
        </w:rPr>
        <w:t xml:space="preserve"> </w:t>
      </w:r>
      <w:r>
        <w:rPr>
          <w:b/>
          <w:bCs/>
          <w:u w:val="single"/>
        </w:rPr>
        <w:t xml:space="preserve">CAT scan</w:t>
      </w:r>
      <w:r>
        <w:rPr>
          <w:b/>
          <w:bCs/>
        </w:rPr>
        <w:t xml:space="preserve"> </w:t>
      </w:r>
      <w:r>
        <w:rPr>
          <w:b/>
          <w:bCs/>
        </w:rPr>
        <w:t xml:space="preserve">had revealed a month ago.</w:t>
      </w:r>
      <w:r>
        <w:br/>
      </w:r>
      <w:r>
        <w:t xml:space="preserve">    (a) a 3-dimensional X-ray image of part of the body using computerized axial tomography</w:t>
      </w:r>
      <w:r>
        <w:br/>
      </w:r>
      <w:r>
        <w:t xml:space="preserve">    (b) writers of dark, suspenseful stories that often include mystery or the supernatural</w:t>
      </w:r>
      <w:r>
        <w:br/>
      </w:r>
      <w:r>
        <w:t xml:space="preserve">    (c) from early Christian teachings:  Pride, Envy, Wrath, Sloth, Avarice, Gluttony, Lust</w:t>
      </w:r>
    </w:p>
    <w:p>
      <w:pPr>
        <w:pStyle w:val="Compact"/>
        <w:numPr>
          <w:ilvl w:val="0"/>
          <w:numId w:val="1001"/>
        </w:numPr>
      </w:pPr>
      <w:r>
        <w:rPr>
          <w:b/>
          <w:bCs/>
        </w:rPr>
        <w:t xml:space="preserve">She said they did not seem to have any sympathy when she told them she was anxious to know the exact</w:t>
      </w:r>
      <w:r>
        <w:rPr>
          <w:b/>
          <w:bCs/>
        </w:rPr>
        <w:t xml:space="preserve"> </w:t>
      </w:r>
      <w:r>
        <w:rPr>
          <w:b/>
          <w:bCs/>
          <w:u w:val="single"/>
        </w:rPr>
        <w:t xml:space="preserve">diagnosis</w:t>
      </w:r>
      <w:r>
        <w:rPr>
          <w:b/>
          <w:bCs/>
        </w:rPr>
        <w:t xml:space="preserve">, since her husband and son had both died of brain tumors.</w:t>
      </w:r>
      <w:r>
        <w:br/>
      </w:r>
      <w:r>
        <w:t xml:space="preserve">    (a) the act or process of stopping something from happening</w:t>
      </w:r>
      <w:r>
        <w:br/>
      </w:r>
      <w:r>
        <w:t xml:space="preserve">    (b) a period of time when someone exhibits unusual behavior</w:t>
      </w:r>
      <w:r>
        <w:br/>
      </w:r>
      <w:r>
        <w:t xml:space="preserve">    (c) the identification of the cause of a problem or illness</w:t>
      </w:r>
    </w:p>
    <w:p>
      <w:pPr>
        <w:pStyle w:val="Compact"/>
        <w:numPr>
          <w:ilvl w:val="0"/>
          <w:numId w:val="1001"/>
        </w:numPr>
      </w:pPr>
      <w:r>
        <w:rPr>
          <w:b/>
          <w:bCs/>
        </w:rPr>
        <w:t xml:space="preserve">Sociologists and</w:t>
      </w:r>
      <w:r>
        <w:rPr>
          <w:b/>
          <w:bCs/>
        </w:rPr>
        <w:t xml:space="preserve"> </w:t>
      </w:r>
      <w:r>
        <w:rPr>
          <w:b/>
          <w:bCs/>
          <w:u w:val="single"/>
        </w:rPr>
        <w:t xml:space="preserve">linguists</w:t>
      </w:r>
      <w:r>
        <w:rPr>
          <w:b/>
          <w:bCs/>
        </w:rPr>
        <w:t xml:space="preserve"> </w:t>
      </w:r>
      <w:r>
        <w:rPr>
          <w:b/>
          <w:bCs/>
        </w:rPr>
        <w:t xml:space="preserve">probably will tell you that a person's developing language skills are more influenced by peers.</w:t>
      </w:r>
      <w:r>
        <w:br/>
      </w:r>
      <w:r>
        <w:t xml:space="preserve">    (a) acts of hiring again</w:t>
      </w:r>
      <w:r>
        <w:br/>
      </w:r>
      <w:r>
        <w:t xml:space="preserve">    (b) ways of doing things</w:t>
      </w:r>
      <w:r>
        <w:br/>
      </w:r>
      <w:r>
        <w:t xml:space="preserve">    (c) language specialists</w:t>
      </w:r>
    </w:p>
    <w:p>
      <w:pPr>
        <w:pStyle w:val="Compact"/>
        <w:numPr>
          <w:ilvl w:val="0"/>
          <w:numId w:val="1001"/>
        </w:numPr>
      </w:pPr>
      <w:r>
        <w:rPr>
          <w:b/>
          <w:bCs/>
        </w:rPr>
        <w:t xml:space="preserve">But I do think that the language spoken in the family, especially in</w:t>
      </w:r>
      <w:r>
        <w:rPr>
          <w:b/>
          <w:bCs/>
        </w:rPr>
        <w:t xml:space="preserve"> </w:t>
      </w:r>
      <w:r>
        <w:rPr>
          <w:b/>
          <w:bCs/>
          <w:u w:val="single"/>
        </w:rPr>
        <w:t xml:space="preserve">immigrant</w:t>
      </w:r>
      <w:r>
        <w:rPr>
          <w:b/>
          <w:bCs/>
        </w:rPr>
        <w:t xml:space="preserve"> </w:t>
      </w:r>
      <w:r>
        <w:rPr>
          <w:b/>
          <w:bCs/>
        </w:rPr>
        <w:t xml:space="preserve">families which are more insular, plays a large role in shaping the language of the child.</w:t>
      </w:r>
      <w:r>
        <w:br/>
      </w:r>
      <w:r>
        <w:t xml:space="preserve">    (a) a person who came to live in a new country</w:t>
      </w:r>
      <w:r>
        <w:br/>
      </w:r>
      <w:r>
        <w:t xml:space="preserve">    (b) something accepted as true (without proof)</w:t>
      </w:r>
      <w:r>
        <w:br/>
      </w:r>
      <w:r>
        <w:t xml:space="preserve">    (c) relating to properties of sound or hearing</w:t>
      </w:r>
    </w:p>
    <w:p>
      <w:pPr>
        <w:pStyle w:val="Compact"/>
        <w:numPr>
          <w:ilvl w:val="0"/>
          <w:numId w:val="1001"/>
        </w:numPr>
      </w:pPr>
      <w:r>
        <w:rPr>
          <w:b/>
          <w:bCs/>
        </w:rPr>
        <w:t xml:space="preserve">And I believe that it affected my results on achievement tests,</w:t>
      </w:r>
      <w:r>
        <w:rPr>
          <w:b/>
          <w:bCs/>
        </w:rPr>
        <w:t xml:space="preserve"> </w:t>
      </w:r>
      <w:r>
        <w:rPr>
          <w:b/>
          <w:bCs/>
          <w:u w:val="single"/>
        </w:rPr>
        <w:t xml:space="preserve">I.Q.</w:t>
      </w:r>
      <w:r>
        <w:rPr>
          <w:b/>
          <w:bCs/>
        </w:rPr>
        <w:t xml:space="preserve"> </w:t>
      </w:r>
      <w:r>
        <w:rPr>
          <w:b/>
          <w:bCs/>
        </w:rPr>
        <w:t xml:space="preserve">tests, and the SAT.</w:t>
      </w:r>
      <w:r>
        <w:br/>
      </w:r>
      <w:r>
        <w:t xml:space="preserve">    (a) measure of general intelligence</w:t>
      </w:r>
      <w:r>
        <w:br/>
      </w:r>
      <w:r>
        <w:t xml:space="preserve">    (b) a firm decision to do something</w:t>
      </w:r>
      <w:r>
        <w:br/>
      </w:r>
      <w:r>
        <w:t xml:space="preserve">    (c) solid shapes made of flat faces</w:t>
      </w:r>
    </w:p>
    <w:p>
      <w:pPr>
        <w:pStyle w:val="Compact"/>
        <w:numPr>
          <w:ilvl w:val="0"/>
          <w:numId w:val="1001"/>
        </w:numPr>
      </w:pPr>
      <w:r>
        <w:rPr>
          <w:b/>
          <w:bCs/>
        </w:rPr>
        <w:t xml:space="preserve">And the correct answer always seemed to be the most</w:t>
      </w:r>
      <w:r>
        <w:rPr>
          <w:b/>
          <w:bCs/>
        </w:rPr>
        <w:t xml:space="preserve"> </w:t>
      </w:r>
      <w:r>
        <w:rPr>
          <w:b/>
          <w:bCs/>
          <w:u w:val="single"/>
        </w:rPr>
        <w:t xml:space="preserve">bland</w:t>
      </w:r>
      <w:r>
        <w:rPr>
          <w:b/>
          <w:bCs/>
        </w:rPr>
        <w:t xml:space="preserve"> </w:t>
      </w:r>
      <w:r>
        <w:rPr>
          <w:b/>
          <w:bCs/>
        </w:rPr>
        <w:t xml:space="preserve">combinations of thoughts, for example, "Even though Tom was shy, Mary thought he was charming:' with the grammatical structure "even though" limiting the correct answer to some sort of semantic opposites, so you wouldn't get answers like, "Even though Tom was foolish, Mary thought he was ridiculous:' Well, according to my mother, there were very few limitations as to what Tom could have been and what Mary might have thought of him.</w:t>
      </w:r>
      <w:r>
        <w:br/>
      </w:r>
      <w:r>
        <w:t xml:space="preserve">    (a) the quality of holding something back or holding others down through oppression</w:t>
      </w:r>
      <w:r>
        <w:br/>
      </w:r>
      <w:r>
        <w:t xml:space="preserve">    (b) having the characteristics of a</w:t>
      </w:r>
      <w:r>
        <w:t xml:space="preserve"> </w:t>
      </w:r>
      <w:r>
        <w:rPr>
          <w:i/>
          <w:iCs/>
        </w:rPr>
        <w:t xml:space="preserve">monk</w:t>
      </w:r>
      <w:r>
        <w:t xml:space="preserve"> </w:t>
      </w:r>
      <w:r>
        <w:t xml:space="preserve">(often inclined toward self-denial)</w:t>
      </w:r>
      <w:r>
        <w:br/>
      </w:r>
      <w:r>
        <w:t xml:space="preserve">    (c) dull or lacking stimulating characteristics -- especially in the flavor of food</w:t>
      </w:r>
    </w:p>
    <w:p>
      <w:pPr>
        <w:pStyle w:val="Compact"/>
        <w:numPr>
          <w:ilvl w:val="0"/>
          <w:numId w:val="1001"/>
        </w:numPr>
      </w:pPr>
      <w:r>
        <w:rPr>
          <w:b/>
          <w:bCs/>
        </w:rPr>
        <w:t xml:space="preserve">So I never did well on tests like that The same was true with word</w:t>
      </w:r>
      <w:r>
        <w:rPr>
          <w:b/>
          <w:bCs/>
        </w:rPr>
        <w:t xml:space="preserve"> </w:t>
      </w:r>
      <w:r>
        <w:rPr>
          <w:b/>
          <w:bCs/>
          <w:u w:val="single"/>
        </w:rPr>
        <w:t xml:space="preserve">analogies</w:t>
      </w:r>
      <w:r>
        <w:rPr>
          <w:b/>
          <w:bCs/>
        </w:rPr>
        <w:t xml:space="preserve">, pairs of words in which you were supposed to find some sort of logical, semantic relationship — for example, "Sunset is to nightfall as _ is to _ ."</w:t>
      </w:r>
      <w:r>
        <w:br/>
      </w:r>
      <w:r>
        <w:t xml:space="preserve">    (a) instances of donating one's income to a church; or the gifts given</w:t>
      </w:r>
      <w:r>
        <w:br/>
      </w:r>
      <w:r>
        <w:t xml:space="preserve">    (b) comparisons of different things to point to shared characteristics</w:t>
      </w:r>
      <w:r>
        <w:br/>
      </w:r>
      <w:r>
        <w:t xml:space="preserve">    (c) fixed values or limits that establish how something should be done</w:t>
      </w:r>
    </w:p>
    <w:p>
      <w:pPr>
        <w:pStyle w:val="Compact"/>
        <w:numPr>
          <w:ilvl w:val="0"/>
          <w:numId w:val="1001"/>
        </w:numPr>
      </w:pPr>
      <w:r>
        <w:rPr>
          <w:b/>
          <w:bCs/>
        </w:rPr>
        <w:t xml:space="preserve">And all the other pairs of words —red, bus, stoplight, boring—just threw up a mass of confusing images, making it impossible for me to sort out something as logical as saying: "A sunset</w:t>
      </w:r>
      <w:r>
        <w:rPr>
          <w:b/>
          <w:bCs/>
        </w:rPr>
        <w:t xml:space="preserve"> </w:t>
      </w:r>
      <w:r>
        <w:rPr>
          <w:b/>
          <w:bCs/>
          <w:u w:val="single"/>
        </w:rPr>
        <w:t xml:space="preserve">precedes</w:t>
      </w:r>
      <w:r>
        <w:rPr>
          <w:b/>
          <w:bCs/>
        </w:rPr>
        <w:t xml:space="preserve"> </w:t>
      </w:r>
      <w:r>
        <w:rPr>
          <w:b/>
          <w:bCs/>
        </w:rPr>
        <w:t xml:space="preserve">nightfall" is the same as "a chill precedes a fever."</w:t>
      </w:r>
      <w:r>
        <w:br/>
      </w:r>
      <w:r>
        <w:t xml:space="preserve">    (a) goes, does, or is before</w:t>
      </w:r>
      <w:r>
        <w:br/>
      </w:r>
      <w:r>
        <w:t xml:space="preserve">    (b) is abundant or plentiful</w:t>
      </w:r>
      <w:r>
        <w:br/>
      </w:r>
      <w:r>
        <w:t xml:space="preserve">    (c) moves or slopes downward</w:t>
      </w:r>
    </w:p>
    <w:p>
      <w:pPr>
        <w:pStyle w:val="Compact"/>
        <w:numPr>
          <w:ilvl w:val="0"/>
          <w:numId w:val="1001"/>
        </w:numPr>
      </w:pPr>
      <w:r>
        <w:rPr>
          <w:b/>
          <w:bCs/>
        </w:rPr>
        <w:t xml:space="preserve">So with this reader in mind — and in fact she did read my early drafts—I began to write stories using all the Englishes I grew up with: the English I spoke to my mother, which for lack of a better term might be described as "simple"; the English she used with me, which for lack of a better term might be described as "broken"; my translation of her Chinese, which could certainly be described as "watered down"; and what I imagined to be her translation of her Chinese if she could speak in perfect English, her internal language, and for that I sought to preserve the</w:t>
      </w:r>
      <w:r>
        <w:rPr>
          <w:b/>
          <w:bCs/>
        </w:rPr>
        <w:t xml:space="preserve"> </w:t>
      </w:r>
      <w:r>
        <w:rPr>
          <w:b/>
          <w:bCs/>
          <w:u w:val="single"/>
        </w:rPr>
        <w:t xml:space="preserve">essence</w:t>
      </w:r>
      <w:r>
        <w:rPr>
          <w:b/>
          <w:bCs/>
        </w:rPr>
        <w:t xml:space="preserve">, but neither an English nor a Chinese structure.</w:t>
      </w:r>
      <w:r>
        <w:br/>
      </w:r>
      <w:r>
        <w:t xml:space="preserve">    (a) any of the military expeditions in the 11th to 13th centuries when Christian powers of Europe invaded Muslims in the Holy Land in the Middle East</w:t>
      </w:r>
      <w:r>
        <w:br/>
      </w:r>
      <w:r>
        <w:t xml:space="preserve">    (b) one who believes in an economic system based on voluntary exchange in a competitive environment with private ownership of property and businesses</w:t>
      </w:r>
      <w:r>
        <w:br/>
      </w:r>
      <w:r>
        <w:t xml:space="preserve">    (c) the defining or most important quality of something</w:t>
      </w:r>
      <w:r>
        <w:br/>
      </w:r>
      <w:r>
        <w:br/>
      </w:r>
      <w:r>
        <w:t xml:space="preserve">or:</w:t>
      </w:r>
      <w:r>
        <w:br/>
      </w:r>
      <w:r>
        <w:br/>
      </w:r>
      <w:r>
        <w:t xml:space="preserve">a extract that concentrates important qualities of something such as smell or taste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2026-07-31T19:03:47Z</dcterms:created>
  <dcterms:modified xsi:type="dcterms:W3CDTF">2026-07-31T19:03:47Z</dcterms:modified>
</cp:coreProperties>
</file>

<file path=docProps/custom.xml><?xml version="1.0" encoding="utf-8"?>
<Properties xmlns="http://schemas.openxmlformats.org/officeDocument/2006/custom-properties" xmlns:vt="http://schemas.openxmlformats.org/officeDocument/2006/docPropsVTypes"/>
</file>