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7a806e6e33a9ac2ef1b70dff87205aa8cbd829"/>
    <w:p>
      <w:pPr>
        <w:pStyle w:val="Heading1"/>
      </w:pPr>
      <w:r>
        <w:rPr>
          <w:b/>
          <w:bCs/>
        </w:rPr>
        <w:t xml:space="preserve">Moon Lake</w:t>
      </w:r>
      <w:r>
        <w:br/>
      </w:r>
      <w:r>
        <w:rPr>
          <w:i/>
          <w:iCs/>
        </w:rPr>
        <w:t xml:space="preserve">Eudora Welty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gets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agitated</w:t>
      </w:r>
      <w:r>
        <w:rPr>
          <w:b/>
          <w:bCs/>
        </w:rPr>
        <w:t xml:space="preserve"> </w:t>
      </w:r>
      <w:r>
        <w:rPr>
          <w:b/>
          <w:bCs/>
        </w:rPr>
        <w:t xml:space="preserve">whenever the topic comes up.</w:t>
      </w:r>
      <w:r>
        <w:br/>
      </w:r>
      <w:r>
        <w:t xml:space="preserve">    (a) emotionally disturbed</w:t>
      </w:r>
      <w:r>
        <w:br/>
      </w:r>
      <w:r>
        <w:t xml:space="preserve">    (b) calm and thoughtful</w:t>
      </w:r>
      <w:r>
        <w:br/>
      </w:r>
      <w:r>
        <w:t xml:space="preserve">    (c) gloomy (sad)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sent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belated</w:t>
      </w:r>
      <w:r>
        <w:rPr>
          <w:b/>
          <w:bCs/>
        </w:rPr>
        <w:t xml:space="preserve"> </w:t>
      </w:r>
      <w:r>
        <w:rPr>
          <w:b/>
          <w:bCs/>
        </w:rPr>
        <w:t xml:space="preserve">thank-you note after realizing she had forgotten.</w:t>
      </w:r>
      <w:r>
        <w:br/>
      </w:r>
      <w:r>
        <w:t xml:space="preserve">    (a) sent late</w:t>
      </w:r>
      <w:r>
        <w:br/>
      </w:r>
      <w:r>
        <w:t xml:space="preserve">    (b) written proudly</w:t>
      </w:r>
      <w:r>
        <w:br/>
      </w:r>
      <w:r>
        <w:t xml:space="preserve">    (c) kept secret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hear the customer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berating</w:t>
      </w:r>
      <w:r>
        <w:rPr>
          <w:b/>
          <w:bCs/>
        </w:rPr>
        <w:t xml:space="preserve"> </w:t>
      </w:r>
      <w:r>
        <w:rPr>
          <w:b/>
          <w:bCs/>
        </w:rPr>
        <w:t xml:space="preserve">the cashier from across the store, demanding a refund.</w:t>
      </w:r>
      <w:r>
        <w:br/>
      </w:r>
      <w:r>
        <w:t xml:space="preserve">    (a) criticizing angrily</w:t>
      </w:r>
      <w:r>
        <w:br/>
      </w:r>
      <w:r>
        <w:t xml:space="preserve">    (b) complimenting loudly</w:t>
      </w:r>
      <w:r>
        <w:br/>
      </w:r>
      <w:r>
        <w:t xml:space="preserve">    (c) flattering senselessly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entrance created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commotion</w:t>
      </w:r>
      <w:r>
        <w:rPr>
          <w:b/>
          <w:bCs/>
        </w:rPr>
        <w:t xml:space="preserve">.</w:t>
      </w:r>
      <w:r>
        <w:br/>
      </w:r>
      <w:r>
        <w:t xml:space="preserve">    (a) disturbance</w:t>
      </w:r>
      <w:r>
        <w:br/>
      </w:r>
      <w:r>
        <w:t xml:space="preserve">    (b) accident</w:t>
      </w:r>
      <w:r>
        <w:br/>
      </w:r>
      <w:r>
        <w:t xml:space="preserve">    (c) outburst of laughter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not enough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compassionate</w:t>
      </w:r>
      <w:r>
        <w:rPr>
          <w:b/>
          <w:bCs/>
        </w:rPr>
        <w:t xml:space="preserve">. We must act. It is not enough to act. We must act with intelligence.</w:t>
      </w:r>
      <w:r>
        <w:br/>
      </w:r>
      <w:r>
        <w:t xml:space="preserve">    (a) sympathetic</w:t>
      </w:r>
      <w:r>
        <w:br/>
      </w:r>
      <w:r>
        <w:t xml:space="preserve">    (b) talented</w:t>
      </w:r>
      <w:r>
        <w:br/>
      </w:r>
      <w:r>
        <w:t xml:space="preserve">    (c) lucky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 not bring herself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concur</w:t>
      </w:r>
      <w:r>
        <w:rPr>
          <w:b/>
          <w:bCs/>
        </w:rPr>
        <w:t xml:space="preserve"> </w:t>
      </w:r>
      <w:r>
        <w:rPr>
          <w:b/>
          <w:bCs/>
        </w:rPr>
        <w:t xml:space="preserve">publicly, but she honored her promise by not discussing her concerns.</w:t>
      </w:r>
      <w:r>
        <w:br/>
      </w:r>
      <w:r>
        <w:t xml:space="preserve">    (a) help</w:t>
      </w:r>
      <w:r>
        <w:br/>
      </w:r>
      <w:r>
        <w:t xml:space="preserve">    (b) agree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Israeli-Palestinian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conflict</w:t>
      </w:r>
      <w:r>
        <w:rPr>
          <w:b/>
          <w:bCs/>
        </w:rPr>
        <w:t xml:space="preserve"> </w:t>
      </w:r>
      <w:r>
        <w:rPr>
          <w:b/>
          <w:bCs/>
        </w:rPr>
        <w:t xml:space="preserve">flared up again in Jerusalem.</w:t>
      </w:r>
      <w:r>
        <w:br/>
      </w:r>
      <w:r>
        <w:t xml:space="preserve">    (a) struggle</w:t>
      </w:r>
      <w:r>
        <w:br/>
      </w:r>
      <w:r>
        <w:t xml:space="preserve">    (b) border</w:t>
      </w:r>
      <w:r>
        <w:br/>
      </w:r>
      <w:r>
        <w:t xml:space="preserve">    (c)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philosopher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contemplated</w:t>
      </w:r>
      <w:r>
        <w:rPr>
          <w:b/>
          <w:bCs/>
        </w:rPr>
        <w:t xml:space="preserve"> </w:t>
      </w:r>
      <w:r>
        <w:rPr>
          <w:b/>
          <w:bCs/>
        </w:rPr>
        <w:t xml:space="preserve">the meaning of life, pondering the big questions of existence.</w:t>
      </w:r>
      <w:r>
        <w:br/>
      </w:r>
      <w:r>
        <w:t xml:space="preserve">    (a) wrote about</w:t>
      </w:r>
      <w:r>
        <w:br/>
      </w:r>
      <w:r>
        <w:t xml:space="preserve">    (b) thought about</w:t>
      </w:r>
      <w:r>
        <w:br/>
      </w:r>
      <w:r>
        <w:t xml:space="preserve">    (c) read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despises</w:t>
      </w:r>
      <w:r>
        <w:rPr>
          <w:b/>
          <w:bCs/>
        </w:rPr>
        <w:t xml:space="preserve"> </w:t>
      </w:r>
      <w:r>
        <w:rPr>
          <w:b/>
          <w:bCs/>
        </w:rPr>
        <w:t xml:space="preserve">his lifestyle.</w:t>
      </w:r>
      <w:r>
        <w:br/>
      </w:r>
      <w:r>
        <w:t xml:space="preserve">    (a) hates</w:t>
      </w:r>
      <w:r>
        <w:br/>
      </w:r>
      <w:r>
        <w:t xml:space="preserve">    (b) wants</w:t>
      </w:r>
      <w:r>
        <w:br/>
      </w:r>
      <w:r>
        <w:t xml:space="preserve">    (c) admires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economies are thoroughly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entwined</w:t>
      </w:r>
      <w:r>
        <w:rPr>
          <w:b/>
          <w:bCs/>
        </w:rPr>
        <w:t xml:space="preserve">.</w:t>
      </w:r>
      <w:r>
        <w:br/>
      </w:r>
      <w:r>
        <w:t xml:space="preserve">    (a) weak</w:t>
      </w:r>
      <w:r>
        <w:br/>
      </w:r>
      <w:r>
        <w:t xml:space="preserve">    (b) connected</w:t>
      </w:r>
      <w:r>
        <w:br/>
      </w:r>
      <w:r>
        <w:t xml:space="preserve">    (c) strong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fervent</w:t>
      </w:r>
      <w:r>
        <w:rPr>
          <w:b/>
          <w:bCs/>
        </w:rPr>
        <w:t xml:space="preserve"> </w:t>
      </w:r>
      <w:r>
        <w:rPr>
          <w:b/>
          <w:bCs/>
        </w:rPr>
        <w:t xml:space="preserve">admirer.</w:t>
      </w:r>
      <w:r>
        <w:br/>
      </w:r>
      <w:r>
        <w:t xml:space="preserve">    (a) distant</w:t>
      </w:r>
      <w:r>
        <w:br/>
      </w:r>
      <w:r>
        <w:t xml:space="preserve">    (b) thoughtful</w:t>
      </w:r>
      <w:r>
        <w:br/>
      </w:r>
      <w:r>
        <w:t xml:space="preserve">    (c) passionate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gossamer</w:t>
      </w:r>
      <w:r>
        <w:rPr>
          <w:b/>
          <w:bCs/>
        </w:rPr>
        <w:t xml:space="preserve"> </w:t>
      </w:r>
      <w:r>
        <w:rPr>
          <w:b/>
          <w:bCs/>
        </w:rPr>
        <w:t xml:space="preserve">curtain softened the sunlight in the room.</w:t>
      </w:r>
      <w:r>
        <w:br/>
      </w:r>
      <w:r>
        <w:t xml:space="preserve">    (a) brightly colored</w:t>
      </w:r>
      <w:r>
        <w:br/>
      </w:r>
      <w:r>
        <w:t xml:space="preserve">    (b) thin and delicate</w:t>
      </w:r>
      <w:r>
        <w:br/>
      </w:r>
      <w:r>
        <w:t xml:space="preserve">    (c) thick and heavy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trusted her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</w:t>
      </w:r>
      <w:r>
        <w:rPr>
          <w:b/>
          <w:bCs/>
        </w:rPr>
        <w:t xml:space="preserve">.</w:t>
      </w:r>
      <w:r>
        <w:br/>
      </w:r>
      <w:r>
        <w:t xml:space="preserve">    (a) smart</w:t>
      </w:r>
      <w:r>
        <w:br/>
      </w:r>
      <w:r>
        <w:t xml:space="preserve">    (b) unbiased</w:t>
      </w:r>
      <w:r>
        <w:br/>
      </w:r>
      <w:r>
        <w:t xml:space="preserve">    (c) forgiving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indifferent</w:t>
      </w:r>
      <w:r>
        <w:rPr>
          <w:b/>
          <w:bCs/>
        </w:rPr>
        <w:t xml:space="preserve"> </w:t>
      </w:r>
      <w:r>
        <w:rPr>
          <w:b/>
          <w:bCs/>
        </w:rPr>
        <w:t xml:space="preserve">to his anger.</w:t>
      </w:r>
      <w:r>
        <w:br/>
      </w:r>
      <w:r>
        <w:t xml:space="preserve">    (a) without interest</w:t>
      </w:r>
      <w:r>
        <w:br/>
      </w:r>
      <w:r>
        <w:t xml:space="preserve">    (b) with fear</w:t>
      </w:r>
      <w:r>
        <w:br/>
      </w:r>
      <w:r>
        <w:t xml:space="preserve">    (c) with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lamented</w:t>
      </w:r>
      <w:r>
        <w:rPr>
          <w:b/>
          <w:bCs/>
        </w:rPr>
        <w:t xml:space="preserve"> </w:t>
      </w:r>
      <w:r>
        <w:rPr>
          <w:b/>
          <w:bCs/>
        </w:rPr>
        <w:t xml:space="preserve">our sad circumstances.</w:t>
      </w:r>
      <w:r>
        <w:br/>
      </w:r>
      <w:r>
        <w:t xml:space="preserve">    (a) made worse</w:t>
      </w:r>
      <w:r>
        <w:br/>
      </w:r>
      <w:r>
        <w:t xml:space="preserve">    (b) improved</w:t>
      </w:r>
      <w:r>
        <w:br/>
      </w:r>
      <w:r>
        <w:t xml:space="preserve">    (c) expressed grief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in addition</w:t>
      </w:r>
      <w:r>
        <w:br/>
      </w:r>
      <w:r>
        <w:t xml:space="preserve">    (b) also</w:t>
      </w:r>
      <w:r>
        <w:br/>
      </w:r>
      <w:r>
        <w:t xml:space="preserve">    (c) despite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arrived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ostentatious</w:t>
      </w:r>
      <w:r>
        <w:rPr>
          <w:b/>
          <w:bCs/>
        </w:rPr>
        <w:t xml:space="preserve"> </w:t>
      </w:r>
      <w:r>
        <w:rPr>
          <w:b/>
          <w:bCs/>
        </w:rPr>
        <w:t xml:space="preserve">stretch limo.</w:t>
      </w:r>
      <w:r>
        <w:br/>
      </w:r>
      <w:r>
        <w:t xml:space="preserve">    (a) showy</w:t>
      </w:r>
      <w:r>
        <w:br/>
      </w:r>
      <w:r>
        <w:t xml:space="preserve">    (b) expensive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persistent</w:t>
      </w:r>
      <w:r>
        <w:rPr>
          <w:b/>
          <w:bCs/>
        </w:rPr>
        <w:t xml:space="preserve"> </w:t>
      </w:r>
      <w:r>
        <w:rPr>
          <w:b/>
          <w:bCs/>
        </w:rPr>
        <w:t xml:space="preserve">rain finally stopped after flooding streets for a full week.</w:t>
      </w:r>
      <w:r>
        <w:br/>
      </w:r>
      <w:r>
        <w:t xml:space="preserve">    (a) continuing steadily</w:t>
      </w:r>
      <w:r>
        <w:br/>
      </w:r>
      <w:r>
        <w:t xml:space="preserve">    (b) quickly ending</w:t>
      </w:r>
      <w:r>
        <w:br/>
      </w:r>
      <w:r>
        <w:t xml:space="preserve">    (c) suddenly starting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hands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quiver</w:t>
      </w:r>
      <w:r>
        <w:rPr>
          <w:b/>
          <w:bCs/>
        </w:rPr>
        <w:t xml:space="preserve"> </w:t>
      </w:r>
      <w:r>
        <w:rPr>
          <w:b/>
          <w:bCs/>
        </w:rPr>
        <w:t xml:space="preserve">as she opened the envelope.</w:t>
      </w:r>
      <w:r>
        <w:br/>
      </w:r>
      <w:r>
        <w:t xml:space="preserve">    (a) slightly shake</w:t>
      </w:r>
      <w:r>
        <w:br/>
      </w:r>
      <w:r>
        <w:t xml:space="preserve">    (b) quickly move</w:t>
      </w:r>
      <w:r>
        <w:br/>
      </w:r>
      <w:r>
        <w:t xml:space="preserve">    (c) tightly grip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decision was made before I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utter</w:t>
      </w:r>
      <w:r>
        <w:rPr>
          <w:b/>
          <w:bCs/>
        </w:rPr>
        <w:t xml:space="preserve"> </w:t>
      </w:r>
      <w:r>
        <w:rPr>
          <w:b/>
          <w:bCs/>
        </w:rPr>
        <w:t xml:space="preserve">an opinion.</w:t>
      </w:r>
      <w:r>
        <w:br/>
      </w:r>
      <w:r>
        <w:t xml:space="preserve">    (a) say with the voice</w:t>
      </w:r>
      <w:r>
        <w:br/>
      </w:r>
      <w:r>
        <w:t xml:space="preserve">    (b) say forcefully</w:t>
      </w:r>
      <w:r>
        <w:br/>
      </w:r>
      <w:r>
        <w:t xml:space="preserve">    (c) write carefully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2026-07-31T18:23:05Z</dcterms:created>
  <dcterms:modified xsi:type="dcterms:W3CDTF">2026-07-31T18:23:05Z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