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629993b9d817b5d2a7b16dc4e0585630676eaa"/>
    <w:p>
      <w:pPr>
        <w:pStyle w:val="Heading1"/>
      </w:pPr>
      <w:r>
        <w:rPr>
          <w:b/>
          <w:bCs/>
        </w:rPr>
        <w:t xml:space="preserve">Moon Lake</w:t>
      </w:r>
      <w:r>
        <w:br/>
      </w:r>
      <w:r>
        <w:rPr>
          <w:i/>
          <w:iCs/>
        </w:rPr>
        <w:t xml:space="preserve">Eudora Welty</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w:t>
      </w:r>
      <w:r>
        <w:rPr>
          <w:b/>
          <w:bCs/>
        </w:rPr>
        <w:t xml:space="preserve"> </w:t>
      </w:r>
      <w:r>
        <w:rPr>
          <w:b/>
          <w:bCs/>
          <w:u w:val="single"/>
        </w:rPr>
        <w:t xml:space="preserve">despised</w:t>
      </w:r>
      <w:r>
        <w:rPr>
          <w:b/>
          <w:bCs/>
        </w:rPr>
        <w:t xml:space="preserve"> </w:t>
      </w:r>
      <w:r>
        <w:rPr>
          <w:b/>
          <w:bCs/>
        </w:rPr>
        <w:t xml:space="preserve">their predicaments, most of all their not being able to swim.</w:t>
      </w:r>
      <w:r>
        <w:br/>
      </w:r>
      <w:r>
        <w:t xml:space="preserve">    (a) disliked strongly and looked down upon</w:t>
      </w:r>
      <w:r>
        <w:br/>
      </w:r>
      <w:r>
        <w:t xml:space="preserve">    (b) not good at concentrating on one thing</w:t>
      </w:r>
      <w:r>
        <w:br/>
      </w:r>
      <w:r>
        <w:t xml:space="preserve">    (c) adjusted a lens to make an image clear</w:t>
      </w:r>
    </w:p>
    <w:p>
      <w:pPr>
        <w:pStyle w:val="Compact"/>
        <w:numPr>
          <w:ilvl w:val="0"/>
          <w:numId w:val="1001"/>
        </w:numPr>
      </w:pPr>
      <w:r>
        <w:rPr>
          <w:b/>
          <w:bCs/>
        </w:rPr>
        <w:t xml:space="preserve">Jinny Love</w:t>
      </w:r>
      <w:r>
        <w:rPr>
          <w:b/>
          <w:bCs/>
        </w:rPr>
        <w:t xml:space="preserve"> </w:t>
      </w:r>
      <w:r>
        <w:rPr>
          <w:b/>
          <w:bCs/>
          <w:u w:val="single"/>
        </w:rPr>
        <w:t xml:space="preserve">lamented</w:t>
      </w:r>
      <w:r>
        <w:rPr>
          <w:b/>
          <w:bCs/>
        </w:rPr>
        <w:t xml:space="preserve"> </w:t>
      </w:r>
      <w:r>
        <w:rPr>
          <w:b/>
          <w:bCs/>
        </w:rPr>
        <w:t xml:space="preserve">and beat against Mrs. Gruenwald, Mrs. Gruenwald's solid, rope-draped stomach all but returning her blows.</w:t>
      </w:r>
      <w:r>
        <w:br/>
      </w:r>
      <w:r>
        <w:t xml:space="preserve">    (a) expressed grief or regret</w:t>
      </w:r>
      <w:r>
        <w:br/>
      </w:r>
      <w:r>
        <w:t xml:space="preserve">    (b) thought -- possibly aloud</w:t>
      </w:r>
      <w:r>
        <w:br/>
      </w:r>
      <w:r>
        <w:t xml:space="preserve">    (c) was abundant or plentiful</w:t>
      </w:r>
    </w:p>
    <w:p>
      <w:pPr>
        <w:pStyle w:val="Compact"/>
        <w:numPr>
          <w:ilvl w:val="0"/>
          <w:numId w:val="1001"/>
        </w:numPr>
      </w:pPr>
      <w:r>
        <w:rPr>
          <w:b/>
          <w:bCs/>
        </w:rPr>
        <w:t xml:space="preserve">Her</w:t>
      </w:r>
      <w:r>
        <w:rPr>
          <w:b/>
          <w:bCs/>
        </w:rPr>
        <w:t xml:space="preserve"> </w:t>
      </w:r>
      <w:r>
        <w:rPr>
          <w:b/>
          <w:bCs/>
          <w:u w:val="single"/>
        </w:rPr>
        <w:t xml:space="preserve">indifference</w:t>
      </w:r>
      <w:r>
        <w:rPr>
          <w:b/>
          <w:bCs/>
        </w:rPr>
        <w:t xml:space="preserve"> </w:t>
      </w:r>
      <w:r>
        <w:rPr>
          <w:b/>
          <w:bCs/>
        </w:rPr>
        <w:t xml:space="preserve">made Nina fall back and listen to the spring running with an endless sound and see how the July light like purple and yellow birds kept flickering under the trees when the wind blew.</w:t>
      </w:r>
      <w:r>
        <w:br/>
      </w:r>
      <w:r>
        <w:t xml:space="preserve">    (a) without interest</w:t>
      </w:r>
      <w:r>
        <w:br/>
      </w:r>
      <w:r>
        <w:t xml:space="preserve">    (b) risky investment</w:t>
      </w:r>
      <w:r>
        <w:br/>
      </w:r>
      <w:r>
        <w:t xml:space="preserve">    (c) chaotic disorder</w:t>
      </w:r>
    </w:p>
    <w:p>
      <w:pPr>
        <w:pStyle w:val="Compact"/>
        <w:numPr>
          <w:ilvl w:val="0"/>
          <w:numId w:val="1001"/>
        </w:numPr>
      </w:pPr>
      <w:r>
        <w:rPr>
          <w:b/>
          <w:bCs/>
        </w:rPr>
        <w:t xml:space="preserve">Nobody woke up from being walked over, but after Jinny Love had fallen in bed with Nina, Easter gave a</w:t>
      </w:r>
      <w:r>
        <w:rPr>
          <w:b/>
          <w:bCs/>
        </w:rPr>
        <w:t xml:space="preserve"> </w:t>
      </w:r>
      <w:r>
        <w:rPr>
          <w:b/>
          <w:bCs/>
          <w:u w:val="single"/>
        </w:rPr>
        <w:t xml:space="preserve">belated</w:t>
      </w:r>
      <w:r>
        <w:rPr>
          <w:b/>
          <w:bCs/>
        </w:rPr>
        <w:t xml:space="preserve">, dreaming sound.</w:t>
      </w:r>
      <w:r>
        <w:br/>
      </w:r>
      <w:r>
        <w:t xml:space="preserve">    (a) after the expected or usual time</w:t>
      </w:r>
      <w:r>
        <w:br/>
      </w:r>
      <w:r>
        <w:t xml:space="preserve">    (b) indicating approval or agreement</w:t>
      </w:r>
      <w:r>
        <w:br/>
      </w:r>
      <w:r>
        <w:t xml:space="preserve">    (c) the condition of being different</w:t>
      </w:r>
    </w:p>
    <w:p>
      <w:pPr>
        <w:pStyle w:val="Compact"/>
        <w:numPr>
          <w:ilvl w:val="0"/>
          <w:numId w:val="1001"/>
        </w:numPr>
      </w:pPr>
      <w:r>
        <w:rPr>
          <w:b/>
          <w:bCs/>
        </w:rPr>
        <w:t xml:space="preserve">Easter's sighs and her prolonged or half-</w:t>
      </w:r>
      <w:r>
        <w:rPr>
          <w:b/>
          <w:bCs/>
          <w:u w:val="single"/>
        </w:rPr>
        <w:t xml:space="preserve">uttered</w:t>
      </w:r>
      <w:r>
        <w:rPr>
          <w:b/>
          <w:bCs/>
        </w:rPr>
        <w:t xml:space="preserve"> </w:t>
      </w:r>
      <w:r>
        <w:rPr>
          <w:b/>
          <w:bCs/>
        </w:rPr>
        <w:t xml:space="preserve">words now filled the tent, just as the heat filled it.</w:t>
      </w:r>
      <w:r>
        <w:br/>
      </w:r>
      <w:r>
        <w:t xml:space="preserve">    (a) genetically changed through evolution</w:t>
      </w:r>
      <w:r>
        <w:br/>
      </w:r>
      <w:r>
        <w:t xml:space="preserve">    (b) controlled (how something turned out)</w:t>
      </w:r>
      <w:r>
        <w:br/>
      </w:r>
      <w:r>
        <w:t xml:space="preserve">    (c) said (or make a sound) with the voice</w:t>
      </w:r>
    </w:p>
    <w:p>
      <w:pPr>
        <w:pStyle w:val="Compact"/>
        <w:numPr>
          <w:ilvl w:val="0"/>
          <w:numId w:val="1001"/>
        </w:numPr>
      </w:pPr>
      <w:r>
        <w:rPr>
          <w:b/>
          <w:bCs/>
          <w:u w:val="single"/>
        </w:rPr>
        <w:t xml:space="preserve">Entwined</w:t>
      </w:r>
      <w:r>
        <w:rPr>
          <w:b/>
          <w:bCs/>
        </w:rPr>
        <w:t xml:space="preserve">, they stared—orphan-like themselves—past Easter's cot and through the tent opening as down a long telescope turned on an incandescent star, and saw the spiral of Elberta's hat return, and saw Exum jump over a stick and on the other side do a little dance in a puff of dust.</w:t>
      </w:r>
      <w:r>
        <w:br/>
      </w:r>
      <w:r>
        <w:t xml:space="preserve">    (a) viewed in a certain way so as to form a belief or opinion</w:t>
      </w:r>
      <w:r>
        <w:br/>
      </w:r>
      <w:r>
        <w:t xml:space="preserve">    (b) interconnected (not easily separated) or twisted together</w:t>
      </w:r>
      <w:r>
        <w:br/>
      </w:r>
      <w:r>
        <w:t xml:space="preserve">    (c) promised, guaranteed, or indicated certainty of something</w:t>
      </w:r>
    </w:p>
    <w:p>
      <w:pPr>
        <w:pStyle w:val="Compact"/>
        <w:numPr>
          <w:ilvl w:val="0"/>
          <w:numId w:val="1001"/>
        </w:numPr>
      </w:pPr>
      <w:r>
        <w:rPr>
          <w:b/>
          <w:bCs/>
        </w:rPr>
        <w:t xml:space="preserve">But however Nina and Jinny Love made faces at they knew not what, Easter</w:t>
      </w:r>
      <w:r>
        <w:rPr>
          <w:b/>
          <w:bCs/>
        </w:rPr>
        <w:t xml:space="preserve"> </w:t>
      </w:r>
      <w:r>
        <w:rPr>
          <w:b/>
          <w:bCs/>
          <w:u w:val="single"/>
        </w:rPr>
        <w:t xml:space="preserve">concurred</w:t>
      </w:r>
      <w:r>
        <w:rPr>
          <w:b/>
          <w:bCs/>
        </w:rPr>
        <w:t xml:space="preserve">; she thoroughly agreed.</w:t>
      </w:r>
      <w:r>
        <w:br/>
      </w:r>
      <w:r>
        <w:t xml:space="preserve">    (a) copied</w:t>
      </w:r>
      <w:r>
        <w:br/>
      </w:r>
      <w:r>
        <w:t xml:space="preserve">    (b) traded</w:t>
      </w:r>
      <w:r>
        <w:br/>
      </w:r>
      <w:r>
        <w:t xml:space="preserve">    (c) agreed</w:t>
      </w:r>
    </w:p>
    <w:p>
      <w:pPr>
        <w:pStyle w:val="Compact"/>
        <w:numPr>
          <w:ilvl w:val="0"/>
          <w:numId w:val="1001"/>
        </w:numPr>
      </w:pPr>
      <w:r>
        <w:rPr>
          <w:b/>
          <w:bCs/>
        </w:rPr>
        <w:t xml:space="preserve">The water was quiet, the color of pewter, marked with purple stobs, although where the sun shone right on it the lake seemed to be in violent</w:t>
      </w:r>
      <w:r>
        <w:rPr>
          <w:b/>
          <w:bCs/>
        </w:rPr>
        <w:t xml:space="preserve"> </w:t>
      </w:r>
      <w:r>
        <w:rPr>
          <w:b/>
          <w:bCs/>
          <w:u w:val="single"/>
        </w:rPr>
        <w:t xml:space="preserve">agitation</w:t>
      </w:r>
      <w:r>
        <w:rPr>
          <w:b/>
          <w:bCs/>
        </w:rPr>
        <w:t xml:space="preserve">, almost boiling.</w:t>
      </w:r>
      <w:r>
        <w:br/>
      </w:r>
      <w:r>
        <w:t xml:space="preserve">    (a) the act of stirring up (emotionally or physically); or a state of emotional unrest</w:t>
      </w:r>
      <w:r>
        <w:br/>
      </w:r>
      <w:r>
        <w:t xml:space="preserve">    (b) officially telling someone about something; or something that contains the message</w:t>
      </w:r>
      <w:r>
        <w:br/>
      </w:r>
      <w:r>
        <w:t xml:space="preserve">    (c) formula (a mathematical expression that describe a relationship between variables)</w:t>
      </w:r>
    </w:p>
    <w:p>
      <w:pPr>
        <w:pStyle w:val="Compact"/>
        <w:numPr>
          <w:ilvl w:val="0"/>
          <w:numId w:val="1001"/>
        </w:numPr>
      </w:pPr>
      <w:r>
        <w:rPr>
          <w:b/>
          <w:bCs/>
        </w:rPr>
        <w:t xml:space="preserve">Her throat</w:t>
      </w:r>
      <w:r>
        <w:rPr>
          <w:b/>
          <w:bCs/>
        </w:rPr>
        <w:t xml:space="preserve"> </w:t>
      </w:r>
      <w:r>
        <w:rPr>
          <w:b/>
          <w:bCs/>
          <w:u w:val="single"/>
        </w:rPr>
        <w:t xml:space="preserve">quivered</w:t>
      </w:r>
      <w:r>
        <w:rPr>
          <w:b/>
          <w:bCs/>
        </w:rPr>
        <w:t xml:space="preserve">, the little vein in her temple jumped.</w:t>
      </w:r>
      <w:r>
        <w:br/>
      </w:r>
      <w:r>
        <w:t xml:space="preserve">    (a) calculates or judges too low</w:t>
      </w:r>
      <w:r>
        <w:br/>
      </w:r>
      <w:r>
        <w:t xml:space="preserve">    (b) to shake or tremble slightly</w:t>
      </w:r>
      <w:r>
        <w:br/>
      </w:r>
      <w:r>
        <w:t xml:space="preserve">    (c) not working or not operating</w:t>
      </w:r>
    </w:p>
    <w:p>
      <w:pPr>
        <w:pStyle w:val="Compact"/>
        <w:numPr>
          <w:ilvl w:val="0"/>
          <w:numId w:val="1001"/>
        </w:numPr>
      </w:pPr>
      <w:r>
        <w:rPr>
          <w:b/>
          <w:bCs/>
        </w:rPr>
        <w:t xml:space="preserve">The presence of night was beside them—a beast in</w:t>
      </w:r>
      <w:r>
        <w:rPr>
          <w:b/>
          <w:bCs/>
        </w:rPr>
        <w:t xml:space="preserve"> </w:t>
      </w:r>
      <w:r>
        <w:rPr>
          <w:b/>
          <w:bCs/>
          <w:u w:val="single"/>
        </w:rPr>
        <w:t xml:space="preserve">gossamer</w:t>
      </w:r>
      <w:r>
        <w:rPr>
          <w:b/>
          <w:bCs/>
        </w:rPr>
        <w:t xml:space="preserve">, with no shine of outline, only of ornament—rings, ear-rings.... "March!" cried Mrs. Gruenwald, and stamped down the trail for them to follow.</w:t>
      </w:r>
      <w:r>
        <w:br/>
      </w:r>
      <w:r>
        <w:t xml:space="preserve">    (a) characteristic (of something or someone)</w:t>
      </w:r>
      <w:r>
        <w:br/>
      </w:r>
      <w:r>
        <w:t xml:space="preserve">    (b) dreamlike state of altered consciousness</w:t>
      </w:r>
      <w:r>
        <w:br/>
      </w:r>
      <w:r>
        <w:t xml:space="preserve">    (c) extremely light, delicate, airy, or thin</w:t>
      </w:r>
    </w:p>
    <w:p>
      <w:pPr>
        <w:pStyle w:val="Compact"/>
        <w:numPr>
          <w:ilvl w:val="0"/>
          <w:numId w:val="1001"/>
        </w:numPr>
      </w:pPr>
      <w:r>
        <w:rPr>
          <w:b/>
          <w:bCs/>
        </w:rPr>
        <w:t xml:space="preserve">Miss Moody, with a</w:t>
      </w:r>
      <w:r>
        <w:rPr>
          <w:b/>
          <w:bCs/>
        </w:rPr>
        <w:t xml:space="preserve"> </w:t>
      </w:r>
      <w:r>
        <w:rPr>
          <w:b/>
          <w:bCs/>
          <w:u w:val="single"/>
        </w:rPr>
        <w:t xml:space="preserve">fervent</w:t>
      </w:r>
      <w:r>
        <w:rPr>
          <w:b/>
          <w:bCs/>
        </w:rPr>
        <w:t xml:space="preserve"> </w:t>
      </w:r>
      <w:r>
        <w:rPr>
          <w:b/>
          <w:bCs/>
        </w:rPr>
        <w:t xml:space="preserve">frown which precluded interruption, sang in soft tremolo as she rubbed the lined-up children with "Sweet Dreams."</w:t>
      </w:r>
      <w:r>
        <w:br/>
      </w:r>
      <w:r>
        <w:t xml:space="preserve">    (a) able to make clear with example, diagram, photo, etc.</w:t>
      </w:r>
      <w:r>
        <w:br/>
      </w:r>
      <w:r>
        <w:t xml:space="preserve">    (b) characterized by intense emotion or passionate belief</w:t>
      </w:r>
      <w:r>
        <w:br/>
      </w:r>
      <w:r>
        <w:t xml:space="preserve">    (c) not concerned with what others might think of oneself</w:t>
      </w:r>
    </w:p>
    <w:p>
      <w:pPr>
        <w:pStyle w:val="Compact"/>
        <w:numPr>
          <w:ilvl w:val="0"/>
          <w:numId w:val="1001"/>
        </w:numPr>
      </w:pPr>
      <w:r>
        <w:rPr>
          <w:b/>
          <w:bCs/>
        </w:rPr>
        <w:t xml:space="preserve">Miss Moody</w:t>
      </w:r>
      <w:r>
        <w:rPr>
          <w:b/>
          <w:bCs/>
        </w:rPr>
        <w:t xml:space="preserve"> </w:t>
      </w:r>
      <w:r>
        <w:rPr>
          <w:b/>
          <w:bCs/>
          <w:u w:val="single"/>
        </w:rPr>
        <w:t xml:space="preserve">ostentatiously</w:t>
      </w:r>
      <w:r>
        <w:rPr>
          <w:b/>
          <w:bCs/>
        </w:rPr>
        <w:t xml:space="preserve"> </w:t>
      </w:r>
      <w:r>
        <w:rPr>
          <w:b/>
          <w:bCs/>
        </w:rPr>
        <w:t xml:space="preserve">went right to sleep.</w:t>
      </w:r>
      <w:r>
        <w:br/>
      </w:r>
      <w:r>
        <w:t xml:space="preserve">    (a) in a manner intended to attract notice and impress others</w:t>
      </w:r>
      <w:r>
        <w:br/>
      </w:r>
      <w:r>
        <w:t xml:space="preserve">    (b) in a manner that is supposed (rather than known to be so)</w:t>
      </w:r>
      <w:r>
        <w:br/>
      </w:r>
      <w:r>
        <w:t xml:space="preserve">    (c) not in a manner that is able to be promised or guaranteed</w:t>
      </w:r>
    </w:p>
    <w:p>
      <w:pPr>
        <w:pStyle w:val="Compact"/>
        <w:numPr>
          <w:ilvl w:val="0"/>
          <w:numId w:val="1001"/>
        </w:numPr>
      </w:pPr>
      <w:r>
        <w:rPr>
          <w:b/>
          <w:bCs/>
        </w:rPr>
        <w:t xml:space="preserve">In the cup of her hand, in her filling skin, in the fingers' bursting weight and stillness, Nina felt it:</w:t>
      </w:r>
      <w:r>
        <w:rPr>
          <w:b/>
          <w:bCs/>
        </w:rPr>
        <w:t xml:space="preserve"> </w:t>
      </w:r>
      <w:r>
        <w:rPr>
          <w:b/>
          <w:bCs/>
          <w:u w:val="single"/>
        </w:rPr>
        <w:t xml:space="preserve">compassion</w:t>
      </w:r>
      <w:r>
        <w:rPr>
          <w:b/>
          <w:bCs/>
        </w:rPr>
        <w:t xml:space="preserve"> </w:t>
      </w:r>
      <w:r>
        <w:rPr>
          <w:b/>
          <w:bCs/>
        </w:rPr>
        <w:t xml:space="preserve">and a kind of competing that were all one, a single ecstasy, a single longing.</w:t>
      </w:r>
      <w:r>
        <w:br/>
      </w:r>
      <w:r>
        <w:t xml:space="preserve">    (a) the taking on or adoption of power or responsibility</w:t>
      </w:r>
      <w:r>
        <w:br/>
      </w:r>
      <w:r>
        <w:t xml:space="preserve">    (b) sympathy for another's suffering and wanting to help</w:t>
      </w:r>
      <w:r>
        <w:br/>
      </w:r>
      <w:r>
        <w:t xml:space="preserve">    (c) the process of controlling (how something turns out)</w:t>
      </w:r>
    </w:p>
    <w:p>
      <w:pPr>
        <w:pStyle w:val="Compact"/>
        <w:numPr>
          <w:ilvl w:val="0"/>
          <w:numId w:val="1001"/>
        </w:numPr>
      </w:pPr>
      <w:r>
        <w:rPr>
          <w:b/>
          <w:bCs/>
        </w:rPr>
        <w:t xml:space="preserve">For the night was not</w:t>
      </w:r>
      <w:r>
        <w:rPr>
          <w:b/>
          <w:bCs/>
        </w:rPr>
        <w:t xml:space="preserve"> </w:t>
      </w:r>
      <w:r>
        <w:rPr>
          <w:b/>
          <w:bCs/>
          <w:u w:val="single"/>
        </w:rPr>
        <w:t xml:space="preserve">impartial</w:t>
      </w:r>
      <w:r>
        <w:rPr>
          <w:b/>
          <w:bCs/>
        </w:rPr>
        <w:t xml:space="preserve">.</w:t>
      </w:r>
      <w:r>
        <w:br/>
      </w:r>
      <w:r>
        <w:t xml:space="preserve">    (a) without favoritism or bias</w:t>
      </w:r>
      <w:r>
        <w:br/>
      </w:r>
      <w:r>
        <w:t xml:space="preserve">    (b) the quality of disagreeing</w:t>
      </w:r>
      <w:r>
        <w:br/>
      </w:r>
      <w:r>
        <w:t xml:space="preserve">    (c) the quality of being Dutch</w:t>
      </w:r>
    </w:p>
    <w:p>
      <w:pPr>
        <w:pStyle w:val="Compact"/>
        <w:numPr>
          <w:ilvl w:val="0"/>
          <w:numId w:val="1001"/>
        </w:numPr>
      </w:pPr>
      <w:r>
        <w:rPr>
          <w:b/>
          <w:bCs/>
        </w:rPr>
        <w:t xml:space="preserve">It was Exum</w:t>
      </w:r>
      <w:r>
        <w:rPr>
          <w:b/>
          <w:bCs/>
        </w:rPr>
        <w:t xml:space="preserve"> </w:t>
      </w:r>
      <w:r>
        <w:rPr>
          <w:b/>
          <w:bCs/>
          <w:u w:val="single"/>
        </w:rPr>
        <w:t xml:space="preserve">persistent</w:t>
      </w:r>
      <w:r>
        <w:rPr>
          <w:b/>
          <w:bCs/>
        </w:rPr>
        <w:t xml:space="preserve"> </w:t>
      </w:r>
      <w:r>
        <w:rPr>
          <w:b/>
          <w:bCs/>
        </w:rPr>
        <w:t xml:space="preserve">as a little bug, inching along the foot of the swamp wall, carrying around a fishing cane and minnow can, fishing around the bend from their side of the lake, catching all kinds of things.</w:t>
      </w:r>
      <w:r>
        <w:br/>
      </w:r>
      <w:r>
        <w:t xml:space="preserve">    (a) tendency to be direct in a disagreeable, insensitive manner</w:t>
      </w:r>
      <w:r>
        <w:br/>
      </w:r>
      <w:r>
        <w:t xml:space="preserve">    (b) the degree or quality of being exactly vertical or straight</w:t>
      </w:r>
      <w:r>
        <w:br/>
      </w:r>
      <w:r>
        <w:t xml:space="preserve">    (c) continuing -- especially despite difficulties or opposition</w:t>
      </w:r>
    </w:p>
    <w:p>
      <w:pPr>
        <w:pStyle w:val="Compact"/>
        <w:numPr>
          <w:ilvl w:val="0"/>
          <w:numId w:val="1001"/>
        </w:numPr>
      </w:pPr>
      <w:r>
        <w:rPr>
          <w:b/>
          <w:bCs/>
        </w:rPr>
        <w:t xml:space="preserve">They looked at Easter's mouth and at the eyes where they were</w:t>
      </w:r>
      <w:r>
        <w:rPr>
          <w:b/>
          <w:bCs/>
        </w:rPr>
        <w:t xml:space="preserve"> </w:t>
      </w:r>
      <w:r>
        <w:rPr>
          <w:b/>
          <w:bCs/>
          <w:u w:val="single"/>
        </w:rPr>
        <w:t xml:space="preserve">contemplating</w:t>
      </w:r>
      <w:r>
        <w:rPr>
          <w:b/>
          <w:bCs/>
        </w:rPr>
        <w:t xml:space="preserve"> </w:t>
      </w:r>
      <w:r>
        <w:rPr>
          <w:b/>
          <w:bCs/>
        </w:rPr>
        <w:t xml:space="preserve">without sense the back side of the light.</w:t>
      </w:r>
      <w:r>
        <w:br/>
      </w:r>
      <w:r>
        <w:t xml:space="preserve">    (a) restarted (a fire)</w:t>
      </w:r>
      <w:r>
        <w:br/>
      </w:r>
      <w:r>
        <w:t xml:space="preserve">    (b) consider or ponder</w:t>
      </w:r>
      <w:r>
        <w:br/>
      </w:r>
      <w:r>
        <w:t xml:space="preserve">    (c) wrongly translates</w:t>
      </w:r>
    </w:p>
    <w:p>
      <w:pPr>
        <w:pStyle w:val="Compact"/>
        <w:numPr>
          <w:ilvl w:val="0"/>
          <w:numId w:val="1001"/>
        </w:numPr>
      </w:pPr>
      <w:r>
        <w:rPr>
          <w:b/>
          <w:bCs/>
        </w:rPr>
        <w:t xml:space="preserve">Looking out for an instant from precarious holds, they took in sharply for memory's sake that</w:t>
      </w:r>
      <w:r>
        <w:rPr>
          <w:b/>
          <w:bCs/>
        </w:rPr>
        <w:t xml:space="preserve"> </w:t>
      </w:r>
      <w:r>
        <w:rPr>
          <w:b/>
          <w:bCs/>
          <w:u w:val="single"/>
        </w:rPr>
        <w:t xml:space="preserve">berated</w:t>
      </w:r>
      <w:r>
        <w:rPr>
          <w:b/>
          <w:bCs/>
        </w:rPr>
        <w:t xml:space="preserve"> </w:t>
      </w:r>
      <w:r>
        <w:rPr>
          <w:b/>
          <w:bCs/>
        </w:rPr>
        <w:t xml:space="preserve">figure, the mask formed and set on the face, one hand displayed, one jealously clawed under the waist, as if a secret handful had been groveled for, the spread and spotted legs.</w:t>
      </w:r>
      <w:r>
        <w:br/>
      </w:r>
      <w:r>
        <w:t xml:space="preserve">    (a) not hired, occupied, or booked</w:t>
      </w:r>
      <w:r>
        <w:br/>
      </w:r>
      <w:r>
        <w:t xml:space="preserve">    (b) criticized severely or angrily</w:t>
      </w:r>
      <w:r>
        <w:br/>
      </w:r>
      <w:r>
        <w:t xml:space="preserve">    (c) developed or changed gradually</w:t>
      </w:r>
    </w:p>
    <w:p>
      <w:pPr>
        <w:pStyle w:val="Compact"/>
        <w:numPr>
          <w:ilvl w:val="0"/>
          <w:numId w:val="1001"/>
        </w:numPr>
      </w:pPr>
      <w:r>
        <w:rPr>
          <w:b/>
          <w:bCs/>
        </w:rPr>
        <w:t xml:space="preserve">The Negroes were making a glorious</w:t>
      </w:r>
      <w:r>
        <w:rPr>
          <w:b/>
          <w:bCs/>
        </w:rPr>
        <w:t xml:space="preserve"> </w:t>
      </w:r>
      <w:r>
        <w:rPr>
          <w:b/>
          <w:bCs/>
          <w:u w:val="single"/>
        </w:rPr>
        <w:t xml:space="preserve">commotion</w:t>
      </w:r>
      <w:r>
        <w:rPr>
          <w:b/>
          <w:bCs/>
        </w:rPr>
        <w:t xml:space="preserve">, all of them came up now, and then Exum escaped them all and ran waving away to the woods, dainty as a loosened rabbit.</w:t>
      </w:r>
      <w:r>
        <w:br/>
      </w:r>
      <w:r>
        <w:t xml:space="preserve">    (a) noisy disturbance</w:t>
      </w:r>
      <w:r>
        <w:br/>
      </w:r>
      <w:r>
        <w:t xml:space="preserve">    (b) size or dimension</w:t>
      </w:r>
      <w:r>
        <w:br/>
      </w:r>
      <w:r>
        <w:t xml:space="preserve">    (c) circular movement</w:t>
      </w:r>
    </w:p>
    <w:p>
      <w:pPr>
        <w:pStyle w:val="Compact"/>
        <w:numPr>
          <w:ilvl w:val="0"/>
          <w:numId w:val="1001"/>
        </w:numPr>
      </w:pPr>
      <w:r>
        <w:rPr>
          <w:b/>
          <w:bCs/>
        </w:rPr>
        <w:t xml:space="preserve">She screamed, "Easterl" In that passionate instant, when they reached Easter and took her up, many feelings returned to Nina, some joining and some</w:t>
      </w:r>
      <w:r>
        <w:rPr>
          <w:b/>
          <w:bCs/>
        </w:rPr>
        <w:t xml:space="preserve"> </w:t>
      </w:r>
      <w:r>
        <w:rPr>
          <w:b/>
          <w:bCs/>
          <w:u w:val="single"/>
        </w:rPr>
        <w:t xml:space="preserve">conflicting</w:t>
      </w:r>
      <w:r>
        <w:rPr>
          <w:b/>
          <w:bCs/>
        </w:rPr>
        <w:t xml:space="preserve">.</w:t>
      </w:r>
      <w:r>
        <w:br/>
      </w:r>
      <w:r>
        <w:t xml:space="preserve">    (a) opposing (struggling against each other)</w:t>
      </w:r>
      <w:r>
        <w:br/>
      </w:r>
      <w:r>
        <w:t xml:space="preserve">    (b) examining in detail to better understand</w:t>
      </w:r>
      <w:r>
        <w:br/>
      </w:r>
      <w:r>
        <w:t xml:space="preserve">    (c) hiring, reserving, booking, or occupying</w:t>
      </w:r>
    </w:p>
    <w:p>
      <w:pPr>
        <w:pStyle w:val="Compact"/>
        <w:numPr>
          <w:ilvl w:val="0"/>
          <w:numId w:val="1001"/>
        </w:numPr>
      </w:pPr>
      <w:r>
        <w:rPr>
          <w:b/>
          <w:bCs/>
          <w:u w:val="single"/>
        </w:rPr>
        <w:t xml:space="preserve">Nevertheless</w:t>
      </w:r>
      <w:r>
        <w:rPr>
          <w:b/>
          <w:bCs/>
        </w:rPr>
        <w:t xml:space="preserve">, standing there with the tent slanting over him and his arm knobby as it reached up and his head bent a little, he looked rather at loose ends.</w:t>
      </w:r>
      <w:r>
        <w:br/>
      </w:r>
      <w:r>
        <w:t xml:space="preserve">    (a) in keeping with or in agreement with what was just stated</w:t>
      </w:r>
      <w:r>
        <w:br/>
      </w:r>
      <w:r>
        <w:t xml:space="preserve">    (b) despite that (used to connect contrasting ideas)</w:t>
      </w:r>
      <w:r>
        <w:br/>
      </w:r>
      <w:r>
        <w:t xml:space="preserve">    (c) therefore (for that reason)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2026-07-31T18:23:06Z</dcterms:created>
  <dcterms:modified xsi:type="dcterms:W3CDTF">2026-07-31T18:23:06Z</dcterms:modified>
</cp:coreProperties>
</file>

<file path=docProps/custom.xml><?xml version="1.0" encoding="utf-8"?>
<Properties xmlns="http://schemas.openxmlformats.org/officeDocument/2006/custom-properties" xmlns:vt="http://schemas.openxmlformats.org/officeDocument/2006/docPropsVTypes"/>
</file>