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b6152bc5763ede53df96d4f1182df78702ba41f"/>
    <w:p>
      <w:pPr>
        <w:pStyle w:val="Heading1"/>
      </w:pPr>
      <w:r>
        <w:rPr>
          <w:b/>
          <w:bCs/>
        </w:rPr>
        <w:t xml:space="preserve">Monster</w:t>
      </w:r>
      <w:r>
        <w:br/>
      </w:r>
      <w:r>
        <w:rPr>
          <w:i/>
          <w:iCs/>
        </w:rPr>
        <w:t xml:space="preserve">Walter Dean Myers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judge is going to rule on a motion that King's lawyer made to suppress Cruz's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testimony</w:t>
      </w:r>
      <w:r>
        <w:rPr>
          <w:b/>
          <w:bCs/>
        </w:rPr>
        <w:t xml:space="preserve">, and a few other things.</w:t>
      </w:r>
      <w:r>
        <w:br/>
      </w:r>
      <w:r>
        <w:t xml:space="preserve">    (a) something that serves as evidence -- especially a statement at a trial or hearing</w:t>
      </w:r>
      <w:r>
        <w:br/>
      </w:r>
      <w:r>
        <w:t xml:space="preserve">    (b) an organ attached to the wall of the uterus to nourish the fetus during pregnancy</w:t>
      </w:r>
      <w:r>
        <w:br/>
      </w:r>
      <w:r>
        <w:t xml:space="preserve">    (c) an atom that has acquired an electrical charge by the loss or gain of an electron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 the 22nd of December of last year, 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approximately</w:t>
      </w:r>
      <w:r>
        <w:rPr>
          <w:b/>
          <w:bCs/>
        </w:rPr>
        <w:t xml:space="preserve"> </w:t>
      </w:r>
      <w:r>
        <w:rPr>
          <w:b/>
          <w:bCs/>
        </w:rPr>
        <w:t xml:space="preserve">4 o'clock in the afternoon, 2 men entered a drugstore on 145th Street in Harlem.</w:t>
      </w:r>
      <w:r>
        <w:br/>
      </w:r>
      <w:r>
        <w:t xml:space="preserve">    (a) about (but not exactly)</w:t>
      </w:r>
      <w:r>
        <w:br/>
      </w:r>
      <w:r>
        <w:t xml:space="preserve">    (b) relating to the outside</w:t>
      </w:r>
      <w:r>
        <w:br/>
      </w:r>
      <w:r>
        <w:t xml:space="preserve">    (c) cheerfully and friendly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Yet another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conspirators</w:t>
      </w:r>
      <w:r>
        <w:rPr>
          <w:b/>
          <w:bCs/>
        </w:rPr>
        <w:t xml:space="preserve">, the planners of this robbery that left a man dead, was to go into the store prior to the robbery to check it out, to make sure that there were no police in the store.</w:t>
      </w:r>
      <w:r>
        <w:br/>
      </w:r>
      <w:r>
        <w:t xml:space="preserve">    (a) things that affect a result or outcome</w:t>
      </w:r>
      <w:r>
        <w:br/>
      </w:r>
      <w:r>
        <w:t xml:space="preserve">    (b) People who are of lower rank or status</w:t>
      </w:r>
      <w:r>
        <w:br/>
      </w:r>
      <w:r>
        <w:t xml:space="preserve">    (c) participants involved in a secret plot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death was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direct</w:t>
      </w:r>
      <w:r>
        <w:rPr>
          <w:b/>
          <w:bCs/>
        </w:rPr>
        <w:t xml:space="preserve"> </w:t>
      </w:r>
      <w:r>
        <w:rPr>
          <w:b/>
          <w:bCs/>
        </w:rPr>
        <w:t xml:space="preserve">result of the robbery.</w:t>
      </w:r>
      <w:r>
        <w:br/>
      </w:r>
      <w:r>
        <w:t xml:space="preserve">    (a) clear, straightforward, or to the point</w:t>
      </w:r>
      <w:r>
        <w:br/>
      </w:r>
      <w:r>
        <w:t xml:space="preserve">    (b) meticulousness (care for small details)</w:t>
      </w:r>
      <w:r>
        <w:br/>
      </w:r>
      <w:r>
        <w:t xml:space="preserve">    (c) the state or degree of being very large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Neither STEVE nor KING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directly</w:t>
      </w:r>
      <w:r>
        <w:rPr>
          <w:b/>
          <w:bCs/>
        </w:rPr>
        <w:t xml:space="preserve"> </w:t>
      </w:r>
      <w:r>
        <w:rPr>
          <w:b/>
          <w:bCs/>
        </w:rPr>
        <w:t xml:space="preserve">facing the camera.</w:t>
      </w:r>
      <w:r>
        <w:br/>
      </w:r>
      <w:r>
        <w:t xml:space="preserve">    (a) exactly where stated (used for emphasis)</w:t>
      </w:r>
      <w:r>
        <w:br/>
      </w:r>
      <w:r>
        <w:t xml:space="preserve">    (b) in a manner that is appropriate or related in size, amount, or degree</w:t>
      </w:r>
      <w:r>
        <w:br/>
      </w:r>
      <w:r>
        <w:t xml:space="preserve">    (c) in a manner that is not sexually attractive, or persuasively tempting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2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defendants</w:t>
      </w:r>
      <w:r>
        <w:rPr>
          <w:b/>
          <w:bCs/>
        </w:rPr>
        <w:t xml:space="preserve"> </w:t>
      </w:r>
      <w:r>
        <w:rPr>
          <w:b/>
          <w:bCs/>
        </w:rPr>
        <w:t xml:space="preserve">you see before you will be shown to be participants in that act and are being charged with felony murder.</w:t>
      </w:r>
      <w:r>
        <w:br/>
      </w:r>
      <w:r>
        <w:t xml:space="preserve">    (a) soft leather shoes traditionally worn by Native Americans</w:t>
      </w:r>
      <w:r>
        <w:br/>
      </w:r>
      <w:r>
        <w:t xml:space="preserve">    (b) people (or institutions) legally accused or sued in court</w:t>
      </w:r>
      <w:r>
        <w:br/>
      </w:r>
      <w:r>
        <w:t xml:space="preserve">    (c) people of the majority denomination of Islam (almost 90%)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What are you,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pessimist</w:t>
      </w:r>
      <w:r>
        <w:rPr>
          <w:b/>
          <w:bCs/>
        </w:rPr>
        <w:t xml:space="preserve">?</w:t>
      </w:r>
      <w:r>
        <w:br/>
      </w:r>
      <w:r>
        <w:t xml:space="preserve">    (a) someone who expects the worst; or who focuses on the bad part of things</w:t>
      </w:r>
      <w:r>
        <w:br/>
      </w:r>
      <w:r>
        <w:t xml:space="preserve">    (b) someone who joins with others in a public protest or display of support</w:t>
      </w:r>
      <w:r>
        <w:br/>
      </w:r>
      <w:r>
        <w:t xml:space="preserve">    (c) someone or something that combines components to create a complex whole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KARYL is still on stand as BRIGGS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cross-examines</w:t>
      </w:r>
      <w:r>
        <w:rPr>
          <w:b/>
          <w:bCs/>
        </w:rPr>
        <w:t xml:space="preserve">.</w:t>
      </w:r>
      <w:r>
        <w:br/>
      </w:r>
      <w:r>
        <w:t xml:space="preserve">    (a) a means of control -- most commonly the straps attached to a bit in a horse's mouth that are used to control it  OR  restrains or controls</w:t>
      </w:r>
      <w:r>
        <w:br/>
      </w:r>
      <w:r>
        <w:t xml:space="preserve">    (b) injures the ligaments of a joint by stretching them too far (ligaments are the tough, fibrous bands that connect bones across joints)</w:t>
      </w:r>
      <w:r>
        <w:br/>
      </w:r>
      <w:r>
        <w:t xml:space="preserve">    (c) careful, detailed questioning—especially in court, where the opposing side questions a witness after the other side has questioned them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It's my understanding that the crime-scene technicians didn't find any fingerprints they could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establish</w:t>
      </w:r>
      <w:r>
        <w:rPr>
          <w:b/>
          <w:bCs/>
        </w:rPr>
        <w:t xml:space="preserve"> </w:t>
      </w:r>
      <w:r>
        <w:rPr>
          <w:b/>
          <w:bCs/>
        </w:rPr>
        <w:t xml:space="preserve">as belonging to a perpetrator.</w:t>
      </w:r>
      <w:r>
        <w:br/>
      </w:r>
      <w:r>
        <w:t xml:space="preserve">    (a) prove</w:t>
      </w:r>
      <w:r>
        <w:br/>
      </w:r>
      <w:r>
        <w:t xml:space="preserve">    (b) accept as true (without proof)</w:t>
      </w:r>
      <w:r>
        <w:br/>
      </w:r>
      <w:r>
        <w:t xml:space="preserve">    (c) take (power or responsibility)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I'd like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establish</w:t>
      </w:r>
      <w:r>
        <w:rPr>
          <w:b/>
          <w:bCs/>
        </w:rPr>
        <w:t xml:space="preserve"> </w:t>
      </w:r>
      <w:r>
        <w:rPr>
          <w:b/>
          <w:bCs/>
        </w:rPr>
        <w:t xml:space="preserve">the objection.</w:t>
      </w:r>
      <w:r>
        <w:br/>
      </w:r>
      <w:r>
        <w:t xml:space="preserve">    (a) genetic change through evolution</w:t>
      </w:r>
      <w:r>
        <w:br/>
      </w:r>
      <w:r>
        <w:t xml:space="preserve">    (b) set in place (for the record to argue upon appeal)</w:t>
      </w:r>
      <w:r>
        <w:br/>
      </w:r>
      <w:r>
        <w:t xml:space="preserve">    (c) interact again or interest again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Mr. Cruz, you're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testifying</w:t>
      </w:r>
      <w:r>
        <w:rPr>
          <w:b/>
          <w:bCs/>
        </w:rPr>
        <w:t xml:space="preserve"> </w:t>
      </w:r>
      <w:r>
        <w:rPr>
          <w:b/>
          <w:bCs/>
        </w:rPr>
        <w:t xml:space="preserve">against people you know.</w:t>
      </w:r>
      <w:r>
        <w:br/>
      </w:r>
      <w:r>
        <w:t xml:space="preserve">    (a) calling -- typically to come nearer by using a hand gesture or a nod</w:t>
      </w:r>
      <w:r>
        <w:br/>
      </w:r>
      <w:r>
        <w:t xml:space="preserve">    (b) providing evidence of something -- especially oral evidence in court</w:t>
      </w:r>
      <w:r>
        <w:br/>
      </w:r>
      <w:r>
        <w:t xml:space="preserve">    (c) convincing (someone) that an idea previously believed is not correct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Mayor Rudy Giuliani says that he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determined</w:t>
      </w:r>
      <w:r>
        <w:rPr>
          <w:b/>
          <w:bCs/>
        </w:rPr>
        <w:t xml:space="preserve"> </w:t>
      </w:r>
      <w:r>
        <w:rPr>
          <w:b/>
          <w:bCs/>
        </w:rPr>
        <w:t xml:space="preserve">to stop crime in all areas of the city.</w:t>
      </w:r>
      <w:r>
        <w:br/>
      </w:r>
      <w:r>
        <w:t xml:space="preserve">    (a) firm in purpose</w:t>
      </w:r>
      <w:r>
        <w:br/>
      </w:r>
      <w:r>
        <w:t xml:space="preserve">    (b) starts (a fire)</w:t>
      </w:r>
      <w:r>
        <w:br/>
      </w:r>
      <w:r>
        <w:t xml:space="preserve">    (c) careful thought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man is dead. But nowhere in the Medical Examiner's testimony does he indicate who was responsible for that murder. That is for you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determine</w:t>
      </w:r>
      <w:r>
        <w:rPr>
          <w:b/>
          <w:bCs/>
        </w:rPr>
        <w:t xml:space="preserve">.</w:t>
      </w:r>
      <w:r>
        <w:br/>
      </w:r>
      <w:r>
        <w:t xml:space="preserve">    (a) hire again or occupy again</w:t>
      </w:r>
      <w:r>
        <w:br/>
      </w:r>
      <w:r>
        <w:t xml:space="preserve">    (b) figure out</w:t>
      </w:r>
      <w:r>
        <w:br/>
      </w:r>
      <w:r>
        <w:t xml:space="preserve">    (c) draw pictures to accompany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saw two young men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engaged</w:t>
      </w:r>
      <w:r>
        <w:rPr>
          <w:b/>
          <w:bCs/>
        </w:rPr>
        <w:t xml:space="preserve"> </w:t>
      </w:r>
      <w:r>
        <w:rPr>
          <w:b/>
          <w:bCs/>
        </w:rPr>
        <w:t xml:space="preserve">in an argument.</w:t>
      </w:r>
      <w:r>
        <w:br/>
      </w:r>
      <w:r>
        <w:t xml:space="preserve">    (a) studying</w:t>
      </w:r>
      <w:r>
        <w:br/>
      </w:r>
      <w:r>
        <w:t xml:space="preserve">    (b) involved</w:t>
      </w:r>
      <w:r>
        <w:br/>
      </w:r>
      <w:r>
        <w:t xml:space="preserve">    (c) promised to marry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Then I saw one of them grab the drugstore owner by the collar. (She grabs her own collar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demonstrate</w:t>
      </w:r>
      <w:r>
        <w:rPr>
          <w:b/>
          <w:bCs/>
        </w:rPr>
        <w:t xml:space="preserve">.)</w:t>
      </w:r>
      <w:r>
        <w:br/>
      </w:r>
      <w:r>
        <w:t xml:space="preserve">    (a) quit</w:t>
      </w:r>
      <w:r>
        <w:br/>
      </w:r>
      <w:r>
        <w:t xml:space="preserve">    (b) show (what happened)</w:t>
      </w:r>
      <w:r>
        <w:br/>
      </w:r>
      <w:r>
        <w:t xml:space="preserve">    (c) draw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know the judge will tell the jury not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infer</w:t>
      </w:r>
      <w:r>
        <w:rPr>
          <w:b/>
          <w:bCs/>
        </w:rPr>
        <w:t xml:space="preserve"> </w:t>
      </w:r>
      <w:r>
        <w:rPr>
          <w:b/>
          <w:bCs/>
        </w:rPr>
        <w:t xml:space="preserve">anything if you don't take the stand, but I believe that the jury wants to hear from you.</w:t>
      </w:r>
      <w:r>
        <w:br/>
      </w:r>
      <w:r>
        <w:t xml:space="preserve">    (a) conclude (through reasoning)</w:t>
      </w:r>
      <w:r>
        <w:br/>
      </w:r>
      <w:r>
        <w:t xml:space="preserve">    (b) take up or receive into heaven</w:t>
      </w:r>
      <w:r>
        <w:br/>
      </w:r>
      <w:r>
        <w:t xml:space="preserve">    (c) hire, reserve, book, or occupy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Then we see STEVE nod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assent</w:t>
      </w:r>
      <w:r>
        <w:rPr>
          <w:b/>
          <w:bCs/>
        </w:rPr>
        <w:t xml:space="preserve">.</w:t>
      </w:r>
      <w:r>
        <w:br/>
      </w:r>
      <w:r>
        <w:t xml:space="preserve">    (a) to express agreement -- especially with a statement or proposal to do something</w:t>
      </w:r>
      <w:r>
        <w:br/>
      </w:r>
      <w:r>
        <w:t xml:space="preserve">    (b) to release from slavery or servitude; or (metaphorically) from social restraints</w:t>
      </w:r>
      <w:r>
        <w:br/>
      </w:r>
      <w:r>
        <w:t xml:space="preserve">    (c) removing the favoring any side in a contest, war, disagreement, or other dispute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He's very much involved with depicting his neighborhood and environment in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</w:t>
      </w:r>
      <w:r>
        <w:rPr>
          <w:b/>
          <w:bCs/>
        </w:rPr>
        <w:t xml:space="preserve"> </w:t>
      </w:r>
      <w:r>
        <w:rPr>
          <w:b/>
          <w:bCs/>
        </w:rPr>
        <w:t xml:space="preserve">manner.</w:t>
      </w:r>
      <w:r>
        <w:br/>
      </w:r>
      <w:r>
        <w:t xml:space="preserve">    (a) impossible to find</w:t>
      </w:r>
      <w:r>
        <w:br/>
      </w:r>
      <w:r>
        <w:t xml:space="preserve">    (b) good or beneficial</w:t>
      </w:r>
      <w:r>
        <w:br/>
      </w:r>
      <w:r>
        <w:t xml:space="preserve">    (c) not representative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Here is a Black woman, uneasy about her role in identifying a young Black man, who still had the courage to testify before you and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positively</w:t>
      </w:r>
      <w:r>
        <w:rPr>
          <w:b/>
          <w:bCs/>
        </w:rPr>
        <w:t xml:space="preserve"> </w:t>
      </w:r>
      <w:r>
        <w:rPr>
          <w:b/>
          <w:bCs/>
        </w:rPr>
        <w:t xml:space="preserve">identify Mr. King.</w:t>
      </w:r>
      <w:r>
        <w:br/>
      </w:r>
      <w:r>
        <w:t xml:space="preserve">    (a) without regret</w:t>
      </w:r>
      <w:r>
        <w:br/>
      </w:r>
      <w:r>
        <w:t xml:space="preserve">    (b) with certainty</w:t>
      </w:r>
      <w:r>
        <w:br/>
      </w:r>
      <w:r>
        <w:t xml:space="preserve">    (c) with hard work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other is putting on a show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bravado</w:t>
      </w:r>
      <w:r>
        <w:rPr>
          <w:b/>
          <w:bCs/>
        </w:rPr>
        <w:t xml:space="preserve">.</w:t>
      </w:r>
      <w:r>
        <w:br/>
      </w:r>
      <w:r>
        <w:t xml:space="preserve">    (a) a bold manner or show of bravery -- often hiding fear or insecurity</w:t>
      </w:r>
      <w:r>
        <w:br/>
      </w:r>
      <w:r>
        <w:t xml:space="preserve">    (b) related to or causing dramatic change; of a supporter of the change</w:t>
      </w:r>
      <w:r>
        <w:br/>
      </w:r>
      <w:r>
        <w:t xml:space="preserve">    (c) a basic building block of matter that makes up protons and neutrons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2026-07-31T19:35:23Z</dcterms:created>
  <dcterms:modified xsi:type="dcterms:W3CDTF">2026-07-31T19:35:23Z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