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c64697fc7a10c8e973e846a05064241a8a2900b"/>
    <w:p>
      <w:pPr>
        <w:pStyle w:val="Heading1"/>
      </w:pPr>
      <w:r>
        <w:rPr>
          <w:b/>
          <w:bCs/>
        </w:rPr>
        <w:t xml:space="preserve">Moll Flanders</w:t>
      </w:r>
      <w:r>
        <w:br/>
      </w:r>
      <w:r>
        <w:rPr>
          <w:i/>
          <w:iCs/>
        </w:rPr>
        <w:t xml:space="preserve">Daniel Defoe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When she saw that I was not</w:t>
      </w:r>
      <w:r>
        <w:rPr>
          <w:b/>
          <w:bCs/>
        </w:rPr>
        <w:t xml:space="preserve"> </w:t>
      </w:r>
      <w:r>
        <w:rPr>
          <w:b/>
          <w:bCs/>
          <w:u w:val="single"/>
        </w:rPr>
        <w:t xml:space="preserve">pacified</w:t>
      </w:r>
      <w:r>
        <w:rPr>
          <w:b/>
          <w:bCs/>
        </w:rPr>
        <w:t xml:space="preserve"> </w:t>
      </w:r>
      <w:r>
        <w:rPr>
          <w:b/>
          <w:bCs/>
        </w:rPr>
        <w:t xml:space="preserve">yet, she began to be angry with me.</w:t>
      </w:r>
      <w:r>
        <w:br/>
      </w:r>
      <w:r>
        <w:t xml:space="preserve">    (a) donated a portion of one's income to a church</w:t>
      </w:r>
      <w:r>
        <w:br/>
      </w:r>
      <w:r>
        <w:t xml:space="preserve">    (b) caused to happen or occurred as a consequence</w:t>
      </w:r>
      <w:r>
        <w:br/>
      </w:r>
      <w:r>
        <w:t xml:space="preserve">    (c) calm someone who is angry; or establish peace</w:t>
      </w:r>
    </w:p>
    <w:p>
      <w:pPr>
        <w:pStyle w:val="Compact"/>
        <w:numPr>
          <w:ilvl w:val="0"/>
          <w:numId w:val="1001"/>
        </w:numPr>
      </w:pPr>
      <w:r>
        <w:rPr>
          <w:b/>
          <w:bCs/>
        </w:rPr>
        <w:t xml:space="preserve">This grew so public that the whole house talked of it, and his mother</w:t>
      </w:r>
      <w:r>
        <w:rPr>
          <w:b/>
          <w:bCs/>
        </w:rPr>
        <w:t xml:space="preserve"> </w:t>
      </w:r>
      <w:r>
        <w:rPr>
          <w:b/>
          <w:bCs/>
          <w:u w:val="single"/>
        </w:rPr>
        <w:t xml:space="preserve">reproved</w:t>
      </w:r>
      <w:r>
        <w:rPr>
          <w:b/>
          <w:bCs/>
        </w:rPr>
        <w:t xml:space="preserve"> </w:t>
      </w:r>
      <w:r>
        <w:rPr>
          <w:b/>
          <w:bCs/>
        </w:rPr>
        <w:t xml:space="preserve">him for it, and their carriage to me appeared quite altered.</w:t>
      </w:r>
      <w:r>
        <w:br/>
      </w:r>
      <w:r>
        <w:t xml:space="preserve">    (a) criticized</w:t>
      </w:r>
      <w:r>
        <w:br/>
      </w:r>
      <w:r>
        <w:t xml:space="preserve">    (b) subtracted</w:t>
      </w:r>
      <w:r>
        <w:br/>
      </w:r>
      <w:r>
        <w:t xml:space="preserve">    (c) translated</w:t>
      </w:r>
    </w:p>
    <w:p>
      <w:pPr>
        <w:pStyle w:val="Compact"/>
        <w:numPr>
          <w:ilvl w:val="0"/>
          <w:numId w:val="1001"/>
        </w:numPr>
      </w:pPr>
      <w:r>
        <w:rPr>
          <w:b/>
          <w:bCs/>
        </w:rPr>
        <w:t xml:space="preserve">said I, 'do not</w:t>
      </w:r>
      <w:r>
        <w:rPr>
          <w:b/>
          <w:bCs/>
        </w:rPr>
        <w:t xml:space="preserve"> </w:t>
      </w:r>
      <w:r>
        <w:rPr>
          <w:b/>
          <w:bCs/>
          <w:u w:val="single"/>
        </w:rPr>
        <w:t xml:space="preserve">hinder</w:t>
      </w:r>
      <w:r>
        <w:rPr>
          <w:b/>
          <w:bCs/>
        </w:rPr>
        <w:t xml:space="preserve"> </w:t>
      </w:r>
      <w:r>
        <w:rPr>
          <w:b/>
          <w:bCs/>
        </w:rPr>
        <w:t xml:space="preserve">it; I love the music of the flute very much.'</w:t>
      </w:r>
      <w:r>
        <w:br/>
      </w:r>
      <w:r>
        <w:t xml:space="preserve">    (a) to cause something to move forward</w:t>
      </w:r>
      <w:r>
        <w:br/>
      </w:r>
      <w:r>
        <w:t xml:space="preserve">    (b) make different; or show difference</w:t>
      </w:r>
      <w:r>
        <w:br/>
      </w:r>
      <w:r>
        <w:t xml:space="preserve">    (c) slowed down or caused problems for</w:t>
      </w:r>
    </w:p>
    <w:p>
      <w:pPr>
        <w:pStyle w:val="Compact"/>
        <w:numPr>
          <w:ilvl w:val="0"/>
          <w:numId w:val="1001"/>
        </w:numPr>
      </w:pPr>
      <w:r>
        <w:rPr>
          <w:b/>
          <w:bCs/>
        </w:rPr>
        <w:t xml:space="preserve">'I have attacked her in form five times since she was sick, and am beaten off; the jade is so stout she won't</w:t>
      </w:r>
      <w:r>
        <w:rPr>
          <w:b/>
          <w:bCs/>
        </w:rPr>
        <w:t xml:space="preserve"> </w:t>
      </w:r>
      <w:r>
        <w:rPr>
          <w:b/>
          <w:bCs/>
          <w:u w:val="single"/>
        </w:rPr>
        <w:t xml:space="preserve">capitulate</w:t>
      </w:r>
      <w:r>
        <w:rPr>
          <w:b/>
          <w:bCs/>
        </w:rPr>
        <w:t xml:space="preserve"> </w:t>
      </w:r>
      <w:r>
        <w:rPr>
          <w:b/>
          <w:bCs/>
        </w:rPr>
        <w:t xml:space="preserve">nor yield upon any terms, except such as I cannot effectually grant.'</w:t>
      </w:r>
      <w:r>
        <w:br/>
      </w:r>
      <w:r>
        <w:t xml:space="preserve">    (a) surrender</w:t>
      </w:r>
      <w:r>
        <w:br/>
      </w:r>
      <w:r>
        <w:t xml:space="preserve">    (b) collision</w:t>
      </w:r>
      <w:r>
        <w:br/>
      </w:r>
      <w:r>
        <w:t xml:space="preserve">    (c) translate</w:t>
      </w:r>
    </w:p>
    <w:p>
      <w:pPr>
        <w:pStyle w:val="Compact"/>
        <w:numPr>
          <w:ilvl w:val="0"/>
          <w:numId w:val="1001"/>
        </w:numPr>
      </w:pPr>
      <w:r>
        <w:rPr>
          <w:b/>
          <w:bCs/>
        </w:rPr>
        <w:t xml:space="preserve">In short, he must have a very</w:t>
      </w:r>
      <w:r>
        <w:rPr>
          <w:b/>
          <w:bCs/>
        </w:rPr>
        <w:t xml:space="preserve"> </w:t>
      </w:r>
      <w:r>
        <w:rPr>
          <w:b/>
          <w:bCs/>
          <w:u w:val="single"/>
        </w:rPr>
        <w:t xml:space="preserve">contemptible</w:t>
      </w:r>
      <w:r>
        <w:rPr>
          <w:b/>
          <w:bCs/>
        </w:rPr>
        <w:t xml:space="preserve"> </w:t>
      </w:r>
      <w:r>
        <w:rPr>
          <w:b/>
          <w:bCs/>
        </w:rPr>
        <w:t xml:space="preserve">opinion of her capacities, nay, every of her understanding, that, having but one case of her life, shall call that life away at once, and make matrimony, like death, be a leap in the dark.</w:t>
      </w:r>
      <w:r>
        <w:br/>
      </w:r>
      <w:r>
        <w:t xml:space="preserve">    (a) aka analytic -- relating to a theory of psychiatry</w:t>
      </w:r>
      <w:r>
        <w:br/>
      </w:r>
      <w:r>
        <w:t xml:space="preserve">    (b) deserving no respect (worthless or of bad quality)</w:t>
      </w:r>
      <w:r>
        <w:br/>
      </w:r>
      <w:r>
        <w:t xml:space="preserve">    (c) the quality or degree of not being straightforward</w:t>
      </w:r>
    </w:p>
    <w:p>
      <w:pPr>
        <w:pStyle w:val="Compact"/>
        <w:numPr>
          <w:ilvl w:val="0"/>
          <w:numId w:val="1001"/>
        </w:numPr>
      </w:pPr>
      <w:r>
        <w:rPr>
          <w:b/>
          <w:bCs/>
        </w:rPr>
        <w:t xml:space="preserve">It soon began to be found that the widow had no fortune, and to say this was to say all that was ill of me, for I began to be dropped in all the discourses of</w:t>
      </w:r>
      <w:r>
        <w:rPr>
          <w:b/>
          <w:bCs/>
        </w:rPr>
        <w:t xml:space="preserve"> </w:t>
      </w:r>
      <w:r>
        <w:rPr>
          <w:b/>
          <w:bCs/>
          <w:u w:val="single"/>
        </w:rPr>
        <w:t xml:space="preserve">matrimony</w:t>
      </w:r>
      <w:r>
        <w:rPr>
          <w:b/>
          <w:bCs/>
        </w:rPr>
        <w:t xml:space="preserve">.</w:t>
      </w:r>
      <w:r>
        <w:br/>
      </w:r>
      <w:r>
        <w:t xml:space="preserve">    (a) disorder</w:t>
      </w:r>
      <w:r>
        <w:br/>
      </w:r>
      <w:r>
        <w:t xml:space="preserve">    (b) reporter</w:t>
      </w:r>
      <w:r>
        <w:br/>
      </w:r>
      <w:r>
        <w:t xml:space="preserve">    (c) marriage</w:t>
      </w:r>
    </w:p>
    <w:p>
      <w:pPr>
        <w:pStyle w:val="Compact"/>
        <w:numPr>
          <w:ilvl w:val="0"/>
          <w:numId w:val="1001"/>
        </w:numPr>
      </w:pPr>
      <w:r>
        <w:rPr>
          <w:b/>
          <w:bCs/>
        </w:rPr>
        <w:t xml:space="preserve">I lived very well, but in a circumstance</w:t>
      </w:r>
      <w:r>
        <w:rPr>
          <w:b/>
          <w:bCs/>
        </w:rPr>
        <w:t xml:space="preserve"> </w:t>
      </w:r>
      <w:r>
        <w:rPr>
          <w:b/>
          <w:bCs/>
          <w:u w:val="single"/>
        </w:rPr>
        <w:t xml:space="preserve">insufferable</w:t>
      </w:r>
      <w:r>
        <w:rPr>
          <w:b/>
          <w:bCs/>
        </w:rPr>
        <w:t xml:space="preserve"> </w:t>
      </w:r>
      <w:r>
        <w:rPr>
          <w:b/>
          <w:bCs/>
        </w:rPr>
        <w:t xml:space="preserve">in itself.</w:t>
      </w:r>
      <w:r>
        <w:br/>
      </w:r>
      <w:r>
        <w:t xml:space="preserve">    (a) dies or is destroyed</w:t>
      </w:r>
      <w:r>
        <w:br/>
      </w:r>
      <w:r>
        <w:t xml:space="preserve">    (b) excessively enjoying</w:t>
      </w:r>
      <w:r>
        <w:br/>
      </w:r>
      <w:r>
        <w:t xml:space="preserve">    (c) extremely unpleasant</w:t>
      </w:r>
    </w:p>
    <w:p>
      <w:pPr>
        <w:pStyle w:val="Compact"/>
        <w:numPr>
          <w:ilvl w:val="0"/>
          <w:numId w:val="1001"/>
        </w:numPr>
      </w:pPr>
      <w:r>
        <w:rPr>
          <w:b/>
          <w:bCs/>
        </w:rPr>
        <w:t xml:space="preserve">She was struck dumb at this suggestion, and could not tell what to say or to think; but, laying aside the</w:t>
      </w:r>
      <w:r>
        <w:rPr>
          <w:b/>
          <w:bCs/>
        </w:rPr>
        <w:t xml:space="preserve"> </w:t>
      </w:r>
      <w:r>
        <w:rPr>
          <w:b/>
          <w:bCs/>
          <w:u w:val="single"/>
        </w:rPr>
        <w:t xml:space="preserve">supposition</w:t>
      </w:r>
      <w:r>
        <w:rPr>
          <w:b/>
          <w:bCs/>
        </w:rPr>
        <w:t xml:space="preserve"> </w:t>
      </w:r>
      <w:r>
        <w:rPr>
          <w:b/>
          <w:bCs/>
        </w:rPr>
        <w:t xml:space="preserve">as a policy of mine, continued her importunity on account of her son, and, if possible, to make up the breach between us two.</w:t>
      </w:r>
      <w:r>
        <w:br/>
      </w:r>
      <w:r>
        <w:t xml:space="preserve">    (a) a powerful stimulant drug that increases activity in the brain and nervous system -- often addictive</w:t>
      </w:r>
      <w:r>
        <w:br/>
      </w:r>
      <w:r>
        <w:t xml:space="preserve">    (b) nerve cells running from the base of the skull to the lower back and enclosed by vertebrae in adults</w:t>
      </w:r>
      <w:r>
        <w:br/>
      </w:r>
      <w:r>
        <w:t xml:space="preserve">    (c) something supposed (rather than something known to be so) -- such as a disputed belief or assumption</w:t>
      </w:r>
    </w:p>
    <w:p>
      <w:pPr>
        <w:pStyle w:val="Compact"/>
        <w:numPr>
          <w:ilvl w:val="0"/>
          <w:numId w:val="1001"/>
        </w:numPr>
      </w:pPr>
      <w:r>
        <w:rPr>
          <w:b/>
          <w:bCs/>
        </w:rPr>
        <w:t xml:space="preserve">To encourage me to this, she promised to make me easy in my circumstances, as far as she was able, and to leave me what she could at her death, secured for me separately from my husband; so that if it should come out afterwards, I should not be left</w:t>
      </w:r>
      <w:r>
        <w:rPr>
          <w:b/>
          <w:bCs/>
        </w:rPr>
        <w:t xml:space="preserve"> </w:t>
      </w:r>
      <w:r>
        <w:rPr>
          <w:b/>
          <w:bCs/>
          <w:u w:val="single"/>
        </w:rPr>
        <w:t xml:space="preserve">destitute</w:t>
      </w:r>
      <w:r>
        <w:rPr>
          <w:b/>
          <w:bCs/>
        </w:rPr>
        <w:t xml:space="preserve">, but be able to stand on my own feet and procure justice from him.</w:t>
      </w:r>
      <w:r>
        <w:br/>
      </w:r>
      <w:r>
        <w:t xml:space="preserve">    (a) working against the principles of democracy or representation of the people</w:t>
      </w:r>
      <w:r>
        <w:br/>
      </w:r>
      <w:r>
        <w:t xml:space="preserve">    (b) requiring great strength or effort (like that of the mythological Hercules)</w:t>
      </w:r>
      <w:r>
        <w:br/>
      </w:r>
      <w:r>
        <w:t xml:space="preserve">    (c) extremely poor; or lacking the necessities of life such as food and shelter</w:t>
      </w:r>
    </w:p>
    <w:p>
      <w:pPr>
        <w:pStyle w:val="Compact"/>
        <w:numPr>
          <w:ilvl w:val="0"/>
          <w:numId w:val="1001"/>
        </w:numPr>
      </w:pPr>
      <w:r>
        <w:rPr>
          <w:b/>
          <w:bCs/>
        </w:rPr>
        <w:t xml:space="preserve">He</w:t>
      </w:r>
      <w:r>
        <w:rPr>
          <w:b/>
          <w:bCs/>
        </w:rPr>
        <w:t xml:space="preserve"> </w:t>
      </w:r>
      <w:r>
        <w:rPr>
          <w:b/>
          <w:bCs/>
          <w:u w:val="single"/>
        </w:rPr>
        <w:t xml:space="preserve">importuned</w:t>
      </w:r>
      <w:r>
        <w:rPr>
          <w:b/>
          <w:bCs/>
        </w:rPr>
        <w:t xml:space="preserve"> </w:t>
      </w:r>
      <w:r>
        <w:rPr>
          <w:b/>
          <w:bCs/>
        </w:rPr>
        <w:t xml:space="preserve">me to tell him what it was.</w:t>
      </w:r>
      <w:r>
        <w:br/>
      </w:r>
      <w:r>
        <w:t xml:space="preserve">    (a) not good at concentrating on one thing</w:t>
      </w:r>
      <w:r>
        <w:br/>
      </w:r>
      <w:r>
        <w:t xml:space="preserve">    (b) begged insistently or urged repeatedly</w:t>
      </w:r>
      <w:r>
        <w:br/>
      </w:r>
      <w:r>
        <w:t xml:space="preserve">    (c) adjusted a lens to make an image clear</w:t>
      </w:r>
    </w:p>
    <w:p>
      <w:pPr>
        <w:pStyle w:val="Compact"/>
        <w:numPr>
          <w:ilvl w:val="0"/>
          <w:numId w:val="1001"/>
        </w:numPr>
      </w:pPr>
      <w:r>
        <w:rPr>
          <w:b/>
          <w:bCs/>
        </w:rPr>
        <w:t xml:space="preserve">We were also entertained at a merchant's house in Liverpool three or four days very handsomely; I</w:t>
      </w:r>
      <w:r>
        <w:rPr>
          <w:b/>
          <w:bCs/>
        </w:rPr>
        <w:t xml:space="preserve"> </w:t>
      </w:r>
      <w:r>
        <w:rPr>
          <w:b/>
          <w:bCs/>
          <w:u w:val="single"/>
        </w:rPr>
        <w:t xml:space="preserve">forbear</w:t>
      </w:r>
      <w:r>
        <w:rPr>
          <w:b/>
          <w:bCs/>
        </w:rPr>
        <w:t xml:space="preserve"> </w:t>
      </w:r>
      <w:r>
        <w:rPr>
          <w:b/>
          <w:bCs/>
        </w:rPr>
        <w:t xml:space="preserve">to tell his name, because of what followed.</w:t>
      </w:r>
      <w:r>
        <w:br/>
      </w:r>
      <w:r>
        <w:t xml:space="preserve">    (a) the ability to take on or adopt</w:t>
      </w:r>
      <w:r>
        <w:br/>
      </w:r>
      <w:r>
        <w:t xml:space="preserve">    (b) where attention is concentrated</w:t>
      </w:r>
      <w:r>
        <w:br/>
      </w:r>
      <w:r>
        <w:t xml:space="preserve">    (c) refrain (hold back) from acting</w:t>
      </w:r>
    </w:p>
    <w:p>
      <w:pPr>
        <w:pStyle w:val="Compact"/>
        <w:numPr>
          <w:ilvl w:val="0"/>
          <w:numId w:val="1001"/>
        </w:numPr>
      </w:pPr>
      <w:r>
        <w:rPr>
          <w:b/>
          <w:bCs/>
          <w:u w:val="single"/>
        </w:rPr>
        <w:t xml:space="preserve">Adieu</w:t>
      </w:r>
      <w:r>
        <w:rPr>
          <w:b/>
          <w:bCs/>
        </w:rPr>
        <w:t xml:space="preserve">, my dear, for ever!</w:t>
      </w:r>
      <w:r>
        <w:br/>
      </w:r>
      <w:r>
        <w:t xml:space="preserve">    (a) hello</w:t>
      </w:r>
      <w:r>
        <w:br/>
      </w:r>
      <w:r>
        <w:t xml:space="preserve">    (b) goodbye</w:t>
      </w:r>
      <w:r>
        <w:br/>
      </w:r>
      <w:r>
        <w:t xml:space="preserve">    (c) greetings</w:t>
      </w:r>
    </w:p>
    <w:p>
      <w:pPr>
        <w:pStyle w:val="Compact"/>
        <w:numPr>
          <w:ilvl w:val="0"/>
          <w:numId w:val="1001"/>
        </w:numPr>
      </w:pPr>
      <w:r>
        <w:rPr>
          <w:b/>
          <w:bCs/>
        </w:rPr>
        <w:t xml:space="preserve">I knew there was no marrying without entirely concealing that I had had a child, for he would soon have discovered by the age of it that it was born, nay, and gotten too, since my</w:t>
      </w:r>
      <w:r>
        <w:rPr>
          <w:b/>
          <w:bCs/>
        </w:rPr>
        <w:t xml:space="preserve"> </w:t>
      </w:r>
      <w:r>
        <w:rPr>
          <w:b/>
          <w:bCs/>
          <w:u w:val="single"/>
        </w:rPr>
        <w:t xml:space="preserve">parley</w:t>
      </w:r>
      <w:r>
        <w:rPr>
          <w:b/>
          <w:bCs/>
        </w:rPr>
        <w:t xml:space="preserve"> </w:t>
      </w:r>
      <w:r>
        <w:rPr>
          <w:b/>
          <w:bCs/>
        </w:rPr>
        <w:t xml:space="preserve">with him, and that would have destroyed all the affair.</w:t>
      </w:r>
      <w:r>
        <w:br/>
      </w:r>
      <w:r>
        <w:t xml:space="preserve">    (a) a negotiation or discussion -- especially between enemies</w:t>
      </w:r>
      <w:r>
        <w:br/>
      </w:r>
      <w:r>
        <w:t xml:space="preserve">    (b) to promise, guarantee, or indicate certainty of something</w:t>
      </w:r>
      <w:r>
        <w:br/>
      </w:r>
      <w:r>
        <w:t xml:space="preserve">    (c) think carefully and make a judgment about something again</w:t>
      </w:r>
    </w:p>
    <w:p>
      <w:pPr>
        <w:pStyle w:val="Compact"/>
        <w:numPr>
          <w:ilvl w:val="0"/>
          <w:numId w:val="1001"/>
        </w:numPr>
      </w:pPr>
      <w:r>
        <w:rPr>
          <w:b/>
          <w:bCs/>
        </w:rPr>
        <w:t xml:space="preserve">The parson said that Mr. —— had said something to him of it; that he hoped it was no</w:t>
      </w:r>
      <w:r>
        <w:rPr>
          <w:b/>
          <w:bCs/>
        </w:rPr>
        <w:t xml:space="preserve"> </w:t>
      </w:r>
      <w:r>
        <w:rPr>
          <w:b/>
          <w:bCs/>
          <w:u w:val="single"/>
        </w:rPr>
        <w:t xml:space="preserve">clandestine</w:t>
      </w:r>
      <w:r>
        <w:rPr>
          <w:b/>
          <w:bCs/>
        </w:rPr>
        <w:t xml:space="preserve"> </w:t>
      </w:r>
      <w:r>
        <w:rPr>
          <w:b/>
          <w:bCs/>
        </w:rPr>
        <w:t xml:space="preserve">business; that he seemed to be a grave gentleman, and he supposed madam was not a girl, so that the consent of friends should be wanted.</w:t>
      </w:r>
      <w:r>
        <w:br/>
      </w:r>
      <w:r>
        <w:t xml:space="preserve">    (a) able to be found</w:t>
      </w:r>
      <w:r>
        <w:br/>
      </w:r>
      <w:r>
        <w:t xml:space="preserve">    (b) secret or hidden</w:t>
      </w:r>
      <w:r>
        <w:br/>
      </w:r>
      <w:r>
        <w:t xml:space="preserve">    (c) unpleasing sound</w:t>
      </w:r>
    </w:p>
    <w:p>
      <w:pPr>
        <w:pStyle w:val="Compact"/>
        <w:numPr>
          <w:ilvl w:val="0"/>
          <w:numId w:val="1001"/>
        </w:numPr>
      </w:pPr>
      <w:r>
        <w:rPr>
          <w:b/>
          <w:bCs/>
        </w:rPr>
        <w:t xml:space="preserve">But there are temptations which it is not in the power of human nature to resist, and few know what would be their case if driven to the same</w:t>
      </w:r>
      <w:r>
        <w:rPr>
          <w:b/>
          <w:bCs/>
        </w:rPr>
        <w:t xml:space="preserve"> </w:t>
      </w:r>
      <w:r>
        <w:rPr>
          <w:b/>
          <w:bCs/>
          <w:u w:val="single"/>
        </w:rPr>
        <w:t xml:space="preserve">exigencies</w:t>
      </w:r>
      <w:r>
        <w:rPr>
          <w:b/>
          <w:bCs/>
        </w:rPr>
        <w:t xml:space="preserve">.</w:t>
      </w:r>
      <w:r>
        <w:br/>
      </w:r>
      <w:r>
        <w:t xml:space="preserve">    (a) things that are pressing or urgent</w:t>
      </w:r>
      <w:r>
        <w:br/>
      </w:r>
      <w:r>
        <w:t xml:space="preserve">    (b) acts of stopping a battle or fight</w:t>
      </w:r>
      <w:r>
        <w:br/>
      </w:r>
      <w:r>
        <w:t xml:space="preserve">    (c) a bottom-up study of the economics</w:t>
      </w:r>
    </w:p>
    <w:p>
      <w:pPr>
        <w:pStyle w:val="Compact"/>
        <w:numPr>
          <w:ilvl w:val="0"/>
          <w:numId w:val="1001"/>
        </w:numPr>
      </w:pPr>
      <w:r>
        <w:rPr>
          <w:b/>
          <w:bCs/>
        </w:rPr>
        <w:t xml:space="preserve">But my fate was otherwise determined; the busy devil that so industriously drew me in had too fast hold of me to let me go back; but as poverty brought me into the mire, so</w:t>
      </w:r>
      <w:r>
        <w:rPr>
          <w:b/>
          <w:bCs/>
        </w:rPr>
        <w:t xml:space="preserve"> </w:t>
      </w:r>
      <w:r>
        <w:rPr>
          <w:b/>
          <w:bCs/>
          <w:u w:val="single"/>
        </w:rPr>
        <w:t xml:space="preserve">avarice</w:t>
      </w:r>
      <w:r>
        <w:rPr>
          <w:b/>
          <w:bCs/>
        </w:rPr>
        <w:t xml:space="preserve"> </w:t>
      </w:r>
      <w:r>
        <w:rPr>
          <w:b/>
          <w:bCs/>
        </w:rPr>
        <w:t xml:space="preserve">kept me in, till there was no going back.</w:t>
      </w:r>
      <w:r>
        <w:br/>
      </w:r>
      <w:r>
        <w:t xml:space="preserve">    (a) excessive desire for wealth</w:t>
      </w:r>
      <w:r>
        <w:br/>
      </w:r>
      <w:r>
        <w:t xml:space="preserve">    (b) pessimism or unpleasantness</w:t>
      </w:r>
      <w:r>
        <w:br/>
      </w:r>
      <w:r>
        <w:t xml:space="preserve">    (c) arousing or inspiring again</w:t>
      </w:r>
    </w:p>
    <w:p>
      <w:pPr>
        <w:pStyle w:val="Compact"/>
        <w:numPr>
          <w:ilvl w:val="0"/>
          <w:numId w:val="1001"/>
        </w:numPr>
      </w:pPr>
      <w:r>
        <w:rPr>
          <w:b/>
          <w:bCs/>
        </w:rPr>
        <w:t xml:space="preserve">I had another adventure, which puts this matter out of doubt, and which may be an instruction for</w:t>
      </w:r>
      <w:r>
        <w:rPr>
          <w:b/>
          <w:bCs/>
        </w:rPr>
        <w:t xml:space="preserve"> </w:t>
      </w:r>
      <w:r>
        <w:rPr>
          <w:b/>
          <w:bCs/>
          <w:u w:val="single"/>
        </w:rPr>
        <w:t xml:space="preserve">posterity</w:t>
      </w:r>
      <w:r>
        <w:rPr>
          <w:b/>
          <w:bCs/>
        </w:rPr>
        <w:t xml:space="preserve"> </w:t>
      </w:r>
      <w:r>
        <w:rPr>
          <w:b/>
          <w:bCs/>
        </w:rPr>
        <w:t xml:space="preserve">in the case of a pickpocket.</w:t>
      </w:r>
      <w:r>
        <w:br/>
      </w:r>
      <w:r>
        <w:t xml:space="preserve">    (a) all future generations</w:t>
      </w:r>
      <w:r>
        <w:br/>
      </w:r>
      <w:r>
        <w:t xml:space="preserve">    (b) lacks adequate funding</w:t>
      </w:r>
      <w:r>
        <w:br/>
      </w:r>
      <w:r>
        <w:t xml:space="preserve">    (c) not thinking carefully</w:t>
      </w:r>
    </w:p>
    <w:p>
      <w:pPr>
        <w:pStyle w:val="Compact"/>
        <w:numPr>
          <w:ilvl w:val="0"/>
          <w:numId w:val="1001"/>
        </w:numPr>
      </w:pPr>
      <w:r>
        <w:rPr>
          <w:b/>
          <w:bCs/>
        </w:rPr>
        <w:t xml:space="preserve">Would such gentlemen but consider the contemptible thoughts which the very women they are concerned with, in such cases as these, have of them, it would be a</w:t>
      </w:r>
      <w:r>
        <w:rPr>
          <w:b/>
          <w:bCs/>
        </w:rPr>
        <w:t xml:space="preserve"> </w:t>
      </w:r>
      <w:r>
        <w:rPr>
          <w:b/>
          <w:bCs/>
          <w:u w:val="single"/>
        </w:rPr>
        <w:t xml:space="preserve">surfeit</w:t>
      </w:r>
      <w:r>
        <w:rPr>
          <w:b/>
          <w:bCs/>
        </w:rPr>
        <w:t xml:space="preserve"> </w:t>
      </w:r>
      <w:r>
        <w:rPr>
          <w:b/>
          <w:bCs/>
        </w:rPr>
        <w:t xml:space="preserve">to them.</w:t>
      </w:r>
      <w:r>
        <w:br/>
      </w:r>
      <w:r>
        <w:t xml:space="preserve">    (a) appropriate in size, amount, or degree</w:t>
      </w:r>
      <w:r>
        <w:br/>
      </w:r>
      <w:r>
        <w:t xml:space="preserve">    (b) an excessive amount; or to overindulge</w:t>
      </w:r>
      <w:r>
        <w:br/>
      </w:r>
      <w:r>
        <w:t xml:space="preserve">    (c) examine in detail to better understand</w:t>
      </w:r>
    </w:p>
    <w:p>
      <w:pPr>
        <w:pStyle w:val="Compact"/>
        <w:numPr>
          <w:ilvl w:val="0"/>
          <w:numId w:val="1001"/>
        </w:numPr>
      </w:pPr>
      <w:r>
        <w:rPr>
          <w:b/>
          <w:bCs/>
        </w:rPr>
        <w:t xml:space="preserve">I pressed him to go before a magistrate with me, and if anything could be proved on me that was like a design of robbery, I should willingly submit, but if not, I expected</w:t>
      </w:r>
      <w:r>
        <w:rPr>
          <w:b/>
          <w:bCs/>
        </w:rPr>
        <w:t xml:space="preserve"> </w:t>
      </w:r>
      <w:r>
        <w:rPr>
          <w:b/>
          <w:bCs/>
          <w:u w:val="single"/>
        </w:rPr>
        <w:t xml:space="preserve">reparation</w:t>
      </w:r>
      <w:r>
        <w:rPr>
          <w:b/>
          <w:bCs/>
        </w:rPr>
        <w:t xml:space="preserve">.</w:t>
      </w:r>
      <w:r>
        <w:br/>
      </w:r>
      <w:r>
        <w:t xml:space="preserve">    (a) compensation for a wrong -- usually an amount of money -- often payment required from the losing country in a war</w:t>
      </w:r>
      <w:r>
        <w:br/>
      </w:r>
      <w:r>
        <w:t xml:space="preserve">    (b) related to a theory that views history as class struggle and argues that capitalism will be replaced by communism</w:t>
      </w:r>
      <w:r>
        <w:br/>
      </w:r>
      <w:r>
        <w:t xml:space="preserve">    (c) something that is different than others of its type (synonyms could include: adaptation, version, alternate form)</w:t>
      </w:r>
    </w:p>
    <w:p>
      <w:pPr>
        <w:pStyle w:val="Compact"/>
        <w:numPr>
          <w:ilvl w:val="0"/>
          <w:numId w:val="1001"/>
        </w:numPr>
      </w:pPr>
      <w:r>
        <w:rPr>
          <w:b/>
          <w:bCs/>
        </w:rPr>
        <w:t xml:space="preserve">She left no stone unturned to prevent the</w:t>
      </w:r>
      <w:r>
        <w:rPr>
          <w:b/>
          <w:bCs/>
        </w:rPr>
        <w:t xml:space="preserve"> </w:t>
      </w:r>
      <w:r>
        <w:rPr>
          <w:b/>
          <w:bCs/>
          <w:u w:val="single"/>
        </w:rPr>
        <w:t xml:space="preserve">grand jury</w:t>
      </w:r>
      <w:r>
        <w:rPr>
          <w:b/>
          <w:bCs/>
        </w:rPr>
        <w:t xml:space="preserve"> </w:t>
      </w:r>
      <w:r>
        <w:rPr>
          <w:b/>
          <w:bCs/>
        </w:rPr>
        <w:t xml:space="preserve">finding the bill.</w:t>
      </w:r>
      <w:r>
        <w:br/>
      </w:r>
      <w:r>
        <w:t xml:space="preserve">    (a) people who deny equal rights to others or make them suffer  OR  people who dominate others harshly and unfairly</w:t>
      </w:r>
      <w:r>
        <w:br/>
      </w:r>
      <w:r>
        <w:t xml:space="preserve">    (b) a group of citizens who decide whether there is enough evidence to formally accuse someone of a crime</w:t>
      </w:r>
      <w:r>
        <w:br/>
      </w:r>
      <w:r>
        <w:t xml:space="preserve">    (c) members of a board that oversee the affairs of a corporation or other institution; or supervisors (people in charge)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2026-07-31T17:26:50Z</dcterms:created>
  <dcterms:modified xsi:type="dcterms:W3CDTF">2026-07-31T17:26:50Z</dcterms:modified>
</cp:coreProperties>
</file>

<file path=docProps/custom.xml><?xml version="1.0" encoding="utf-8"?>
<Properties xmlns="http://schemas.openxmlformats.org/officeDocument/2006/custom-properties" xmlns:vt="http://schemas.openxmlformats.org/officeDocument/2006/docPropsVTypes"/>
</file>