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ee354904f584d12b58d67f4b765af04fc345efe"/>
    <w:p>
      <w:pPr>
        <w:pStyle w:val="Heading1"/>
      </w:pPr>
      <w:r>
        <w:rPr>
          <w:b/>
          <w:bCs/>
        </w:rPr>
        <w:t xml:space="preserve">Moby Dick</w:t>
      </w:r>
      <w:r>
        <w:br/>
      </w:r>
      <w:r>
        <w:rPr>
          <w:i/>
          <w:iCs/>
        </w:rPr>
        <w:t xml:space="preserve">Herman Melville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team's victory depended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aggregate</w:t>
      </w:r>
      <w:r>
        <w:rPr>
          <w:b/>
          <w:bCs/>
        </w:rPr>
        <w:t xml:space="preserve"> </w:t>
      </w:r>
      <w:r>
        <w:rPr>
          <w:b/>
          <w:bCs/>
        </w:rPr>
        <w:t xml:space="preserve">of every player's contributions.</w:t>
      </w:r>
      <w:r>
        <w:br/>
      </w:r>
      <w:r>
        <w:t xml:space="preserve">    (a) total combined sum</w:t>
      </w:r>
      <w:r>
        <w:br/>
      </w:r>
      <w:r>
        <w:t xml:space="preserve">    (b) final desperate push</w:t>
      </w:r>
      <w:r>
        <w:br/>
      </w:r>
      <w:r>
        <w:t xml:space="preserve">    (c) single key effort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didn't mention any names, but everyone knew 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alluding</w:t>
      </w:r>
      <w:r>
        <w:rPr>
          <w:b/>
          <w:bCs/>
        </w:rPr>
        <w:t xml:space="preserve"> </w:t>
      </w:r>
      <w:r>
        <w:rPr>
          <w:b/>
          <w:bCs/>
        </w:rPr>
        <w:t xml:space="preserve">to the President.</w:t>
      </w:r>
      <w:r>
        <w:br/>
      </w:r>
      <w:r>
        <w:t xml:space="preserve">    (a) not talking</w:t>
      </w:r>
      <w:r>
        <w:br/>
      </w:r>
      <w:r>
        <w:t xml:space="preserve">    (b) indirectly referring</w:t>
      </w:r>
      <w:r>
        <w:br/>
      </w:r>
      <w:r>
        <w:t xml:space="preserve">    (c) being discouraging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story describes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archangel</w:t>
      </w:r>
      <w:r>
        <w:rPr>
          <w:b/>
          <w:bCs/>
        </w:rPr>
        <w:t xml:space="preserve"> </w:t>
      </w:r>
      <w:r>
        <w:rPr>
          <w:b/>
          <w:bCs/>
        </w:rPr>
        <w:t xml:space="preserve">descending from the heavens.</w:t>
      </w:r>
      <w:r>
        <w:br/>
      </w:r>
      <w:r>
        <w:t xml:space="preserve">    (a) a lost spirit</w:t>
      </w:r>
      <w:r>
        <w:br/>
      </w:r>
      <w:r>
        <w:t xml:space="preserve">    (b) a small demon</w:t>
      </w:r>
      <w:r>
        <w:br/>
      </w:r>
      <w:r>
        <w:t xml:space="preserve">    (c) a chief angel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typical underlying beliefs of pro-life and pro-choice supporters.</w:t>
      </w:r>
      <w:r>
        <w:br/>
      </w:r>
      <w:r>
        <w:t xml:space="preserve">    (a) compare</w:t>
      </w:r>
      <w:r>
        <w:br/>
      </w:r>
      <w:r>
        <w:t xml:space="preserve">    (b) study</w:t>
      </w:r>
      <w:r>
        <w:br/>
      </w:r>
      <w:r>
        <w:t xml:space="preserve">    (c) describe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quite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 styles of the two teachers.</w:t>
      </w:r>
      <w:r>
        <w:br/>
      </w:r>
      <w:r>
        <w:t xml:space="preserve">    (a) covering of all styles</w:t>
      </w:r>
      <w:r>
        <w:br/>
      </w:r>
      <w:r>
        <w:t xml:space="preserve">    (b) notable difference</w:t>
      </w:r>
      <w:r>
        <w:br/>
      </w:r>
      <w:r>
        <w:t xml:space="preserve">    (c) notable similarity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Please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my gratitude for her hospitality.</w:t>
      </w:r>
      <w:r>
        <w:br/>
      </w:r>
      <w:r>
        <w:t xml:space="preserve">    (a) understand</w:t>
      </w:r>
      <w:r>
        <w:br/>
      </w:r>
      <w:r>
        <w:t xml:space="preserve">    (b) express</w:t>
      </w:r>
      <w:r>
        <w:br/>
      </w:r>
      <w:r>
        <w:t xml:space="preserve">    (c) accept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hired a carriage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us to the city.</w:t>
      </w:r>
      <w:r>
        <w:br/>
      </w:r>
      <w:r>
        <w:t xml:space="preserve">    (a) explain</w:t>
      </w:r>
      <w:r>
        <w:br/>
      </w:r>
      <w:r>
        <w:t xml:space="preserve">    (b) give service of</w:t>
      </w:r>
      <w:r>
        <w:br/>
      </w:r>
      <w:r>
        <w:t xml:space="preserve">    (c) transport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a soldier, she was prepared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endure</w:t>
      </w:r>
      <w:r>
        <w:rPr>
          <w:b/>
          <w:bCs/>
        </w:rPr>
        <w:t xml:space="preserve"> </w:t>
      </w:r>
      <w:r>
        <w:rPr>
          <w:b/>
          <w:bCs/>
        </w:rPr>
        <w:t xml:space="preserve">hardship and even to sacrifice her life for others.</w:t>
      </w:r>
      <w:r>
        <w:br/>
      </w:r>
      <w:r>
        <w:t xml:space="preserve">    (a) cause</w:t>
      </w:r>
      <w:r>
        <w:br/>
      </w:r>
      <w:r>
        <w:t xml:space="preserve">    (b) risk</w:t>
      </w:r>
      <w:r>
        <w:br/>
      </w:r>
      <w:r>
        <w:t xml:space="preserve">    (c) suffer through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Over the years, the stories my grandmother told me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endured</w:t>
      </w:r>
      <w:r>
        <w:rPr>
          <w:b/>
          <w:bCs/>
        </w:rPr>
        <w:t xml:space="preserve"> </w:t>
      </w:r>
      <w:r>
        <w:rPr>
          <w:b/>
          <w:bCs/>
        </w:rPr>
        <w:t xml:space="preserve">as a source of wisdom in my life.</w:t>
      </w:r>
      <w:r>
        <w:br/>
      </w:r>
      <w:r>
        <w:t xml:space="preserve">    (a) continued to exist</w:t>
      </w:r>
      <w:r>
        <w:br/>
      </w:r>
      <w:r>
        <w:t xml:space="preserve">    (b) brought suffering</w:t>
      </w:r>
      <w:r>
        <w:br/>
      </w:r>
      <w:r>
        <w:t xml:space="preserve">    (c) stopped acting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loves singing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evinces</w:t>
      </w:r>
      <w:r>
        <w:rPr>
          <w:b/>
          <w:bCs/>
        </w:rPr>
        <w:t xml:space="preserve"> </w:t>
      </w:r>
      <w:r>
        <w:rPr>
          <w:b/>
          <w:bCs/>
        </w:rPr>
        <w:t xml:space="preserve">a natural gift.</w:t>
      </w:r>
      <w:r>
        <w:br/>
      </w:r>
      <w:r>
        <w:t xml:space="preserve">    (a) craves</w:t>
      </w:r>
      <w:r>
        <w:br/>
      </w:r>
      <w:r>
        <w:t xml:space="preserve">    (b) lacks</w:t>
      </w:r>
      <w:r>
        <w:br/>
      </w:r>
      <w:r>
        <w:t xml:space="preserve">    (c) shows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a long time, sailors could not accurately determine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longitude</w:t>
      </w:r>
      <w:r>
        <w:rPr>
          <w:b/>
          <w:bCs/>
        </w:rPr>
        <w:t xml:space="preserve"> </w:t>
      </w:r>
      <w:r>
        <w:rPr>
          <w:b/>
          <w:bCs/>
        </w:rPr>
        <w:t xml:space="preserve">at sea.</w:t>
      </w:r>
      <w:r>
        <w:br/>
      </w:r>
      <w:r>
        <w:t xml:space="preserve">    (a) east-west position</w:t>
      </w:r>
      <w:r>
        <w:br/>
      </w:r>
      <w:r>
        <w:t xml:space="preserve">    (b) depth of water</w:t>
      </w:r>
      <w:r>
        <w:br/>
      </w:r>
      <w:r>
        <w:t xml:space="preserve">    (c) distance to shore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Words can be like baseball bats when used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maliciously</w:t>
      </w:r>
      <w:r>
        <w:rPr>
          <w:b/>
          <w:bCs/>
        </w:rPr>
        <w:t xml:space="preserve"> </w:t>
      </w:r>
      <w:r>
        <w:rPr>
          <w:b/>
          <w:bCs/>
        </w:rPr>
        <w:t xml:space="preserve">against someone who is sensitive.</w:t>
      </w:r>
      <w:r>
        <w:br/>
      </w:r>
      <w:r>
        <w:t xml:space="preserve">    (a) carelessly</w:t>
      </w:r>
      <w:r>
        <w:br/>
      </w:r>
      <w:r>
        <w:t xml:space="preserve">    (b) mockingly</w:t>
      </w:r>
      <w:r>
        <w:br/>
      </w:r>
      <w:r>
        <w:t xml:space="preserve">    (c) evilly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</w:t>
      </w:r>
      <w:r>
        <w:rPr>
          <w:b/>
          <w:bCs/>
        </w:rPr>
        <w:t xml:space="preserve"> </w:t>
      </w:r>
      <w:r>
        <w:rPr>
          <w:b/>
          <w:bCs/>
        </w:rPr>
        <w:t xml:space="preserve">thinker.</w:t>
      </w:r>
      <w:r>
        <w:br/>
      </w:r>
      <w:r>
        <w:t xml:space="preserve">    (a) deep</w:t>
      </w:r>
      <w:r>
        <w:br/>
      </w:r>
      <w:r>
        <w:t xml:space="preserve">    (b) quick</w:t>
      </w:r>
      <w:r>
        <w:br/>
      </w:r>
      <w:r>
        <w:t xml:space="preserve">    (c) shallow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</w:t>
      </w:r>
      <w:r>
        <w:rPr>
          <w:b/>
          <w:bCs/>
        </w:rPr>
        <w:t xml:space="preserve"> </w:t>
      </w:r>
      <w:r>
        <w:rPr>
          <w:b/>
          <w:bCs/>
        </w:rPr>
        <w:t xml:space="preserve">spiritual experience that changed her life.</w:t>
      </w:r>
      <w:r>
        <w:br/>
      </w:r>
      <w:r>
        <w:t xml:space="preserve">    (a) traditional</w:t>
      </w:r>
      <w:r>
        <w:br/>
      </w:r>
      <w:r>
        <w:t xml:space="preserve">    (b) common</w:t>
      </w:r>
      <w:r>
        <w:br/>
      </w:r>
      <w:r>
        <w:t xml:space="preserve">    (c) intense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been making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sagacious</w:t>
      </w:r>
      <w:r>
        <w:rPr>
          <w:b/>
          <w:bCs/>
        </w:rPr>
        <w:t xml:space="preserve"> </w:t>
      </w:r>
      <w:r>
        <w:rPr>
          <w:b/>
          <w:bCs/>
        </w:rPr>
        <w:t xml:space="preserve">business decisions for more than 30 years.</w:t>
      </w:r>
      <w:r>
        <w:br/>
      </w:r>
      <w:r>
        <w:t xml:space="preserve">    (a) impatient</w:t>
      </w:r>
      <w:r>
        <w:br/>
      </w:r>
      <w:r>
        <w:t xml:space="preserve">    (b) careless</w:t>
      </w:r>
      <w:r>
        <w:br/>
      </w:r>
      <w:r>
        <w:t xml:space="preserve">    (c) wise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Chile's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Strait</w:t>
      </w:r>
      <w:r>
        <w:rPr>
          <w:b/>
          <w:bCs/>
        </w:rPr>
        <w:t xml:space="preserve"> </w:t>
      </w:r>
      <w:r>
        <w:rPr>
          <w:b/>
          <w:bCs/>
        </w:rPr>
        <w:t xml:space="preserve">of Magellan is the most important natural passage between the Atlantic and Pacific oceans.</w:t>
      </w:r>
      <w:r>
        <w:br/>
      </w:r>
      <w:r>
        <w:t xml:space="preserve">    (a) a deep, narrow and long sea or lake with steep land on three sides</w:t>
      </w:r>
      <w:r>
        <w:br/>
      </w:r>
      <w:r>
        <w:t xml:space="preserve">    (b) a land bridge that reaches across a larger body of water</w:t>
      </w:r>
      <w:r>
        <w:br/>
      </w:r>
      <w:r>
        <w:t xml:space="preserve">    (c) a narrow water way that joins two larger bodies of water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experiment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data that raised a new set of questions.</w:t>
      </w:r>
      <w:r>
        <w:br/>
      </w:r>
      <w:r>
        <w:t xml:space="preserve">    (a) produced</w:t>
      </w:r>
      <w:r>
        <w:br/>
      </w:r>
      <w:r>
        <w:t xml:space="preserve">    (b) destroyed</w:t>
      </w:r>
      <w:r>
        <w:br/>
      </w:r>
      <w:r>
        <w:t xml:space="preserve">    (c) slowed down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scandal,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to public pressure and resigned her position.</w:t>
      </w:r>
      <w:r>
        <w:br/>
      </w:r>
      <w:r>
        <w:t xml:space="preserve">    (a) gave in</w:t>
      </w:r>
      <w:r>
        <w:br/>
      </w:r>
      <w:r>
        <w:t xml:space="preserve">    (b) added</w:t>
      </w:r>
      <w:r>
        <w:br/>
      </w:r>
      <w:r>
        <w:t xml:space="preserve">    (c) produced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yoke</w:t>
      </w:r>
      <w:r>
        <w:rPr>
          <w:b/>
          <w:bCs/>
        </w:rPr>
        <w:t xml:space="preserve"> </w:t>
      </w:r>
      <w:r>
        <w:rPr>
          <w:b/>
          <w:bCs/>
        </w:rPr>
        <w:t xml:space="preserve">of oppression weighed heavily on the people, causing them to rise up in rebellion.</w:t>
      </w:r>
      <w:r>
        <w:br/>
      </w:r>
      <w:r>
        <w:t xml:space="preserve">    (a) poor diet</w:t>
      </w:r>
      <w:r>
        <w:br/>
      </w:r>
      <w:r>
        <w:t xml:space="preserve">    (b) oppressive burden</w:t>
      </w:r>
      <w:r>
        <w:br/>
      </w:r>
      <w:r>
        <w:t xml:space="preserve">    (c) framing tool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yoke</w:t>
      </w:r>
      <w:r>
        <w:rPr>
          <w:b/>
          <w:bCs/>
        </w:rPr>
        <w:t xml:space="preserve"> </w:t>
      </w:r>
      <w:r>
        <w:rPr>
          <w:b/>
          <w:bCs/>
        </w:rPr>
        <w:t xml:space="preserve">was used to connect the horses, so they could pull the carriage together.</w:t>
      </w:r>
      <w:r>
        <w:br/>
      </w:r>
      <w:r>
        <w:t xml:space="preserve">    (a) tied rope</w:t>
      </w:r>
      <w:r>
        <w:br/>
      </w:r>
      <w:r>
        <w:t xml:space="preserve">    (b) connecting chain</w:t>
      </w:r>
      <w:r>
        <w:br/>
      </w:r>
      <w:r>
        <w:t xml:space="preserve">    (c) wood framework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2026-07-31T14:25:12Z</dcterms:created>
  <dcterms:modified xsi:type="dcterms:W3CDTF">2026-07-31T14:25:12Z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