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26776eddff6c2a57d2f6cfda6906d4ba7669f0"/>
    <w:p>
      <w:pPr>
        <w:pStyle w:val="Heading1"/>
      </w:pPr>
      <w:r>
        <w:rPr>
          <w:b/>
          <w:bCs/>
        </w:rPr>
        <w:t xml:space="preserve">Moby Dick</w:t>
      </w:r>
      <w:r>
        <w:br/>
      </w:r>
      <w:r>
        <w:rPr>
          <w:i/>
          <w:iCs/>
        </w:rPr>
        <w:t xml:space="preserve">Herman Melville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Leviathan maketh a path to shine after him; One would think the deep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hoary</w:t>
      </w:r>
      <w:r>
        <w:rPr>
          <w:b/>
          <w:bCs/>
        </w:rPr>
        <w:t xml:space="preserve">.</w:t>
      </w:r>
      <w:r>
        <w:br/>
      </w:r>
      <w:r>
        <w:t xml:space="preserve">    (a) ancient</w:t>
      </w:r>
      <w:r>
        <w:br/>
      </w:r>
      <w:r>
        <w:t xml:space="preserve">    (b) the characteristic of being excessively unhappy and unsociable</w:t>
      </w:r>
      <w:r>
        <w:br/>
      </w:r>
      <w:r>
        <w:t xml:space="preserve">    (c) the condition of continuing or seeming to continue without end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Such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portentous</w:t>
      </w:r>
      <w:r>
        <w:rPr>
          <w:b/>
          <w:bCs/>
        </w:rPr>
        <w:t xml:space="preserve"> </w:t>
      </w:r>
      <w:r>
        <w:rPr>
          <w:b/>
          <w:bCs/>
        </w:rPr>
        <w:t xml:space="preserve">and mysterious monster roused all my curiosity.</w:t>
      </w:r>
      <w:r>
        <w:br/>
      </w:r>
      <w:r>
        <w:t xml:space="preserve">    (a) relating to practice or belief that is long-established or was previously long-established  OR  relating to stories passed down through generations</w:t>
      </w:r>
      <w:r>
        <w:br/>
      </w:r>
      <w:r>
        <w:t xml:space="preserve">    (b) very important; or indicating something important in the future -- often something that is threatening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acting overly important or serious</w:t>
      </w:r>
      <w:r>
        <w:br/>
      </w:r>
      <w:r>
        <w:t xml:space="preserve">    (c) relating to a Christian ceremony signifying spiritual cleansing and rebirth  OR  relating to a challenging experience that initiates or purifies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omnipotent</w:t>
      </w:r>
      <w:r>
        <w:rPr>
          <w:b/>
          <w:bCs/>
        </w:rPr>
        <w:t xml:space="preserve"> </w:t>
      </w:r>
      <w:r>
        <w:rPr>
          <w:b/>
          <w:bCs/>
        </w:rPr>
        <w:t xml:space="preserve">is art; which in many a district of New Bedford has superinduced bright terraces of flowers upon the barren refuse rocks thrown aside at creation's final day.</w:t>
      </w:r>
      <w:r>
        <w:br/>
      </w:r>
      <w:r>
        <w:t xml:space="preserve">    (a) all powerful</w:t>
      </w:r>
      <w:r>
        <w:br/>
      </w:r>
      <w:r>
        <w:t xml:space="preserve">    (b) sticking out</w:t>
      </w:r>
      <w:r>
        <w:br/>
      </w:r>
      <w:r>
        <w:t xml:space="preserve">    (c) not pleasing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baggage, not a hat-box, valise, or carpet-bag,—no friends accompany him to the wharf with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adieux</w:t>
      </w:r>
      <w:r>
        <w:rPr>
          <w:b/>
          <w:bCs/>
        </w:rPr>
        <w:t xml:space="preserve">.</w:t>
      </w:r>
      <w:r>
        <w:br/>
      </w:r>
      <w:r>
        <w:t xml:space="preserve">    (a) a farewell remark (an alternative to goodbye)</w:t>
      </w:r>
      <w:r>
        <w:br/>
      </w:r>
      <w:r>
        <w:t xml:space="preserve">    (b) documents granting permission to do something</w:t>
      </w:r>
      <w:r>
        <w:br/>
      </w:r>
      <w:r>
        <w:t xml:space="preserve">    (c) a device that converts light into electricity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By old English statutory law, the whale is declared "a royal fish."</w:t>
      </w:r>
      <w:r>
        <w:br/>
      </w:r>
      <w:r>
        <w:rPr>
          <w:b/>
          <w:bCs/>
        </w:rPr>
        <w:t xml:space="preserve">Oh, that's only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nominal</w:t>
      </w:r>
      <w:r>
        <w:rPr>
          <w:b/>
          <w:bCs/>
        </w:rPr>
        <w:t xml:space="preserve">!  The whale himself has never figured in any grand imposing way.</w:t>
      </w:r>
      <w:r>
        <w:br/>
      </w:r>
      <w:r>
        <w:t xml:space="preserve">    (a) in a manner that takes on or adopts</w:t>
      </w:r>
      <w:r>
        <w:br/>
      </w:r>
      <w:r>
        <w:t xml:space="preserve">    (b) in name, but not in reality</w:t>
      </w:r>
      <w:r>
        <w:br/>
      </w:r>
      <w:r>
        <w:t xml:space="preserve">    (c) full of strong desire for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Outward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portents</w:t>
      </w:r>
      <w:r>
        <w:rPr>
          <w:b/>
          <w:bCs/>
        </w:rPr>
        <w:t xml:space="preserve"> </w:t>
      </w:r>
      <w:r>
        <w:rPr>
          <w:b/>
          <w:bCs/>
        </w:rPr>
        <w:t xml:space="preserve">and inward presentiments were his.</w:t>
      </w:r>
      <w:r>
        <w:br/>
      </w:r>
      <w:r>
        <w:t xml:space="preserve">    (a) signs of things about to happen</w:t>
      </w:r>
      <w:r>
        <w:br/>
      </w:r>
      <w:r>
        <w:t xml:space="preserve">    (b) other battles with the same foe</w:t>
      </w:r>
      <w:r>
        <w:br/>
      </w:r>
      <w:r>
        <w:t xml:space="preserve">    (c) drugs that calm or put to sleep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When, as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opine</w:t>
      </w:r>
      <w:r>
        <w:rPr>
          <w:b/>
          <w:bCs/>
        </w:rPr>
        <w:t xml:space="preserve">, in the course of time, the true nature of spermaceti became known, its original name was still retained by the dealers; no doubt to enhance its value by a notion so strangely significant of its scarcity.</w:t>
      </w:r>
      <w:r>
        <w:br/>
      </w:r>
      <w:r>
        <w:t xml:space="preserve">    (a) to express one's opinion</w:t>
      </w:r>
      <w:r>
        <w:br/>
      </w:r>
      <w:r>
        <w:t xml:space="preserve">    (b) include consideration of</w:t>
      </w:r>
      <w:r>
        <w:br/>
      </w:r>
      <w:r>
        <w:t xml:space="preserve">    (c) struggle or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right whale will be elsewhere treated of at some length, with reference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elucidating</w:t>
      </w:r>
      <w:r>
        <w:rPr>
          <w:b/>
          <w:bCs/>
        </w:rPr>
        <w:t xml:space="preserve"> </w:t>
      </w:r>
      <w:r>
        <w:rPr>
          <w:b/>
          <w:bCs/>
        </w:rPr>
        <w:t xml:space="preserve">the sperm whale.</w:t>
      </w:r>
      <w:r>
        <w:br/>
      </w:r>
      <w:r>
        <w:t xml:space="preserve">    (a) hiring again</w:t>
      </w:r>
      <w:r>
        <w:br/>
      </w:r>
      <w:r>
        <w:t xml:space="preserve">    (b) getting near</w:t>
      </w:r>
      <w:r>
        <w:br/>
      </w:r>
      <w:r>
        <w:t xml:space="preserve">    (c) making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Full of fine spirits, they invariably come from the breezy billows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windward</w:t>
      </w:r>
      <w:r>
        <w:rPr>
          <w:b/>
          <w:bCs/>
        </w:rPr>
        <w:t xml:space="preserve">.</w:t>
      </w:r>
      <w:r>
        <w:br/>
      </w:r>
      <w:r>
        <w:t xml:space="preserve">    (a) the state of being unaware of one's mental activity</w:t>
      </w:r>
      <w:r>
        <w:br/>
      </w:r>
      <w:r>
        <w:t xml:space="preserve">    (b) increasing reason or general desire to do something</w:t>
      </w:r>
      <w:r>
        <w:br/>
      </w:r>
      <w:r>
        <w:t xml:space="preserve">    (c) the direction or side from which the wind is coming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Like some poor devils ashore that happen to know an irascible great man, they make distant unobtrusive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salutations</w:t>
      </w:r>
      <w:r>
        <w:rPr>
          <w:b/>
          <w:bCs/>
        </w:rPr>
        <w:t xml:space="preserve"> </w:t>
      </w:r>
      <w:r>
        <w:rPr>
          <w:b/>
          <w:bCs/>
        </w:rPr>
        <w:t xml:space="preserve">to him in the street, lest if they pursued the acquaintance further, they might receive a summary thump for their presumption.</w:t>
      </w:r>
      <w:r>
        <w:br/>
      </w:r>
      <w:r>
        <w:t xml:space="preserve">    (a) subatomic particles with negative charge that are found in all atoms and that act as the primary carrier of electricity</w:t>
      </w:r>
      <w:r>
        <w:br/>
      </w:r>
      <w:r>
        <w:t xml:space="preserve">    (b) people who suffer from psychosis (any severe mental disorder in which contact with reality is lost or highly distorted)</w:t>
      </w:r>
      <w:r>
        <w:br/>
      </w:r>
      <w:r>
        <w:t xml:space="preserve">    (c) a greeting -- such as</w:t>
      </w:r>
      <w:r>
        <w:t xml:space="preserve"> </w:t>
      </w:r>
      <w:r>
        <w:rPr>
          <w:i/>
          <w:iCs/>
        </w:rPr>
        <w:t xml:space="preserve">"Hi"</w:t>
      </w:r>
      <w:r>
        <w:t xml:space="preserve">, </w:t>
      </w:r>
      <w:r>
        <w:t xml:space="preserve"> </w:t>
      </w:r>
      <w:r>
        <w:rPr>
          <w:i/>
          <w:iCs/>
        </w:rPr>
        <w:t xml:space="preserve">"Dear John:"</w:t>
      </w:r>
      <w:r>
        <w:t xml:space="preserve">, or</w:t>
      </w:r>
      <w:r>
        <w:t xml:space="preserve"> </w:t>
      </w:r>
      <w:r>
        <w:rPr>
          <w:i/>
          <w:iCs/>
        </w:rPr>
        <w:t xml:space="preserve">"Ladies and Gentlemen"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the act of greeting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Secondly: People ashore have indeed some indefinite idea that a whale is an enormous creature of enormous power; but I have ever found that when narrating to them some specific example of this two-fold enormousness, they have significantly complimented me upon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facetiousness</w:t>
      </w:r>
      <w:r>
        <w:rPr>
          <w:b/>
          <w:bCs/>
        </w:rPr>
        <w:t xml:space="preserve">; when, I declare upon my soul, I had no more idea of being facetious than Moses, when he wrote the history of the plagues of Egypt.</w:t>
      </w:r>
      <w:r>
        <w:br/>
      </w:r>
      <w:r>
        <w:t xml:space="preserve">    (a) not important</w:t>
      </w:r>
      <w:r>
        <w:br/>
      </w:r>
      <w:r>
        <w:t xml:space="preserve">    (b) trivial humor</w:t>
      </w:r>
      <w:r>
        <w:br/>
      </w:r>
      <w:r>
        <w:t xml:space="preserve">    (c) causing death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peremptorily</w:t>
      </w:r>
      <w:r>
        <w:rPr>
          <w:b/>
          <w:bCs/>
        </w:rPr>
        <w:t xml:space="preserve"> </w:t>
      </w:r>
      <w:r>
        <w:rPr>
          <w:b/>
          <w:bCs/>
        </w:rPr>
        <w:t xml:space="preserve">denied for example, that any whale could so smite his stout sloop-of-war as to cause her to leak so much as a thimbleful.</w:t>
      </w:r>
      <w:r>
        <w:br/>
      </w:r>
      <w:r>
        <w:t xml:space="preserve">    (a) in a manner that gradually destroys an established order</w:t>
      </w:r>
      <w:r>
        <w:br/>
      </w:r>
      <w:r>
        <w:t xml:space="preserve">    (b) with low spirits (sadness, disappointment, hopelessness)</w:t>
      </w:r>
      <w:r>
        <w:br/>
      </w:r>
      <w:r>
        <w:t xml:space="preserve">    (c) in a manner that does not allow contradiction or refusal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however eagerly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impetuously</w:t>
      </w:r>
      <w:r>
        <w:rPr>
          <w:b/>
          <w:bCs/>
        </w:rPr>
        <w:t xml:space="preserve"> </w:t>
      </w:r>
      <w:r>
        <w:rPr>
          <w:b/>
          <w:bCs/>
        </w:rPr>
        <w:t xml:space="preserve">the savage crew had hailed the announcement of his quest; yet all sailors of all sorts are more or less capricious and unreliable--they live in the varying outer weather, and they inhale its fickleness--and...</w:t>
      </w:r>
      <w:r>
        <w:br/>
      </w:r>
      <w:r>
        <w:t xml:space="preserve">    (a) in a manner that shows care or concern for someone</w:t>
      </w:r>
      <w:r>
        <w:br/>
      </w:r>
      <w:r>
        <w:t xml:space="preserve">    (b) impulsively (acting suddenly without much thought)</w:t>
      </w:r>
      <w:r>
        <w:br/>
      </w:r>
      <w:r>
        <w:t xml:space="preserve">    (c) in the manner of a logical, systematic examination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Besides, all the days I should now live would be as good as the days that Lazarus lived after his resurrection;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supplementary</w:t>
      </w:r>
      <w:r>
        <w:rPr>
          <w:b/>
          <w:bCs/>
        </w:rPr>
        <w:t xml:space="preserve"> </w:t>
      </w:r>
      <w:r>
        <w:rPr>
          <w:b/>
          <w:bCs/>
        </w:rPr>
        <w:t xml:space="preserve">clean gain of so many months or weeks as the case might be.</w:t>
      </w:r>
      <w:r>
        <w:br/>
      </w:r>
      <w:r>
        <w:t xml:space="preserve">    (a) is a replacement</w:t>
      </w:r>
      <w:r>
        <w:br/>
      </w:r>
      <w:r>
        <w:t xml:space="preserve">    (b) is a shorter version</w:t>
      </w:r>
      <w:r>
        <w:br/>
      </w:r>
      <w:r>
        <w:t xml:space="preserve">    (c) additional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has a sort of howdah on its back, and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distended</w:t>
      </w:r>
      <w:r>
        <w:rPr>
          <w:b/>
          <w:bCs/>
        </w:rPr>
        <w:t xml:space="preserve"> </w:t>
      </w:r>
      <w:r>
        <w:rPr>
          <w:b/>
          <w:bCs/>
        </w:rPr>
        <w:t xml:space="preserve">tusked mouth into which the billows are rolling, might be taken for the Traitors' Gate leading from the Thames by water into the Tower.</w:t>
      </w:r>
      <w:r>
        <w:br/>
      </w:r>
      <w:r>
        <w:t xml:space="preserve">    (a) extended or swollen</w:t>
      </w:r>
      <w:r>
        <w:br/>
      </w:r>
      <w:r>
        <w:t xml:space="preserve">    (b) excessively excited</w:t>
      </w:r>
      <w:r>
        <w:br/>
      </w:r>
      <w:r>
        <w:t xml:space="preserve">    (c) nervous or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now abating in his flurry, the whale once more rolled out into view; surging from side to side;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spasmodically</w:t>
      </w:r>
      <w:r>
        <w:rPr>
          <w:b/>
          <w:bCs/>
        </w:rPr>
        <w:t xml:space="preserve"> </w:t>
      </w:r>
      <w:r>
        <w:rPr>
          <w:b/>
          <w:bCs/>
        </w:rPr>
        <w:t xml:space="preserve">dilating and contracting his spout-hole, with sharp, cracking, agonized respirations.</w:t>
      </w:r>
      <w:r>
        <w:br/>
      </w:r>
      <w:r>
        <w:t xml:space="preserve">    (a) in a manner that is so bad it is laughable or contemptible -- possibly mixed with pity</w:t>
      </w:r>
      <w:r>
        <w:br/>
      </w:r>
      <w:r>
        <w:t xml:space="preserve">    (b) happening for short periods and not in a regular pattern; or relating to muscle spasms</w:t>
      </w:r>
      <w:r>
        <w:br/>
      </w:r>
      <w:r>
        <w:t xml:space="preserve">    (c) in a way that is not appropriate in size, amount, or degree relative to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yet some distance from the Pequod, she rounded to, and dropping a boat, her captain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impelled</w:t>
      </w:r>
      <w:r>
        <w:rPr>
          <w:b/>
          <w:bCs/>
        </w:rPr>
        <w:t xml:space="preserve"> </w:t>
      </w:r>
      <w:r>
        <w:rPr>
          <w:b/>
          <w:bCs/>
        </w:rPr>
        <w:t xml:space="preserve">towards us, impatiently standing in the bows instead of the stern.</w:t>
      </w:r>
      <w:r>
        <w:br/>
      </w:r>
      <w:r>
        <w:t xml:space="preserve">    (a) concentrated, look at, or paid attention to</w:t>
      </w:r>
      <w:r>
        <w:br/>
      </w:r>
      <w:r>
        <w:t xml:space="preserve">    (b) made appropriate in size, amount, or degree</w:t>
      </w:r>
      <w:r>
        <w:br/>
      </w:r>
      <w:r>
        <w:t xml:space="preserve">    (c) to make someone feel they must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not by hook or by net could this vast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leviathan</w:t>
      </w:r>
      <w:r>
        <w:rPr>
          <w:b/>
          <w:bCs/>
        </w:rPr>
        <w:t xml:space="preserve"> </w:t>
      </w:r>
      <w:r>
        <w:rPr>
          <w:b/>
          <w:bCs/>
        </w:rPr>
        <w:t xml:space="preserve">be caught,</w:t>
      </w:r>
      <w:r>
        <w:br/>
      </w:r>
      <w:r>
        <w:t xml:space="preserve">    (a) something exceedingly large</w:t>
      </w:r>
      <w:r>
        <w:br/>
      </w:r>
      <w:r>
        <w:t xml:space="preserve">    (b) co-existing peacefully; or having components that are combined in a pleasing way</w:t>
      </w:r>
      <w:r>
        <w:br/>
      </w:r>
      <w:r>
        <w:t xml:space="preserve">    (c) the act of move something out of an interacting position; or the act of stopping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By some, ambergris is supposed to be the cause, and by others the effect,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dyspepsia</w:t>
      </w:r>
      <w:r>
        <w:rPr>
          <w:b/>
          <w:bCs/>
        </w:rPr>
        <w:t xml:space="preserve"> </w:t>
      </w:r>
      <w:r>
        <w:rPr>
          <w:b/>
          <w:bCs/>
        </w:rPr>
        <w:t xml:space="preserve">in the whale.</w:t>
      </w:r>
      <w:r>
        <w:br/>
      </w:r>
      <w:r>
        <w:t xml:space="preserve">    (a) something (typically a statement) that disagrees with itself; or (more rarely) the act of disagreeing</w:t>
      </w:r>
      <w:r>
        <w:br/>
      </w:r>
      <w:r>
        <w:t xml:space="preserve">    (b) something made of the brownish metal with the same name -- such as a sculpture or a third place medal</w:t>
      </w:r>
      <w:r>
        <w:br/>
      </w:r>
      <w:r>
        <w:t xml:space="preserve">    (c) having a sour or irritable attitude; or relating to indigestion or discomfort in the digestive system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Ahab," cried Starbuck, "not too late is it, even now, the third day,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desist</w:t>
      </w:r>
      <w:r>
        <w:rPr>
          <w:b/>
          <w:bCs/>
        </w:rPr>
        <w:t xml:space="preserve">.</w:t>
      </w:r>
      <w:r>
        <w:br/>
      </w:r>
      <w:r>
        <w:t xml:space="preserve">    (a) to not do something</w:t>
      </w:r>
      <w:r>
        <w:br/>
      </w:r>
      <w:r>
        <w:t xml:space="preserve">    (b) influence or effect</w:t>
      </w:r>
      <w:r>
        <w:br/>
      </w:r>
      <w:r>
        <w:t xml:space="preserve">    (c) gain advantage from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2026-07-31T14:25:13Z</dcterms:created>
  <dcterms:modified xsi:type="dcterms:W3CDTF">2026-07-31T14:25:13Z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