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55f52fcef0d935bf40715c621a48aea5da2caa"/>
    <w:p>
      <w:pPr>
        <w:pStyle w:val="Heading1"/>
      </w:pPr>
      <w:r>
        <w:rPr>
          <w:b/>
          <w:bCs/>
        </w:rPr>
        <w:t xml:space="preserve">Miss Peregrine's Home for Peculiar Children</w:t>
      </w:r>
      <w:r>
        <w:br/>
      </w:r>
      <w:r>
        <w:rPr>
          <w:i/>
          <w:iCs/>
        </w:rPr>
        <w:t xml:space="preserve">Ransom Riggs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asked him one afternoon at age seven, eyeing him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skeptically</w:t>
      </w:r>
      <w:r>
        <w:rPr>
          <w:b/>
          <w:bCs/>
        </w:rPr>
        <w:t xml:space="preserve"> </w:t>
      </w:r>
      <w:r>
        <w:rPr>
          <w:b/>
          <w:bCs/>
        </w:rPr>
        <w:t xml:space="preserve">across the card table where he was letting me win at Monopoly.</w:t>
      </w:r>
      <w:r>
        <w:br/>
      </w:r>
      <w:r>
        <w:t xml:space="preserve">    (a) inadequately (in a manner that does not provide enough)</w:t>
      </w:r>
      <w:r>
        <w:br/>
      </w:r>
      <w:r>
        <w:t xml:space="preserve">    (b) in a manner that is open to arguments, ideas, or change</w:t>
      </w:r>
      <w:r>
        <w:br/>
      </w:r>
      <w:r>
        <w:t xml:space="preserve">    (c) in a doubtful manner (regarding the truth of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Shelley was the store manager, and her slumped shoulders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dour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were as much a part of her uniform as the blue polo shirts we all had to wear.</w:t>
      </w:r>
      <w:r>
        <w:br/>
      </w:r>
      <w:r>
        <w:t xml:space="preserve">    (a) [of food] able to be prepared in a manner that keeps it from spoiling</w:t>
      </w:r>
      <w:r>
        <w:br/>
      </w:r>
      <w:r>
        <w:t xml:space="preserve">    (b) very serious, stern, and unfriendly -- often in a gloomy or harsh way</w:t>
      </w:r>
      <w:r>
        <w:br/>
      </w:r>
      <w:r>
        <w:t xml:space="preserve">    (c) relating to understanding or explaining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irony was, now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delusions</w:t>
      </w:r>
      <w:r>
        <w:rPr>
          <w:b/>
          <w:bCs/>
        </w:rPr>
        <w:t xml:space="preserve"> </w:t>
      </w:r>
      <w:r>
        <w:rPr>
          <w:b/>
          <w:bCs/>
        </w:rPr>
        <w:t xml:space="preserve">and paranoia were starting to get the best of him, it was true—he wasn't safe at home, not with all those guns around.</w:t>
      </w:r>
      <w:r>
        <w:br/>
      </w:r>
      <w:r>
        <w:t xml:space="preserve">    (a) false beliefs</w:t>
      </w:r>
      <w:r>
        <w:br/>
      </w:r>
      <w:r>
        <w:t xml:space="preserve">    (b) psychiatrists</w:t>
      </w:r>
      <w:r>
        <w:br/>
      </w:r>
      <w:r>
        <w:t xml:space="preserve">    (c) possibilities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all of those things,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bizarre</w:t>
      </w:r>
      <w:r>
        <w:rPr>
          <w:b/>
          <w:bCs/>
        </w:rPr>
        <w:t xml:space="preserve"> </w:t>
      </w:r>
      <w:r>
        <w:rPr>
          <w:b/>
          <w:bCs/>
        </w:rPr>
        <w:t xml:space="preserve">cross-pollination of subcultures possible only in South Florida.</w:t>
      </w:r>
      <w:r>
        <w:br/>
      </w:r>
      <w:r>
        <w:t xml:space="preserve">    (a) able to meet and talk with</w:t>
      </w:r>
      <w:r>
        <w:br/>
      </w:r>
      <w:r>
        <w:t xml:space="preserve">    (b) exceedingly odd or unusual</w:t>
      </w:r>
      <w:r>
        <w:br/>
      </w:r>
      <w:r>
        <w:t xml:space="preserve">    (c) the quality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spent the months following my grandfather's death cycling through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purgatory</w:t>
      </w:r>
      <w:r>
        <w:rPr>
          <w:b/>
          <w:bCs/>
        </w:rPr>
        <w:t xml:space="preserve"> </w:t>
      </w:r>
      <w:r>
        <w:rPr>
          <w:b/>
          <w:bCs/>
        </w:rPr>
        <w:t xml:space="preserve">of beige waiting rooms and anonymous offices, analyzed and interviewed, talked about just out of earshot, nodding when spoken to, repeating myself, the object of a thousand pitying glances and knitted brows.</w:t>
      </w:r>
      <w:r>
        <w:br/>
      </w:r>
      <w:r>
        <w:t xml:space="preserve">    (a) a place or state of temporary suffering while waiting</w:t>
      </w:r>
      <w:r>
        <w:br/>
      </w:r>
      <w:r>
        <w:br/>
      </w:r>
      <w:r>
        <w:t xml:space="preserve">or in Roman Catholic theology: the place where those who have died in a state of grace undergo limited suffering to pay for their sins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treatment with extra kindness or tolerance  OR  (more rarely) a special pleasure (typically something done in excess of what is thought good -- such as eating too much cake, or being too lazy)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my mother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pass up even the flimsiest excuse for a celebration—she once invited friends over for our cockatiel's birthday—in part because she loved to show off our house.</w:t>
      </w:r>
      <w:r>
        <w:br/>
      </w:r>
      <w:r>
        <w:t xml:space="preserve">    (a) reluctant or unwilling to do something</w:t>
      </w:r>
      <w:r>
        <w:br/>
      </w:r>
      <w:r>
        <w:t xml:space="preserve">    (b) able to be protected or kept unchanged</w:t>
      </w:r>
      <w:r>
        <w:br/>
      </w:r>
      <w:r>
        <w:t xml:space="preserve">    (c) able to accept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letter was handwritten on fine, unlined paper in looping script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ornate</w:t>
      </w:r>
      <w:r>
        <w:rPr>
          <w:b/>
          <w:bCs/>
        </w:rPr>
        <w:t xml:space="preserve"> </w:t>
      </w:r>
      <w:r>
        <w:rPr>
          <w:b/>
          <w:bCs/>
        </w:rPr>
        <w:t xml:space="preserve">it was almost calligraphy, the black ink varying in tone like that of an old fountain pen.</w:t>
      </w:r>
      <w:r>
        <w:br/>
      </w:r>
      <w:r>
        <w:t xml:space="preserve">    (a) having lots of decorative detail</w:t>
      </w:r>
      <w:r>
        <w:br/>
      </w:r>
      <w:r>
        <w:t xml:space="preserve">    (b) able to be taken on as one's own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letter was handwritten on fine, unlined paper in looping script so ornate it was almost calligraphy, the black ink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varying</w:t>
      </w:r>
      <w:r>
        <w:rPr>
          <w:b/>
          <w:bCs/>
        </w:rPr>
        <w:t xml:space="preserve"> </w:t>
      </w:r>
      <w:r>
        <w:rPr>
          <w:b/>
          <w:bCs/>
        </w:rPr>
        <w:t xml:space="preserve">in tone like that of an old fountain pen.</w:t>
      </w:r>
      <w:r>
        <w:br/>
      </w:r>
      <w:r>
        <w:t xml:space="preserve">    (a) differing; or changing</w:t>
      </w:r>
      <w:r>
        <w:br/>
      </w:r>
      <w:r>
        <w:t xml:space="preserve">    (b) gaining advantage from</w:t>
      </w:r>
      <w:r>
        <w:br/>
      </w:r>
      <w:r>
        <w:t xml:space="preserve">    (c)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Ages ago, when just being a Catholic could get you hung from a tree, clergyfolk came here seeking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refuge</w:t>
      </w:r>
      <w:r>
        <w:rPr>
          <w:b/>
          <w:bCs/>
        </w:rPr>
        <w:t xml:space="preserve">.</w:t>
      </w:r>
      <w:r>
        <w:br/>
      </w:r>
      <w:r>
        <w:t xml:space="preserve">    (a) a person (often a writer or artist) living an unconventional life</w:t>
      </w:r>
      <w:r>
        <w:br/>
      </w:r>
      <w:r>
        <w:t xml:space="preserve">    (b) a ceiling designed to affect noise -- typically to decrease noise</w:t>
      </w:r>
      <w:r>
        <w:br/>
      </w:r>
      <w:r>
        <w:t xml:space="preserve">    (c) something giving protection or comfort -- especially a safe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more left to explore, but suddenly it seemed like a waste of time; it was impossible that anyone could still be living here, even the most misanthropic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a place where conditions are kept as they were to protect wildlife</w:t>
      </w:r>
      <w:r>
        <w:br/>
      </w:r>
      <w:r>
        <w:t xml:space="preserve">    (b) someone withdrawn from society (living alone and avoiding contact)</w:t>
      </w:r>
      <w:r>
        <w:br/>
      </w:r>
      <w:r>
        <w:t xml:space="preserve">    (c) someone who believes that all knowledge is derived from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underwent a brief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interrogation</w:t>
      </w:r>
      <w:r>
        <w:rPr>
          <w:b/>
          <w:bCs/>
        </w:rPr>
        <w:t xml:space="preserve"> </w:t>
      </w:r>
      <w:r>
        <w:rPr>
          <w:b/>
          <w:bCs/>
        </w:rPr>
        <w:t xml:space="preserve">about how I'd gotten to the house and who had taken me there, and because the easiest kind of lying is when you leave things out of a story rather than make them up, I passed with flying colors.</w:t>
      </w:r>
      <w:r>
        <w:br/>
      </w:r>
      <w:r>
        <w:t xml:space="preserve">    (a) any substance that tends to increase the flow of urine</w:t>
      </w:r>
      <w:r>
        <w:br/>
      </w:r>
      <w:r>
        <w:t xml:space="preserve">    (b) the process of asking a series of questions of someone</w:t>
      </w:r>
      <w:r>
        <w:br/>
      </w:r>
      <w:r>
        <w:t xml:space="preserve">    (c) an electronic component that acts like a one-way valve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any case, thank you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indulging</w:t>
      </w:r>
      <w:r>
        <w:rPr>
          <w:b/>
          <w:bCs/>
        </w:rPr>
        <w:t xml:space="preserve"> </w:t>
      </w:r>
      <w:r>
        <w:rPr>
          <w:b/>
          <w:bCs/>
        </w:rPr>
        <w:t xml:space="preserve">me.</w:t>
      </w:r>
      <w:r>
        <w:br/>
      </w:r>
      <w:r>
        <w:t xml:space="preserve">    (a) enjoying to excess</w:t>
      </w:r>
      <w:r>
        <w:br/>
      </w:r>
      <w:r>
        <w:t xml:space="preserve">    (b) thinking carefully</w:t>
      </w:r>
      <w:r>
        <w:br/>
      </w:r>
      <w:r>
        <w:t xml:space="preserve">    (c) leaping or jumping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had shattered like a giant egg, its pieces all mixed up in a heap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debris</w:t>
      </w:r>
      <w:r>
        <w:rPr>
          <w:b/>
          <w:bCs/>
        </w:rPr>
        <w:t xml:space="preserve"> </w:t>
      </w:r>
      <w:r>
        <w:rPr>
          <w:b/>
          <w:bCs/>
        </w:rPr>
        <w:t xml:space="preserve">and smashed floorboards.</w:t>
      </w:r>
      <w:r>
        <w:br/>
      </w:r>
      <w:r>
        <w:t xml:space="preserve">    (a) passages food and drink follow between the back of mouths and the stomachs</w:t>
      </w:r>
      <w:r>
        <w:br/>
      </w:r>
      <w:r>
        <w:t xml:space="preserve">    (b) the act of treating or preparing food in a way that keeps it from spoiling</w:t>
      </w:r>
      <w:r>
        <w:br/>
      </w:r>
      <w:r>
        <w:t xml:space="preserve">    (c) pieces of something that has been destroyed; or trash that is lying around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Chasing after their lost ball, a pair of teenage boys ran to the base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</w:t>
      </w:r>
      <w:r>
        <w:rPr>
          <w:b/>
          <w:bCs/>
        </w:rPr>
        <w:t xml:space="preserve">, followed by a young girl.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a mythical being that is half man and half horse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promises to be a work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unprecedented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history of academic scholarship.</w:t>
      </w:r>
      <w:r>
        <w:br/>
      </w:r>
      <w:r>
        <w:t xml:space="preserve">    (a) [of food] able to be prepared in a manner that keeps it from spoiling</w:t>
      </w:r>
      <w:r>
        <w:br/>
      </w:r>
      <w:r>
        <w:t xml:space="preserve">    (b) not having happened before; or nothing similar having happened before</w:t>
      </w:r>
      <w:r>
        <w:br/>
      </w:r>
      <w:r>
        <w:t xml:space="preserve">    (c) relating to understanding or explaining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 notion was mad—absolute bunkum—a refutation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empirical</w:t>
      </w:r>
      <w:r>
        <w:rPr>
          <w:b/>
          <w:bCs/>
        </w:rPr>
        <w:t xml:space="preserve"> </w:t>
      </w:r>
      <w:r>
        <w:rPr>
          <w:b/>
          <w:bCs/>
        </w:rPr>
        <w:t xml:space="preserve">laws that govern everything!</w:t>
      </w:r>
      <w:r>
        <w:br/>
      </w:r>
      <w:r>
        <w:t xml:space="preserve">    (a) not concerned with what others might think of oneself</w:t>
      </w:r>
      <w:r>
        <w:br/>
      </w:r>
      <w:r>
        <w:t xml:space="preserve">    (b) having the ability to change for different situations</w:t>
      </w:r>
      <w:r>
        <w:br/>
      </w:r>
      <w:r>
        <w:t xml:space="preserve">    (c) based on experience or observation rather than theory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sign up for a class at the gun range,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optimistic</w:t>
      </w:r>
      <w:r>
        <w:rPr>
          <w:b/>
          <w:bCs/>
        </w:rPr>
        <w:t xml:space="preserve"> </w:t>
      </w:r>
      <w:r>
        <w:rPr>
          <w:b/>
          <w:bCs/>
        </w:rPr>
        <w:t xml:space="preserve">part of me would think.</w:t>
      </w:r>
      <w:r>
        <w:br/>
      </w:r>
      <w:r>
        <w:t xml:space="preserve">    (a) in a manner of accepting something as true (without proof)</w:t>
      </w:r>
      <w:r>
        <w:br/>
      </w:r>
      <w:r>
        <w:t xml:space="preserve">    (b) relating separately to the people or things just mentioned</w:t>
      </w:r>
      <w:r>
        <w:br/>
      </w:r>
      <w:r>
        <w:t xml:space="preserve">    (c) expecting the best; or focusing on the good part of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whenever they weren't under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orders to do something, the children sank heavily into chairs, stared listlessly out locked windows, paged through dog-eared books they'd read a hundred times before, or slept.</w:t>
      </w:r>
      <w:r>
        <w:br/>
      </w:r>
      <w:r>
        <w:t xml:space="preserve">    (a) meticulousness (care for small details)</w:t>
      </w:r>
      <w:r>
        <w:br/>
      </w:r>
      <w:r>
        <w:t xml:space="preserve">    (b) the state or degree of being very large</w:t>
      </w:r>
      <w:r>
        <w:br/>
      </w:r>
      <w:r>
        <w:t xml:space="preserve">    (c) clear, straightforward, or to the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grabbed my arm and pulled me farther inside, to the one place Golan's gunshots couldn't reach us—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under the stairs.</w:t>
      </w:r>
      <w:r>
        <w:br/>
      </w:r>
      <w:r>
        <w:t xml:space="preserve">    (a) close, or in a straight line</w:t>
      </w:r>
      <w:r>
        <w:br/>
      </w:r>
      <w:r>
        <w:t xml:space="preserve">    (b) in a manner that is not sexually attractive, or persuasively tempting</w:t>
      </w:r>
      <w:r>
        <w:br/>
      </w:r>
      <w:r>
        <w:t xml:space="preserve">    (c) in a manner that is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banished</w:t>
      </w:r>
      <w:r>
        <w:rPr>
          <w:b/>
          <w:bCs/>
        </w:rPr>
        <w:t xml:space="preserve"> </w:t>
      </w:r>
      <w:r>
        <w:rPr>
          <w:b/>
          <w:bCs/>
        </w:rPr>
        <w:t xml:space="preserve">if I try to leave.</w:t>
      </w:r>
      <w:r>
        <w:br/>
      </w:r>
      <w:r>
        <w:t xml:space="preserve">    (a) thought -- possibly aloud</w:t>
      </w:r>
      <w:r>
        <w:br/>
      </w:r>
      <w:r>
        <w:t xml:space="preserve">    (b) was abundant or plentiful</w:t>
      </w:r>
      <w:r>
        <w:br/>
      </w:r>
      <w:r>
        <w:t xml:space="preserve">    (c) expelled or gotten rid of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2026-07-31T19:50:17Z</dcterms:created>
  <dcterms:modified xsi:type="dcterms:W3CDTF">2026-07-31T19:50:17Z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