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eb0f40afea1fb64a7361be9f97efad9f8fb353"/>
    <w:p>
      <w:pPr>
        <w:pStyle w:val="Heading1"/>
      </w:pPr>
      <w:r>
        <w:rPr>
          <w:b/>
          <w:bCs/>
        </w:rPr>
        <w:t xml:space="preserve">Milkweed</w:t>
      </w:r>
      <w:r>
        <w:br/>
      </w:r>
      <w:r>
        <w:rPr>
          <w:i/>
          <w:iCs/>
        </w:rPr>
        <w:t xml:space="preserve">Jerry Spinelli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lumbering horse wore a black shawl over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mane</w:t>
      </w:r>
      <w:r>
        <w:rPr>
          <w:b/>
          <w:bCs/>
        </w:rPr>
        <w:t xml:space="preserve">.</w:t>
      </w:r>
      <w:r>
        <w:br/>
      </w:r>
      <w:r>
        <w:t xml:space="preserve">    (a) long coarse hair growing on the back of the neck of a horse</w:t>
      </w:r>
      <w:r>
        <w:br/>
      </w:r>
      <w:r>
        <w:t xml:space="preserve">    (b) select (on a computer screen)</w:t>
      </w:r>
      <w:r>
        <w:br/>
      </w:r>
      <w:r>
        <w:t xml:space="preserve">    (c) exchange, convert, or pay off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gave me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prescription</w:t>
      </w:r>
      <w:r>
        <w:rPr>
          <w:b/>
          <w:bCs/>
        </w:rPr>
        <w:t xml:space="preserve">.</w:t>
      </w:r>
      <w:r>
        <w:br/>
      </w:r>
      <w:r>
        <w:t xml:space="preserve">    (a) medical instructions</w:t>
      </w:r>
      <w:r>
        <w:br/>
      </w:r>
      <w:r>
        <w:t xml:space="preserve">    (b) vision test</w:t>
      </w:r>
      <w:r>
        <w:br/>
      </w:r>
      <w:r>
        <w:t xml:space="preserve">    (c) writing lesson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think he would have been surprised to know that I actually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heeded</w:t>
      </w:r>
      <w:r>
        <w:rPr>
          <w:b/>
          <w:bCs/>
        </w:rPr>
        <w:t xml:space="preserve"> </w:t>
      </w:r>
      <w:r>
        <w:rPr>
          <w:b/>
          <w:bCs/>
        </w:rPr>
        <w:t xml:space="preserve">his warning,</w:t>
      </w:r>
      <w:r>
        <w:br/>
      </w:r>
      <w:r>
        <w:t xml:space="preserve">    (a) paid attention to</w:t>
      </w:r>
      <w:r>
        <w:br/>
      </w:r>
      <w:r>
        <w:t xml:space="preserve">    (b) ignored</w:t>
      </w:r>
      <w:r>
        <w:br/>
      </w:r>
      <w:r>
        <w:t xml:space="preserve">    (c) repeated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didn't understand that 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mocking</w:t>
      </w:r>
      <w:r>
        <w:rPr>
          <w:b/>
          <w:bCs/>
        </w:rPr>
        <w:t xml:space="preserve"> </w:t>
      </w:r>
      <w:r>
        <w:rPr>
          <w:b/>
          <w:bCs/>
        </w:rPr>
        <w:t xml:space="preserve">us.</w:t>
      </w:r>
      <w:r>
        <w:br/>
      </w:r>
      <w:r>
        <w:t xml:space="preserve">    (a) bouncing back</w:t>
      </w:r>
      <w:r>
        <w:br/>
      </w:r>
      <w:r>
        <w:t xml:space="preserve">    (b) concentrating</w:t>
      </w:r>
      <w:r>
        <w:br/>
      </w:r>
      <w:r>
        <w:t xml:space="preserve">    (c) making fun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knot of children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writhing</w:t>
      </w:r>
      <w:r>
        <w:rPr>
          <w:b/>
          <w:bCs/>
        </w:rPr>
        <w:t xml:space="preserve"> </w:t>
      </w:r>
      <w:r>
        <w:rPr>
          <w:b/>
          <w:bCs/>
        </w:rPr>
        <w:t xml:space="preserve">on the ground.</w:t>
      </w:r>
      <w:r>
        <w:br/>
      </w:r>
      <w:r>
        <w:t xml:space="preserve">    (a) examining in detail to better understand</w:t>
      </w:r>
      <w:r>
        <w:br/>
      </w:r>
      <w:r>
        <w:t xml:space="preserve">    (b) moving in a twisting manner</w:t>
      </w:r>
      <w:r>
        <w:br/>
      </w:r>
      <w:r>
        <w:t xml:space="preserve">    (c) opposing (struggling against each other)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Where there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morsel</w:t>
      </w:r>
      <w:r>
        <w:rPr>
          <w:b/>
          <w:bCs/>
        </w:rPr>
        <w:t xml:space="preserve"> </w:t>
      </w:r>
      <w:r>
        <w:rPr>
          <w:b/>
          <w:bCs/>
        </w:rPr>
        <w:t xml:space="preserve">of food on a shelf, there was someone standing in front of it, often with a club in his hand.</w:t>
      </w:r>
      <w:r>
        <w:br/>
      </w:r>
      <w:r>
        <w:t xml:space="preserve">    (a) tiny amount</w:t>
      </w:r>
      <w:r>
        <w:br/>
      </w:r>
      <w:r>
        <w:t xml:space="preserve">    (b) can</w:t>
      </w:r>
      <w:r>
        <w:br/>
      </w:r>
      <w:r>
        <w:t xml:space="preserve">    (c) package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, I tried.</w:t>
      </w:r>
      <w:r>
        <w:br/>
      </w:r>
      <w:r>
        <w:t xml:space="preserve">    (a) in addition to what has just been said</w:t>
      </w:r>
      <w:r>
        <w:br/>
      </w:r>
      <w:r>
        <w:t xml:space="preserve">    (b) in keeping with or in agreement with what was just stated</w:t>
      </w:r>
      <w:r>
        <w:br/>
      </w:r>
      <w:r>
        <w:t xml:space="preserve">    (c) despite that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wavered</w:t>
      </w:r>
      <w:r>
        <w:rPr>
          <w:b/>
          <w:bCs/>
        </w:rPr>
        <w:t xml:space="preserve"> </w:t>
      </w:r>
      <w:r>
        <w:rPr>
          <w:b/>
          <w:bCs/>
        </w:rPr>
        <w:t xml:space="preserve">from side to side, sometimes her head drooped, and her shoulders were not straight at all.</w:t>
      </w:r>
      <w:r>
        <w:br/>
      </w:r>
      <w:r>
        <w:t xml:space="preserve">    (a) moving back and forth</w:t>
      </w:r>
      <w:r>
        <w:br/>
      </w:r>
      <w:r>
        <w:t xml:space="preserve">    (b) made appropriate in size, amount, or degree</w:t>
      </w:r>
      <w:r>
        <w:br/>
      </w:r>
      <w:r>
        <w:t xml:space="preserve">    (c) concentrated, look at, or paid attention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knew what the smell was, but despite what the Jackboots said, there were really no pigs,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therefore</w:t>
      </w:r>
      <w:r>
        <w:rPr>
          <w:b/>
          <w:bCs/>
        </w:rPr>
        <w:t xml:space="preserve"> </w:t>
      </w:r>
      <w:r>
        <w:rPr>
          <w:b/>
          <w:bCs/>
        </w:rPr>
        <w:t xml:space="preserve">no pig flop, in the courtyard.</w:t>
      </w:r>
      <w:r>
        <w:br/>
      </w:r>
      <w:r>
        <w:t xml:space="preserve">    (a) even though -- used to connect contrasting ideas</w:t>
      </w:r>
      <w:r>
        <w:br/>
      </w:r>
      <w:r>
        <w:t xml:space="preserve">    (b) despite that (used to connect contrasting ideas)</w:t>
      </w:r>
      <w:r>
        <w:br/>
      </w:r>
      <w:r>
        <w:t xml:space="preserve">    (c) for that reason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liked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goad</w:t>
      </w:r>
      <w:r>
        <w:rPr>
          <w:b/>
          <w:bCs/>
        </w:rPr>
        <w:t xml:space="preserve"> </w:t>
      </w:r>
      <w:r>
        <w:rPr>
          <w:b/>
          <w:bCs/>
        </w:rPr>
        <w:t xml:space="preserve">me into chasing her.</w:t>
      </w:r>
      <w:r>
        <w:br/>
      </w:r>
      <w:r>
        <w:t xml:space="preserve">    (a) ignore</w:t>
      </w:r>
      <w:r>
        <w:br/>
      </w:r>
      <w:r>
        <w:t xml:space="preserve">    (b) run from</w:t>
      </w:r>
      <w:r>
        <w:br/>
      </w:r>
      <w:r>
        <w:t xml:space="preserve">    (c) tease or provoke (into doing something)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every blow Kuba swung back and forth like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pendulum</w:t>
      </w:r>
      <w:r>
        <w:rPr>
          <w:b/>
          <w:bCs/>
        </w:rPr>
        <w:t xml:space="preserve"> </w:t>
      </w:r>
      <w:r>
        <w:rPr>
          <w:b/>
          <w:bCs/>
        </w:rPr>
        <w:t xml:space="preserve">of a grandfather clock.</w:t>
      </w:r>
      <w:r>
        <w:br/>
      </w:r>
      <w:r>
        <w:t xml:space="preserve">    (a) artist who belonged to an early 20th century art movement that expressed inner feelings through distorted renditions of reality</w:t>
      </w:r>
      <w:r>
        <w:br/>
      </w:r>
      <w:r>
        <w:t xml:space="preserve">    (b) something that swings or shifts back and forth between two positions -- often seen in a swinging weight or in changing opinions</w:t>
      </w:r>
      <w:r>
        <w:br/>
      </w:r>
      <w:r>
        <w:t xml:space="preserve">    (c) an inhabitant of Assyria -- an ancient kingdom centered in northern Mesopotamia which is in present-day Iraq; or their language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chin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jutted</w:t>
      </w:r>
      <w:r>
        <w:rPr>
          <w:b/>
          <w:bCs/>
        </w:rPr>
        <w:t xml:space="preserve"> </w:t>
      </w:r>
      <w:r>
        <w:rPr>
          <w:b/>
          <w:bCs/>
        </w:rPr>
        <w:t xml:space="preserve">into my back.</w:t>
      </w:r>
      <w:r>
        <w:br/>
      </w:r>
      <w:r>
        <w:t xml:space="preserve">    (a) expresses strong hatred or loathing for</w:t>
      </w:r>
      <w:r>
        <w:br/>
      </w:r>
      <w:r>
        <w:t xml:space="preserve">    (b) expressed strong hatred or loathing for</w:t>
      </w:r>
      <w:r>
        <w:br/>
      </w:r>
      <w:r>
        <w:t xml:space="preserve">    (c) to stick out; or a part that sticks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Sure enough, there was Janina in the middle of the street, squatting on her haunches, hurling her voice, thumbing her nose at Buffo,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taunting</w:t>
      </w:r>
      <w:r>
        <w:rPr>
          <w:b/>
          <w:bCs/>
        </w:rPr>
        <w:t xml:space="preserve"> </w:t>
      </w:r>
      <w:r>
        <w:rPr>
          <w:b/>
          <w:bCs/>
        </w:rPr>
        <w:t xml:space="preserve">him in perfect imitation of me.</w:t>
      </w:r>
      <w:r>
        <w:br/>
      </w:r>
      <w:r>
        <w:t xml:space="preserve">    (a) keeping people and goods from reaching a location</w:t>
      </w:r>
      <w:r>
        <w:br/>
      </w:r>
      <w:r>
        <w:t xml:space="preserve">    (b) intentionally angering, challenging, or upsetting</w:t>
      </w:r>
      <w:r>
        <w:br/>
      </w:r>
      <w:r>
        <w:t xml:space="preserve">    (c) giving an opinion of what is wrong with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From that day on I stopped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tormenting</w:t>
      </w:r>
      <w:r>
        <w:rPr>
          <w:b/>
          <w:bCs/>
        </w:rPr>
        <w:t xml:space="preserve"> </w:t>
      </w:r>
      <w:r>
        <w:rPr>
          <w:b/>
          <w:bCs/>
        </w:rPr>
        <w:t xml:space="preserve">Buffo,</w:t>
      </w:r>
      <w:r>
        <w:br/>
      </w:r>
      <w:r>
        <w:t xml:space="preserve">    (a) causing laughter in</w:t>
      </w:r>
      <w:r>
        <w:br/>
      </w:r>
      <w:r>
        <w:t xml:space="preserve">    (b) helping</w:t>
      </w:r>
      <w:r>
        <w:br/>
      </w:r>
      <w:r>
        <w:t xml:space="preserve">    (c) causing suffering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 day Janina and I heard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commotion</w:t>
      </w:r>
      <w:r>
        <w:rPr>
          <w:b/>
          <w:bCs/>
        </w:rPr>
        <w:t xml:space="preserve"> </w:t>
      </w:r>
      <w:r>
        <w:rPr>
          <w:b/>
          <w:bCs/>
        </w:rPr>
        <w:t xml:space="preserve">in the courtyard.</w:t>
      </w:r>
      <w:r>
        <w:br/>
      </w:r>
      <w:r>
        <w:t xml:space="preserve">    (a) outburst of laughter</w:t>
      </w:r>
      <w:r>
        <w:br/>
      </w:r>
      <w:r>
        <w:t xml:space="preserve">    (b) noisy disturbance</w:t>
      </w:r>
      <w:r>
        <w:br/>
      </w:r>
      <w:r>
        <w:t xml:space="preserve">    (c) accident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he pulled Janina and me to our feet, and the twins also, and he made us all hold hands and we danced in a circle while Mr. Milgrom sang and the candle flame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quivered</w:t>
      </w:r>
      <w:r>
        <w:rPr>
          <w:b/>
          <w:bCs/>
        </w:rPr>
        <w:t xml:space="preserve"> </w:t>
      </w:r>
      <w:r>
        <w:rPr>
          <w:b/>
          <w:bCs/>
        </w:rPr>
        <w:t xml:space="preserve">and somebody screamed in the night.</w:t>
      </w:r>
      <w:r>
        <w:br/>
      </w:r>
      <w:r>
        <w:t xml:space="preserve">    (a) calculates or judges too low</w:t>
      </w:r>
      <w:r>
        <w:br/>
      </w:r>
      <w:r>
        <w:t xml:space="preserve">    (b) to shake or tremble slightly</w:t>
      </w:r>
      <w:r>
        <w:br/>
      </w:r>
      <w:r>
        <w:t xml:space="preserve">    (c) not working or not operating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Uncle Shepsel became more and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agitated</w:t>
      </w:r>
      <w:r>
        <w:rPr>
          <w:b/>
          <w:bCs/>
        </w:rPr>
        <w:t xml:space="preserve">.</w:t>
      </w:r>
      <w:r>
        <w:br/>
      </w:r>
      <w:r>
        <w:t xml:space="preserve">    (a) calm and thoughtful</w:t>
      </w:r>
      <w:r>
        <w:br/>
      </w:r>
      <w:r>
        <w:t xml:space="preserve">    (b) upset</w:t>
      </w:r>
      <w:r>
        <w:br/>
      </w:r>
      <w:r>
        <w:t xml:space="preserve">    (c) gloomy (sad)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called down from the window to the courtyard: “Jews!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Repent</w:t>
      </w:r>
      <w:r>
        <w:rPr>
          <w:b/>
          <w:bCs/>
        </w:rPr>
        <w:t xml:space="preserve">! It is not too late! Come with me! Save yourselves!”</w:t>
      </w:r>
      <w:r>
        <w:br/>
      </w:r>
      <w:r>
        <w:t xml:space="preserve">    (a) come meet with us</w:t>
      </w:r>
      <w:r>
        <w:br/>
      </w:r>
      <w:r>
        <w:t xml:space="preserve">    (b) regret your errors and change</w:t>
      </w:r>
      <w:r>
        <w:br/>
      </w:r>
      <w:r>
        <w:t xml:space="preserve">    (c) listen to 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word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resettlement</w:t>
      </w:r>
      <w:r>
        <w:rPr>
          <w:b/>
          <w:bCs/>
        </w:rPr>
        <w:t xml:space="preserve"> </w:t>
      </w:r>
      <w:r>
        <w:rPr>
          <w:b/>
          <w:bCs/>
        </w:rPr>
        <w:t xml:space="preserve">took the place of the word</w:t>
      </w:r>
      <w:r>
        <w:rPr>
          <w:b/>
          <w:bCs/>
        </w:rPr>
        <w:t xml:space="preserve"> </w:t>
      </w:r>
      <w:r>
        <w:rPr>
          <w:b/>
          <w:bCs/>
          <w:i/>
          <w:iCs/>
          <w:u w:val="single"/>
        </w:rPr>
        <w:t xml:space="preserve">deportation</w:t>
      </w:r>
      <w:r>
        <w:rPr>
          <w:b/>
          <w:bCs/>
        </w:rPr>
        <w:t xml:space="preserve">.</w:t>
      </w:r>
      <w:r>
        <w:br/>
      </w:r>
      <w:r>
        <w:t xml:space="preserve">    (a) the act of forcing someone to leave a country</w:t>
      </w:r>
      <w:r>
        <w:br/>
      </w:r>
      <w:r>
        <w:t xml:space="preserve">    (b) the act of convicting someone of a crime</w:t>
      </w:r>
      <w:r>
        <w:br/>
      </w:r>
      <w:r>
        <w:t xml:space="preserve">    (c) the act of taking someone's license away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talked enough and stole enough and sold enough to buy a steamship ticket, and I joined the multitudes going to America.</w:t>
      </w:r>
      <w:r>
        <w:br/>
      </w: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immigration</w:t>
      </w:r>
      <w:r>
        <w:rPr>
          <w:b/>
          <w:bCs/>
        </w:rPr>
        <w:t xml:space="preserve"> </w:t>
      </w:r>
      <w:r>
        <w:rPr>
          <w:b/>
          <w:bCs/>
        </w:rPr>
        <w:t xml:space="preserve">officer said, “What is your name?”</w:t>
      </w:r>
      <w:r>
        <w:br/>
      </w:r>
      <w:r>
        <w:t xml:space="preserve">    (a) (describing the officer as responsible for) interviewing people accused of stealing</w:t>
      </w:r>
      <w:r>
        <w:br/>
      </w:r>
      <w:r>
        <w:t xml:space="preserve">    (b) (describing the officer as responsible for) admitting people onto a large ship</w:t>
      </w:r>
      <w:r>
        <w:br/>
      </w:r>
      <w:r>
        <w:t xml:space="preserve">    (c) (describing the officer as responsible for) movement of people who come to live in a new country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2026-07-31T16:53:05Z</dcterms:created>
  <dcterms:modified xsi:type="dcterms:W3CDTF">2026-07-31T16:53:05Z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