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b9f24580cd42c55ac206deaa4c6c9f9d6089e3"/>
    <w:p>
      <w:pPr>
        <w:pStyle w:val="Heading1"/>
      </w:pPr>
      <w:r>
        <w:rPr>
          <w:b/>
          <w:bCs/>
        </w:rPr>
        <w:t xml:space="preserve">Midnight in the Garden of Good and Evil</w:t>
      </w:r>
      <w:r>
        <w:br/>
      </w:r>
      <w:r>
        <w:rPr>
          <w:i/>
          <w:iCs/>
        </w:rPr>
        <w:t xml:space="preserve">John Berendt</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One of them was Armstrong House, a monumental Italian</w:t>
      </w:r>
      <w:r>
        <w:rPr>
          <w:b/>
          <w:bCs/>
        </w:rPr>
        <w:t xml:space="preserve"> </w:t>
      </w:r>
      <w:r>
        <w:rPr>
          <w:b/>
          <w:bCs/>
          <w:u w:val="single"/>
        </w:rPr>
        <w:t xml:space="preserve">Renaissance</w:t>
      </w:r>
      <w:r>
        <w:rPr>
          <w:b/>
          <w:bCs/>
        </w:rPr>
        <w:t xml:space="preserve"> </w:t>
      </w:r>
      <w:r>
        <w:rPr>
          <w:b/>
          <w:bCs/>
        </w:rPr>
        <w:t xml:space="preserve">palazzo directly across Bull Street from the staid Oglethorpe Club.</w:t>
      </w:r>
      <w:r>
        <w:br/>
      </w:r>
      <w:r>
        <w:t xml:space="preserve">    (a) a period of European history in which major efforts to reform the Catholic Church led to major protestant denominations (16th century)</w:t>
      </w:r>
      <w:r>
        <w:br/>
      </w:r>
      <w:r>
        <w:t xml:space="preserve">    (b) 18th century period that further advanced the use of reason in Western civilization</w:t>
      </w:r>
      <w:r>
        <w:br/>
      </w:r>
      <w:r>
        <w:t xml:space="preserve">    (c) a period of European history known for a revival of intellectual and artistic achievement (14th through mid-17th centuries)</w:t>
      </w:r>
    </w:p>
    <w:p>
      <w:pPr>
        <w:pStyle w:val="Compact"/>
        <w:numPr>
          <w:ilvl w:val="0"/>
          <w:numId w:val="1001"/>
        </w:numPr>
      </w:pPr>
      <w:r>
        <w:rPr>
          <w:b/>
          <w:bCs/>
        </w:rPr>
        <w:t xml:space="preserve">Danny was agitated that time because his best friend had made a</w:t>
      </w:r>
      <w:r>
        <w:rPr>
          <w:b/>
          <w:bCs/>
        </w:rPr>
        <w:t xml:space="preserve"> </w:t>
      </w:r>
      <w:r>
        <w:rPr>
          <w:b/>
          <w:bCs/>
          <w:u w:val="single"/>
        </w:rPr>
        <w:t xml:space="preserve">disparaging</w:t>
      </w:r>
      <w:r>
        <w:rPr>
          <w:b/>
          <w:bCs/>
        </w:rPr>
        <w:t xml:space="preserve"> </w:t>
      </w:r>
      <w:r>
        <w:rPr>
          <w:b/>
          <w:bCs/>
        </w:rPr>
        <w:t xml:space="preserve">remark about his car, and his girlfriend had refused to marry him.</w:t>
      </w:r>
      <w:r>
        <w:br/>
      </w:r>
      <w:r>
        <w:t xml:space="preserve">    (a) moving into position to work; or starting</w:t>
      </w:r>
      <w:r>
        <w:br/>
      </w:r>
      <w:r>
        <w:t xml:space="preserve">    (b) controlling (how something will turn out)</w:t>
      </w:r>
      <w:r>
        <w:br/>
      </w:r>
      <w:r>
        <w:t xml:space="preserve">    (c) criticizing or making seem less important</w:t>
      </w:r>
    </w:p>
    <w:p>
      <w:pPr>
        <w:pStyle w:val="Compact"/>
        <w:numPr>
          <w:ilvl w:val="0"/>
          <w:numId w:val="1001"/>
        </w:numPr>
      </w:pPr>
      <w:r>
        <w:rPr>
          <w:b/>
          <w:bCs/>
        </w:rPr>
        <w:t xml:space="preserve">Tensions rose, but peace</w:t>
      </w:r>
      <w:r>
        <w:rPr>
          <w:b/>
          <w:bCs/>
        </w:rPr>
        <w:t xml:space="preserve"> </w:t>
      </w:r>
      <w:r>
        <w:rPr>
          <w:b/>
          <w:bCs/>
          <w:u w:val="single"/>
        </w:rPr>
        <w:t xml:space="preserve">prevailed</w:t>
      </w:r>
      <w:r>
        <w:rPr>
          <w:b/>
          <w:bCs/>
        </w:rPr>
        <w:t xml:space="preserve">, largely because of the tireless efforts of a forward-thinking mayor, Malcolm Maclean, and a nonviolent strategy adopted by black leaders, notably W. W. Law, the head of the local branch of the NAACP.</w:t>
      </w:r>
      <w:r>
        <w:br/>
      </w:r>
      <w:r>
        <w:t xml:space="preserve">    (a) won (was accepted)</w:t>
      </w:r>
      <w:r>
        <w:br/>
      </w:r>
      <w:r>
        <w:t xml:space="preserve">    (b) influenced or effected</w:t>
      </w:r>
      <w:r>
        <w:br/>
      </w:r>
      <w:r>
        <w:t xml:space="preserve">    (c) not roughly calculated</w:t>
      </w:r>
    </w:p>
    <w:p>
      <w:pPr>
        <w:pStyle w:val="Compact"/>
        <w:numPr>
          <w:ilvl w:val="0"/>
          <w:numId w:val="1001"/>
        </w:numPr>
      </w:pPr>
      <w:r>
        <w:rPr>
          <w:b/>
          <w:bCs/>
        </w:rPr>
        <w:t xml:space="preserve">The</w:t>
      </w:r>
      <w:r>
        <w:rPr>
          <w:b/>
          <w:bCs/>
        </w:rPr>
        <w:t xml:space="preserve"> </w:t>
      </w:r>
      <w:r>
        <w:rPr>
          <w:b/>
          <w:bCs/>
          <w:u w:val="single"/>
        </w:rPr>
        <w:t xml:space="preserve">prevailing</w:t>
      </w:r>
      <w:r>
        <w:rPr>
          <w:b/>
          <w:bCs/>
        </w:rPr>
        <w:t xml:space="preserve"> </w:t>
      </w:r>
      <w:r>
        <w:rPr>
          <w:b/>
          <w:bCs/>
        </w:rPr>
        <w:t xml:space="preserve">opinion in the corridors of the courthouse was that Bobby Lee Cook had raised just enough doubt about the state's case to enable jurors to vote "not guilty" in good conscience.</w:t>
      </w:r>
      <w:r>
        <w:br/>
      </w:r>
      <w:r>
        <w:t xml:space="preserve">    (a) strongly desiring; or a strong desire</w:t>
      </w:r>
      <w:r>
        <w:br/>
      </w:r>
      <w:r>
        <w:t xml:space="preserve">    (b) changing to fit a different situation</w:t>
      </w:r>
      <w:r>
        <w:br/>
      </w:r>
      <w:r>
        <w:t xml:space="preserve">    (c) most common</w:t>
      </w:r>
    </w:p>
    <w:p>
      <w:pPr>
        <w:pStyle w:val="Compact"/>
        <w:numPr>
          <w:ilvl w:val="0"/>
          <w:numId w:val="1001"/>
        </w:numPr>
      </w:pPr>
      <w:r>
        <w:rPr>
          <w:b/>
          <w:bCs/>
        </w:rPr>
        <w:t xml:space="preserve">The effort of getting dressed</w:t>
      </w:r>
      <w:r>
        <w:rPr>
          <w:b/>
          <w:bCs/>
        </w:rPr>
        <w:t xml:space="preserve"> </w:t>
      </w:r>
      <w:r>
        <w:rPr>
          <w:b/>
          <w:bCs/>
          <w:u w:val="single"/>
        </w:rPr>
        <w:t xml:space="preserve">warranted</w:t>
      </w:r>
      <w:r>
        <w:rPr>
          <w:b/>
          <w:bCs/>
        </w:rPr>
        <w:t xml:space="preserve"> </w:t>
      </w:r>
      <w:r>
        <w:rPr>
          <w:b/>
          <w:bCs/>
        </w:rPr>
        <w:t xml:space="preserve">nothing less than a Grand Tour, she felt.</w:t>
      </w:r>
      <w:r>
        <w:br/>
      </w:r>
      <w:r>
        <w:t xml:space="preserve">    (a) connected</w:t>
      </w:r>
      <w:r>
        <w:br/>
      </w:r>
      <w:r>
        <w:t xml:space="preserve">    (b) justified or deserved</w:t>
      </w:r>
      <w:r>
        <w:br/>
      </w:r>
      <w:r>
        <w:t xml:space="preserve">    (c) disagreed</w:t>
      </w:r>
    </w:p>
    <w:p>
      <w:pPr>
        <w:pStyle w:val="Compact"/>
        <w:numPr>
          <w:ilvl w:val="0"/>
          <w:numId w:val="1001"/>
        </w:numPr>
      </w:pPr>
      <w:r>
        <w:rPr>
          <w:b/>
          <w:bCs/>
        </w:rPr>
        <w:t xml:space="preserve">It dawned on him that the sheriff would soon be arriving with a</w:t>
      </w:r>
      <w:r>
        <w:rPr>
          <w:b/>
          <w:bCs/>
        </w:rPr>
        <w:t xml:space="preserve"> </w:t>
      </w:r>
      <w:r>
        <w:rPr>
          <w:b/>
          <w:bCs/>
          <w:u w:val="single"/>
        </w:rPr>
        <w:t xml:space="preserve">warrant</w:t>
      </w:r>
      <w:r>
        <w:rPr>
          <w:b/>
          <w:bCs/>
        </w:rPr>
        <w:t xml:space="preserve"> </w:t>
      </w:r>
      <w:r>
        <w:rPr>
          <w:b/>
          <w:bCs/>
        </w:rPr>
        <w:t xml:space="preserve">for his arrest, so he pulled on a shirt and a pair of pants, climbed out a rear window, jumped into his van, and headed south on 1-95.</w:t>
      </w:r>
      <w:r>
        <w:br/>
      </w:r>
      <w:r>
        <w:t xml:space="preserve">    (a) the majority denomination of Islam (almost 90%)</w:t>
      </w:r>
      <w:r>
        <w:br/>
      </w:r>
      <w:r>
        <w:t xml:space="preserve">    (b) document authorizing arrest</w:t>
      </w:r>
      <w:r>
        <w:br/>
      </w:r>
      <w:r>
        <w:t xml:space="preserve">    (c) opinion of what is good and bad about something</w:t>
      </w:r>
    </w:p>
    <w:p>
      <w:pPr>
        <w:pStyle w:val="Compact"/>
        <w:numPr>
          <w:ilvl w:val="0"/>
          <w:numId w:val="1001"/>
        </w:numPr>
      </w:pPr>
      <w:r>
        <w:rPr>
          <w:b/>
          <w:bCs/>
        </w:rPr>
        <w:t xml:space="preserve">She plucked a cigarette from the pack in Joe's shirt pocket, kissed him on the forehead, whispered, "Draw up the damn divorce papers!" and then skipped back into the kitchen, where Jerry</w:t>
      </w:r>
      <w:r>
        <w:rPr>
          <w:b/>
          <w:bCs/>
        </w:rPr>
        <w:t xml:space="preserve"> </w:t>
      </w:r>
      <w:r>
        <w:rPr>
          <w:b/>
          <w:bCs/>
          <w:u w:val="single"/>
        </w:rPr>
        <w:t xml:space="preserve">resumed</w:t>
      </w:r>
      <w:r>
        <w:rPr>
          <w:b/>
          <w:bCs/>
        </w:rPr>
        <w:t xml:space="preserve"> </w:t>
      </w:r>
      <w:r>
        <w:rPr>
          <w:b/>
          <w:bCs/>
        </w:rPr>
        <w:t xml:space="preserve">cutting her hair.</w:t>
      </w:r>
      <w:r>
        <w:br/>
      </w:r>
      <w:r>
        <w:t xml:space="preserve">    (a) briefly saw</w:t>
      </w:r>
      <w:r>
        <w:br/>
      </w:r>
      <w:r>
        <w:t xml:space="preserve">    (b) hired again</w:t>
      </w:r>
      <w:r>
        <w:br/>
      </w:r>
      <w:r>
        <w:t xml:space="preserve">    (c) began again</w:t>
      </w:r>
    </w:p>
    <w:p>
      <w:pPr>
        <w:pStyle w:val="Compact"/>
        <w:numPr>
          <w:ilvl w:val="0"/>
          <w:numId w:val="1001"/>
        </w:numPr>
      </w:pPr>
      <w:r>
        <w:rPr>
          <w:b/>
          <w:bCs/>
        </w:rPr>
        <w:t xml:space="preserve">I guess he didn't put the bank job on his</w:t>
      </w:r>
      <w:r>
        <w:rPr>
          <w:b/>
          <w:bCs/>
        </w:rPr>
        <w:t xml:space="preserve"> </w:t>
      </w:r>
      <w:r>
        <w:rPr>
          <w:b/>
          <w:bCs/>
          <w:u w:val="single"/>
        </w:rPr>
        <w:t xml:space="preserve">résumé</w:t>
      </w:r>
      <w:r>
        <w:rPr>
          <w:b/>
          <w:bCs/>
        </w:rPr>
        <w:t xml:space="preserve">.</w:t>
      </w:r>
      <w:r>
        <w:br/>
      </w:r>
      <w:r>
        <w:t xml:space="preserve">    (a) characterized by having multiple purposes</w:t>
      </w:r>
      <w:r>
        <w:br/>
      </w:r>
      <w:r>
        <w:t xml:space="preserve">    (b) a written, brief summary of a person's qualifications to do something</w:t>
      </w:r>
      <w:r>
        <w:br/>
      </w:r>
      <w:r>
        <w:t xml:space="preserve">    (c) ability to accept as true (without proof)</w:t>
      </w:r>
    </w:p>
    <w:p>
      <w:pPr>
        <w:pStyle w:val="Compact"/>
        <w:numPr>
          <w:ilvl w:val="0"/>
          <w:numId w:val="1001"/>
        </w:numPr>
      </w:pPr>
      <w:r>
        <w:rPr>
          <w:b/>
          <w:bCs/>
        </w:rPr>
        <w:t xml:space="preserve">Five days before the hearing was to take place, Lawton went before the Chatham County</w:t>
      </w:r>
      <w:r>
        <w:rPr>
          <w:b/>
          <w:bCs/>
        </w:rPr>
        <w:t xml:space="preserve"> </w:t>
      </w:r>
      <w:r>
        <w:rPr>
          <w:b/>
          <w:bCs/>
          <w:u w:val="single"/>
        </w:rPr>
        <w:t xml:space="preserve">grand jury</w:t>
      </w:r>
      <w:r>
        <w:rPr>
          <w:b/>
          <w:bCs/>
        </w:rPr>
        <w:t xml:space="preserve"> </w:t>
      </w:r>
      <w:r>
        <w:rPr>
          <w:b/>
          <w:bCs/>
        </w:rPr>
        <w:t xml:space="preserve">and presented his evidence in secret session.</w:t>
      </w:r>
      <w:r>
        <w:br/>
      </w:r>
      <w:r>
        <w:t xml:space="preserve">    (a) a group of citizens who decide whether there is enough evidence to formally accuse someone of a crime</w:t>
      </w:r>
      <w:r>
        <w:br/>
      </w:r>
      <w:r>
        <w:t xml:space="preserve">    (b) people who deny equal rights to others or make them suffer  OR  people who dominate others harshly and unfairly</w:t>
      </w:r>
      <w:r>
        <w:br/>
      </w:r>
      <w:r>
        <w:t xml:space="preserve">    (c) members of a board that oversee the affairs of a corporation or other institution; or supervisors (people in charge)</w:t>
      </w:r>
    </w:p>
    <w:p>
      <w:pPr>
        <w:pStyle w:val="Compact"/>
        <w:numPr>
          <w:ilvl w:val="0"/>
          <w:numId w:val="1001"/>
        </w:numPr>
      </w:pPr>
      <w:r>
        <w:rPr>
          <w:b/>
          <w:bCs/>
        </w:rPr>
        <w:t xml:space="preserve">They would learn, said Cook, that Danny Hansford was "a violent and</w:t>
      </w:r>
      <w:r>
        <w:rPr>
          <w:b/>
          <w:bCs/>
        </w:rPr>
        <w:t xml:space="preserve"> </w:t>
      </w:r>
      <w:r>
        <w:rPr>
          <w:b/>
          <w:bCs/>
          <w:u w:val="single"/>
        </w:rPr>
        <w:t xml:space="preserve">tempestuous</w:t>
      </w:r>
      <w:r>
        <w:rPr>
          <w:b/>
          <w:bCs/>
        </w:rPr>
        <w:t xml:space="preserve"> </w:t>
      </w:r>
      <w:r>
        <w:rPr>
          <w:b/>
          <w:bCs/>
        </w:rPr>
        <w:t xml:space="preserve">character" and that he was the aggressor in this case.</w:t>
      </w:r>
      <w:r>
        <w:br/>
      </w:r>
      <w:r>
        <w:t xml:space="preserve">    (a) the state or degree of being pessimistic or disagreeable</w:t>
      </w:r>
      <w:r>
        <w:br/>
      </w:r>
      <w:r>
        <w:t xml:space="preserve">    (b) relating to logical examination to improve understanding</w:t>
      </w:r>
      <w:r>
        <w:br/>
      </w:r>
      <w:r>
        <w:t xml:space="preserve">    (c) strongly turbulent -- as of a storm or unstable emotions</w:t>
      </w:r>
    </w:p>
    <w:p>
      <w:pPr>
        <w:pStyle w:val="Compact"/>
        <w:numPr>
          <w:ilvl w:val="0"/>
          <w:numId w:val="1001"/>
        </w:numPr>
      </w:pPr>
      <w:r>
        <w:rPr>
          <w:b/>
          <w:bCs/>
        </w:rPr>
        <w:t xml:space="preserve">So I thought a minute and I said, 'How about if your mother is not in the courtroom when you</w:t>
      </w:r>
      <w:r>
        <w:rPr>
          <w:b/>
          <w:bCs/>
        </w:rPr>
        <w:t xml:space="preserve"> </w:t>
      </w:r>
      <w:r>
        <w:rPr>
          <w:b/>
          <w:bCs/>
          <w:u w:val="single"/>
        </w:rPr>
        <w:t xml:space="preserve">testify</w:t>
      </w:r>
      <w:r>
        <w:rPr>
          <w:b/>
          <w:bCs/>
        </w:rPr>
        <w:t xml:space="preserve">?</w:t>
      </w:r>
      <w:r>
        <w:br/>
      </w:r>
      <w:r>
        <w:t xml:space="preserve">    (a) provide evidence of something -- especially oral evidence in court</w:t>
      </w:r>
      <w:r>
        <w:br/>
      </w:r>
      <w:r>
        <w:t xml:space="preserve">    (b) to show something -- such as to demonstrate, express, or represent</w:t>
      </w:r>
      <w:r>
        <w:br/>
      </w:r>
      <w:r>
        <w:t xml:space="preserve">    (c) to encourage growth or excitement, or to cause something to happen</w:t>
      </w:r>
    </w:p>
    <w:p>
      <w:pPr>
        <w:pStyle w:val="Compact"/>
        <w:numPr>
          <w:ilvl w:val="0"/>
          <w:numId w:val="1001"/>
        </w:numPr>
      </w:pPr>
      <w:r>
        <w:rPr>
          <w:b/>
          <w:bCs/>
        </w:rPr>
        <w:t xml:space="preserve">Williams's choice of words may not have been what Seiler had hoped for, but his frankness has made it unnecessary for Lawton to call Hansford's two friends in</w:t>
      </w:r>
      <w:r>
        <w:rPr>
          <w:b/>
          <w:bCs/>
        </w:rPr>
        <w:t xml:space="preserve"> </w:t>
      </w:r>
      <w:r>
        <w:rPr>
          <w:b/>
          <w:bCs/>
          <w:u w:val="single"/>
        </w:rPr>
        <w:t xml:space="preserve">rebuttal</w:t>
      </w:r>
      <w:r>
        <w:rPr>
          <w:b/>
          <w:bCs/>
        </w:rPr>
        <w:t xml:space="preserve">.</w:t>
      </w:r>
      <w:r>
        <w:br/>
      </w:r>
      <w:r>
        <w:t xml:space="preserve">    (a) sympathy created from another's pain</w:t>
      </w:r>
      <w:r>
        <w:br/>
      </w:r>
      <w:r>
        <w:t xml:space="preserve">    (b) demonstration of concern</w:t>
      </w:r>
      <w:r>
        <w:br/>
      </w:r>
      <w:r>
        <w:t xml:space="preserve">    (c) argument against (something)</w:t>
      </w:r>
    </w:p>
    <w:p>
      <w:pPr>
        <w:pStyle w:val="Compact"/>
        <w:numPr>
          <w:ilvl w:val="0"/>
          <w:numId w:val="1001"/>
        </w:numPr>
      </w:pPr>
      <w:r>
        <w:rPr>
          <w:b/>
          <w:bCs/>
        </w:rPr>
        <w:t xml:space="preserve">The other had a string of</w:t>
      </w:r>
      <w:r>
        <w:rPr>
          <w:b/>
          <w:bCs/>
        </w:rPr>
        <w:t xml:space="preserve"> </w:t>
      </w:r>
      <w:r>
        <w:rPr>
          <w:b/>
          <w:bCs/>
          <w:u w:val="single"/>
        </w:rPr>
        <w:t xml:space="preserve">convictions</w:t>
      </w:r>
      <w:r>
        <w:rPr>
          <w:b/>
          <w:bCs/>
        </w:rPr>
        <w:t xml:space="preserve"> </w:t>
      </w:r>
      <w:r>
        <w:rPr>
          <w:b/>
          <w:bCs/>
        </w:rPr>
        <w:t xml:space="preserve">and was currently being held at the Chatham County Jail on auto-theft charges.</w:t>
      </w:r>
      <w:r>
        <w:br/>
      </w:r>
      <w:r>
        <w:t xml:space="preserve">    (a) calculates or judges too low</w:t>
      </w:r>
      <w:r>
        <w:br/>
      </w:r>
      <w:r>
        <w:t xml:space="preserve">    (b) a strong, firmly held belief</w:t>
      </w:r>
      <w:r>
        <w:br/>
      </w:r>
      <w:r>
        <w:t xml:space="preserve">    (c) not working or not operating</w:t>
      </w:r>
    </w:p>
    <w:p>
      <w:pPr>
        <w:pStyle w:val="Compact"/>
        <w:numPr>
          <w:ilvl w:val="0"/>
          <w:numId w:val="1001"/>
        </w:numPr>
      </w:pPr>
      <w:r>
        <w:rPr>
          <w:b/>
          <w:bCs/>
        </w:rPr>
        <w:t xml:space="preserve">In addition to the gunshot-residue problem, Seiler was becoming concerned about Williams's</w:t>
      </w:r>
      <w:r>
        <w:rPr>
          <w:b/>
          <w:bCs/>
        </w:rPr>
        <w:t xml:space="preserve"> </w:t>
      </w:r>
      <w:r>
        <w:rPr>
          <w:b/>
          <w:bCs/>
          <w:u w:val="single"/>
        </w:rPr>
        <w:t xml:space="preserve">testimony</w:t>
      </w:r>
      <w:r>
        <w:rPr>
          <w:b/>
          <w:bCs/>
        </w:rPr>
        <w:t xml:space="preserve">.</w:t>
      </w:r>
      <w:r>
        <w:br/>
      </w:r>
      <w:r>
        <w:t xml:space="preserve">    (a) something that serves as evidence -- especially a statement at a trial or hearing</w:t>
      </w:r>
      <w:r>
        <w:br/>
      </w:r>
      <w:r>
        <w:t xml:space="preserve">    (b) an organ attached to the wall of the uterus to nourish the fetus during pregnancy</w:t>
      </w:r>
      <w:r>
        <w:br/>
      </w:r>
      <w:r>
        <w:t xml:space="preserve">    (c) an atom that has acquired an electrical charge by the loss or gain of an electron</w:t>
      </w:r>
    </w:p>
    <w:p>
      <w:pPr>
        <w:pStyle w:val="Compact"/>
        <w:numPr>
          <w:ilvl w:val="0"/>
          <w:numId w:val="1001"/>
        </w:numPr>
      </w:pPr>
      <w:r>
        <w:rPr>
          <w:b/>
          <w:bCs/>
        </w:rPr>
        <w:t xml:space="preserve">"This is a purely</w:t>
      </w:r>
      <w:r>
        <w:rPr>
          <w:b/>
          <w:bCs/>
        </w:rPr>
        <w:t xml:space="preserve"> </w:t>
      </w:r>
      <w:r>
        <w:rPr>
          <w:b/>
          <w:bCs/>
          <w:u w:val="single"/>
        </w:rPr>
        <w:t xml:space="preserve">hypothetical</w:t>
      </w:r>
      <w:r>
        <w:rPr>
          <w:b/>
          <w:bCs/>
        </w:rPr>
        <w:t xml:space="preserve"> </w:t>
      </w:r>
      <w:r>
        <w:rPr>
          <w:b/>
          <w:bCs/>
        </w:rPr>
        <w:t xml:space="preserve">question," I said.</w:t>
      </w:r>
      <w:r>
        <w:br/>
      </w:r>
      <w:r>
        <w:t xml:space="preserve">    (a) nervousness or discomfort felt by someone due to concern about what others will think of them</w:t>
      </w:r>
      <w:r>
        <w:br/>
      </w:r>
      <w:r>
        <w:t xml:space="preserve">    (b) imagined (not a real situation)</w:t>
      </w:r>
      <w:r>
        <w:br/>
      </w:r>
      <w:r>
        <w:t xml:space="preserve">    (c) relating to the threadlike structures in the cell nucleus that carry genes in a linear order</w:t>
      </w:r>
    </w:p>
    <w:p>
      <w:pPr>
        <w:pStyle w:val="Compact"/>
        <w:numPr>
          <w:ilvl w:val="0"/>
          <w:numId w:val="1001"/>
        </w:numPr>
      </w:pPr>
      <w:r>
        <w:rPr>
          <w:b/>
          <w:bCs/>
        </w:rPr>
        <w:t xml:space="preserve">"Oh, that's right," said Joe, "we were speaking</w:t>
      </w:r>
      <w:r>
        <w:rPr>
          <w:b/>
          <w:bCs/>
        </w:rPr>
        <w:t xml:space="preserve"> </w:t>
      </w:r>
      <w:r>
        <w:rPr>
          <w:b/>
          <w:bCs/>
          <w:u w:val="single"/>
        </w:rPr>
        <w:t xml:space="preserve">hypothetically</w:t>
      </w:r>
      <w:r>
        <w:rPr>
          <w:b/>
          <w:bCs/>
        </w:rPr>
        <w:t xml:space="preserve">, weren't we?"</w:t>
      </w:r>
      <w:r>
        <w:br/>
      </w:r>
      <w:r>
        <w:t xml:space="preserve">    (a) based on an imagined situation (not a real situation)</w:t>
      </w:r>
      <w:r>
        <w:br/>
      </w:r>
      <w:r>
        <w:t xml:space="preserve">    (b) in a manner that is open to arguments, ideas, or change</w:t>
      </w:r>
      <w:r>
        <w:br/>
      </w:r>
      <w:r>
        <w:t xml:space="preserve">    (c) inadequately (in a manner that does not provide enough)</w:t>
      </w:r>
    </w:p>
    <w:p>
      <w:pPr>
        <w:pStyle w:val="Compact"/>
        <w:numPr>
          <w:ilvl w:val="0"/>
          <w:numId w:val="1001"/>
        </w:numPr>
      </w:pPr>
      <w:r>
        <w:rPr>
          <w:b/>
          <w:bCs/>
        </w:rPr>
        <w:t xml:space="preserve">And in Georgia, a conviction for</w:t>
      </w:r>
      <w:r>
        <w:rPr>
          <w:b/>
          <w:bCs/>
        </w:rPr>
        <w:t xml:space="preserve"> </w:t>
      </w:r>
      <w:r>
        <w:rPr>
          <w:b/>
          <w:bCs/>
          <w:u w:val="single"/>
        </w:rPr>
        <w:t xml:space="preserve">manslaughter</w:t>
      </w:r>
      <w:r>
        <w:rPr>
          <w:b/>
          <w:bCs/>
        </w:rPr>
        <w:t xml:space="preserve"> </w:t>
      </w:r>
      <w:r>
        <w:rPr>
          <w:b/>
          <w:bCs/>
        </w:rPr>
        <w:t xml:space="preserve">usually carries a sentence of five to ten years with two years to serve.</w:t>
      </w:r>
      <w:r>
        <w:br/>
      </w:r>
      <w:r>
        <w:t xml:space="preserve">    (a) interacts, interests, or attracts</w:t>
      </w:r>
      <w:r>
        <w:br/>
      </w:r>
      <w:r>
        <w:t xml:space="preserve">    (b) unintentional killing of a person</w:t>
      </w:r>
      <w:r>
        <w:br/>
      </w:r>
      <w:r>
        <w:t xml:space="preserve">    (c) because of a basic rule or belief</w:t>
      </w:r>
    </w:p>
    <w:p>
      <w:pPr>
        <w:pStyle w:val="Compact"/>
        <w:numPr>
          <w:ilvl w:val="0"/>
          <w:numId w:val="1001"/>
        </w:numPr>
      </w:pPr>
      <w:r>
        <w:rPr>
          <w:b/>
          <w:bCs/>
        </w:rPr>
        <w:t xml:space="preserve">After a brief and faltering</w:t>
      </w:r>
      <w:r>
        <w:rPr>
          <w:b/>
          <w:bCs/>
        </w:rPr>
        <w:t xml:space="preserve"> </w:t>
      </w:r>
      <w:r>
        <w:rPr>
          <w:b/>
          <w:bCs/>
          <w:u w:val="single"/>
        </w:rPr>
        <w:t xml:space="preserve">cross-examination</w:t>
      </w:r>
      <w:r>
        <w:rPr>
          <w:b/>
          <w:bCs/>
        </w:rPr>
        <w:t xml:space="preserve"> </w:t>
      </w:r>
      <w:r>
        <w:rPr>
          <w:b/>
          <w:bCs/>
        </w:rPr>
        <w:t xml:space="preserve">by a shaken Spencer Lawton, Marilyn Case stepped down from the stand.</w:t>
      </w:r>
      <w:r>
        <w:br/>
      </w:r>
      <w:r>
        <w:t xml:space="preserve">    (a) careful, detailed questioning—especially in court, where the opposing side questions a witness after the other side has questioned them</w:t>
      </w:r>
      <w:r>
        <w:br/>
      </w:r>
      <w:r>
        <w:t xml:space="preserve">    (b) the result of numerical division (if 8 divided by 4 = 2, then 8 can be described as the dividend, 4 as the divisor, and 2 as the quotient)</w:t>
      </w:r>
      <w:r>
        <w:br/>
      </w:r>
      <w:r>
        <w:t xml:space="preserve">    (c)</w:t>
      </w:r>
      <w:r>
        <w:t xml:space="preserve"> </w:t>
      </w:r>
      <w:r>
        <w:rPr>
          <w:u w:val="single"/>
        </w:rPr>
        <w:t xml:space="preserve">n</w:t>
      </w:r>
      <w:r>
        <w:t xml:space="preserve">on-</w:t>
      </w:r>
      <w:r>
        <w:rPr>
          <w:u w:val="single"/>
        </w:rPr>
        <w:t xml:space="preserve">g</w:t>
      </w:r>
      <w:r>
        <w:t xml:space="preserve">overnmental</w:t>
      </w:r>
      <w:r>
        <w:t xml:space="preserve"> </w:t>
      </w:r>
      <w:r>
        <w:rPr>
          <w:u w:val="single"/>
        </w:rPr>
        <w:t xml:space="preserve">o</w:t>
      </w:r>
      <w:r>
        <w:t xml:space="preserve">rganization (private, non-profit organization working for member goals at the international level)</w:t>
      </w:r>
    </w:p>
    <w:p>
      <w:pPr>
        <w:pStyle w:val="Compact"/>
        <w:numPr>
          <w:ilvl w:val="0"/>
          <w:numId w:val="1001"/>
        </w:numPr>
      </w:pPr>
      <w:r>
        <w:rPr>
          <w:b/>
          <w:bCs/>
        </w:rPr>
        <w:t xml:space="preserve">Seiler had learned from the</w:t>
      </w:r>
      <w:r>
        <w:rPr>
          <w:b/>
          <w:bCs/>
        </w:rPr>
        <w:t xml:space="preserve"> </w:t>
      </w:r>
      <w:r>
        <w:rPr>
          <w:b/>
          <w:bCs/>
          <w:u w:val="single"/>
        </w:rPr>
        <w:t xml:space="preserve">bailiffs</w:t>
      </w:r>
      <w:r>
        <w:rPr>
          <w:b/>
          <w:bCs/>
        </w:rPr>
        <w:t xml:space="preserve">, who were notorious for prying and telling tales, that the jurors were evenly split.</w:t>
      </w:r>
      <w:r>
        <w:br/>
      </w:r>
      <w:r>
        <w:t xml:space="preserve">    (a) history:  Catholics who broke the law by refusing to attend services of the Church of England between the 16th and 18th centuries</w:t>
      </w:r>
      <w:r>
        <w:br/>
      </w:r>
      <w:r>
        <w:t xml:space="preserve">    (b) court officers responsible for keeping order in the court including custody of the jury, and custody of prisoners while in court</w:t>
      </w:r>
      <w:r>
        <w:br/>
      </w:r>
      <w:r>
        <w:t xml:space="preserve">    (c) stable particles that are a component of all atomic nuclei and have positive charge equal to the negative charge of an electron</w:t>
      </w:r>
    </w:p>
    <w:p>
      <w:pPr>
        <w:pStyle w:val="Compact"/>
        <w:numPr>
          <w:ilvl w:val="0"/>
          <w:numId w:val="1001"/>
        </w:numPr>
      </w:pPr>
      <w:r>
        <w:rPr>
          <w:b/>
          <w:bCs/>
        </w:rPr>
        <w:t xml:space="preserve">He concluded by saying that if he had really intended to commit</w:t>
      </w:r>
      <w:r>
        <w:rPr>
          <w:b/>
          <w:bCs/>
        </w:rPr>
        <w:t xml:space="preserve"> </w:t>
      </w:r>
      <w:r>
        <w:rPr>
          <w:b/>
          <w:bCs/>
          <w:u w:val="single"/>
        </w:rPr>
        <w:t xml:space="preserve">forgery</w:t>
      </w:r>
      <w:r>
        <w:rPr>
          <w:b/>
          <w:bCs/>
        </w:rPr>
        <w:t xml:space="preserve">, he would have taken more than $1,193.42.</w:t>
      </w:r>
      <w:r>
        <w:br/>
      </w:r>
      <w:r>
        <w:t xml:space="preserve">    (a) a compound consisting of large molecules made up of a linked series of repeated smaller molecules</w:t>
      </w:r>
      <w:r>
        <w:br/>
      </w:r>
      <w:r>
        <w:t xml:space="preserve">    (b) any of the Scandinavian people who raided the coasts of Europe from the 8th to the 11th centuries</w:t>
      </w:r>
      <w:r>
        <w:br/>
      </w:r>
      <w:r>
        <w:t xml:space="preserve">    (c) something that is represented as real even though it is a fake; or the making of such a fake item</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2026-07-31T20:25:22Z</dcterms:created>
  <dcterms:modified xsi:type="dcterms:W3CDTF">2026-07-31T20:25:22Z</dcterms:modified>
</cp:coreProperties>
</file>

<file path=docProps/custom.xml><?xml version="1.0" encoding="utf-8"?>
<Properties xmlns="http://schemas.openxmlformats.org/officeDocument/2006/custom-properties" xmlns:vt="http://schemas.openxmlformats.org/officeDocument/2006/docPropsVTypes"/>
</file>