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c8ed3ffe09818f4e841a3057ff039f3075a526"/>
    <w:p>
      <w:pPr>
        <w:pStyle w:val="Heading1"/>
      </w:pPr>
      <w:r>
        <w:rPr>
          <w:b/>
          <w:bCs/>
        </w:rPr>
        <w:t xml:space="preserve">Midnight Ride of Paul Revere</w:t>
      </w:r>
      <w:r>
        <w:br/>
      </w:r>
      <w:r>
        <w:rPr>
          <w:i/>
          <w:iCs/>
        </w:rPr>
        <w:t xml:space="preserve">Henry Wadsworth Longfellow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Beneath, in the churchyard, lay the dead,</w:t>
      </w:r>
      <w:r>
        <w:br/>
      </w:r>
      <w:r>
        <w:rPr>
          <w:b/>
          <w:bCs/>
        </w:rPr>
        <w:t xml:space="preserve">In their night-encampment on the hill,</w:t>
      </w:r>
      <w:r>
        <w:br/>
      </w:r>
      <w:r>
        <w:rPr>
          <w:b/>
          <w:bCs/>
        </w:rPr>
        <w:t xml:space="preserve">Wrapped in silence so deep and still</w:t>
      </w:r>
      <w:r>
        <w:br/>
      </w:r>
      <w:r>
        <w:rPr>
          <w:b/>
          <w:bCs/>
        </w:rPr>
        <w:t xml:space="preserve">That he could hear, like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sentinel</w:t>
      </w:r>
      <w:r>
        <w:rPr>
          <w:b/>
          <w:bCs/>
        </w:rPr>
        <w:t xml:space="preserve">'s tread,</w:t>
      </w:r>
      <w:r>
        <w:br/>
      </w:r>
      <w:r>
        <w:rPr>
          <w:b/>
          <w:bCs/>
        </w:rPr>
        <w:t xml:space="preserve">The watchful night-wind, as it went</w:t>
      </w:r>
      <w:r>
        <w:br/>
      </w:r>
      <w:r>
        <w:rPr>
          <w:b/>
          <w:bCs/>
        </w:rPr>
        <w:t xml:space="preserve">Creeping along from tent to tent,</w:t>
      </w:r>
      <w:r>
        <w:br/>
      </w:r>
      <w:r>
        <w:rPr>
          <w:b/>
          <w:bCs/>
        </w:rPr>
        <w:t xml:space="preserve">And seeming to whisper, "All is well!"</w:t>
      </w:r>
      <w:r>
        <w:br/>
      </w:r>
      <w:r>
        <w:t xml:space="preserve">    (a) make one's home in; or live in; or stay (in a place)</w:t>
      </w:r>
      <w:r>
        <w:br/>
      </w:r>
      <w:r>
        <w:t xml:space="preserve">    (b) to concentrate, look at; or the act of concentration</w:t>
      </w:r>
      <w:r>
        <w:br/>
      </w:r>
      <w:r>
        <w:t xml:space="preserve">    (c) a person who stands guard or looks out for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he patted his horse's side,</w:t>
      </w:r>
      <w:r>
        <w:br/>
      </w:r>
      <w:r>
        <w:rPr>
          <w:b/>
          <w:bCs/>
        </w:rPr>
        <w:t xml:space="preserve">Now gazed at the landscape far and near,</w:t>
      </w:r>
      <w:r>
        <w:br/>
      </w:r>
      <w:r>
        <w:rPr>
          <w:b/>
          <w:bCs/>
        </w:rPr>
        <w:t xml:space="preserve">Then,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, stamped the earth,</w:t>
      </w:r>
      <w:r>
        <w:br/>
      </w:r>
      <w:r>
        <w:rPr>
          <w:b/>
          <w:bCs/>
        </w:rPr>
        <w:t xml:space="preserve">And turned and tightened his saddle girth;</w:t>
      </w:r>
      <w:r>
        <w:br/>
      </w:r>
      <w:r>
        <w:rPr>
          <w:b/>
          <w:bCs/>
        </w:rPr>
        <w:t xml:space="preserve">But mostly he watched with eager search</w:t>
      </w:r>
      <w:r>
        <w:br/>
      </w:r>
      <w:r>
        <w:rPr>
          <w:b/>
          <w:bCs/>
        </w:rPr>
        <w:t xml:space="preserve">The belfry-tower of the Old North Church,</w:t>
      </w:r>
      <w:r>
        <w:br/>
      </w:r>
      <w:r>
        <w:rPr>
          <w:b/>
          <w:bCs/>
        </w:rPr>
        <w:t xml:space="preserve">As it rose above the graves on the hill,</w:t>
      </w:r>
      <w:r>
        <w:br/>
      </w:r>
      <w:r>
        <w:rPr>
          <w:b/>
          <w:bCs/>
        </w:rPr>
        <w:t xml:space="preserve">Lonely and spectral and sombre and still.</w:t>
      </w:r>
      <w:r>
        <w:br/>
      </w:r>
      <w:r>
        <w:t xml:space="preserve">    (a) most important; or person that is most important</w:t>
      </w:r>
      <w:r>
        <w:br/>
      </w:r>
      <w:r>
        <w:t xml:space="preserve">    (b) impulsive (acting suddenly without much thought)</w:t>
      </w:r>
      <w:r>
        <w:br/>
      </w:r>
      <w:r>
        <w:t xml:space="preserve">    (c) tending to have exceedingly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springs to the saddle, the bridle he turns,</w:t>
      </w:r>
      <w:r>
        <w:br/>
      </w:r>
      <w:r>
        <w:rPr>
          <w:b/>
          <w:bCs/>
        </w:rPr>
        <w:t xml:space="preserve">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lingers</w:t>
      </w:r>
      <w:r>
        <w:rPr>
          <w:b/>
          <w:bCs/>
        </w:rPr>
        <w:t xml:space="preserve"> </w:t>
      </w:r>
      <w:r>
        <w:rPr>
          <w:b/>
          <w:bCs/>
        </w:rPr>
        <w:t xml:space="preserve">and gazes, till full on his sight</w:t>
      </w:r>
      <w:r>
        <w:br/>
      </w:r>
      <w:r>
        <w:rPr>
          <w:b/>
          <w:bCs/>
        </w:rPr>
        <w:t xml:space="preserve">A second lamp in the belfry burns!</w:t>
      </w:r>
      <w:r>
        <w:br/>
      </w:r>
      <w:r>
        <w:t xml:space="preserve">    (a) people of the second most populous denomination of Islam (over 10%)</w:t>
      </w:r>
      <w:r>
        <w:br/>
      </w:r>
      <w:r>
        <w:t xml:space="preserve">    (b) to remain in a place or situation longer than necessary or expected</w:t>
      </w:r>
      <w:r>
        <w:br/>
      </w:r>
      <w:r>
        <w:t xml:space="preserve">    (c) a serious intestinal infection caused by contaminated food or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has left the village and mounted the steep,</w:t>
      </w:r>
      <w:r>
        <w:br/>
      </w:r>
      <w:r>
        <w:rPr>
          <w:b/>
          <w:bCs/>
        </w:rPr>
        <w:t xml:space="preserve">And beneath him,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tranquil</w:t>
      </w:r>
      <w:r>
        <w:rPr>
          <w:b/>
          <w:bCs/>
        </w:rPr>
        <w:t xml:space="preserve"> </w:t>
      </w:r>
      <w:r>
        <w:rPr>
          <w:b/>
          <w:bCs/>
        </w:rPr>
        <w:t xml:space="preserve">and broad and deep,</w:t>
      </w:r>
      <w:r>
        <w:br/>
      </w:r>
      <w:r>
        <w:rPr>
          <w:b/>
          <w:bCs/>
        </w:rPr>
        <w:t xml:space="preserve">Is the Mystic, meeting the ocean tides;</w:t>
      </w:r>
      <w:r>
        <w:br/>
      </w:r>
      <w:r>
        <w:rPr>
          <w:b/>
          <w:bCs/>
        </w:rPr>
        <w:t xml:space="preserve">And under the alders, that skirt its edge,</w:t>
      </w:r>
      <w:r>
        <w:br/>
      </w:r>
      <w:r>
        <w:rPr>
          <w:b/>
          <w:bCs/>
        </w:rPr>
        <w:t xml:space="preserve">Now soft on the sand, now loud on the ledge,</w:t>
      </w:r>
      <w:r>
        <w:br/>
      </w:r>
      <w:r>
        <w:rPr>
          <w:b/>
          <w:bCs/>
        </w:rPr>
        <w:t xml:space="preserve">Is heard the tramp of his steed as he rides.</w:t>
      </w:r>
      <w:r>
        <w:br/>
      </w:r>
      <w:r>
        <w:t xml:space="preserve">    (a) sensible and careful</w:t>
      </w:r>
      <w:r>
        <w:br/>
      </w:r>
      <w:r>
        <w:t xml:space="preserve">    (b) calm and undisturbed</w:t>
      </w:r>
      <w:r>
        <w:br/>
      </w:r>
      <w:r>
        <w:t xml:space="preserve">    (c) sincerity (realness)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saw the gilded weathercock</w:t>
      </w:r>
      <w:r>
        <w:br/>
      </w:r>
      <w:r>
        <w:rPr>
          <w:b/>
          <w:bCs/>
        </w:rPr>
        <w:t xml:space="preserve">Swim in the moonlight as he passed,</w:t>
      </w:r>
      <w:r>
        <w:br/>
      </w:r>
      <w:r>
        <w:rPr>
          <w:b/>
          <w:bCs/>
        </w:rPr>
        <w:t xml:space="preserve">And the meeting-house windows, blank and bare,</w:t>
      </w:r>
      <w:r>
        <w:br/>
      </w:r>
      <w:r>
        <w:rPr>
          <w:b/>
          <w:bCs/>
        </w:rPr>
        <w:t xml:space="preserve">Gaze at him with a spectral glare,</w:t>
      </w:r>
      <w:r>
        <w:br/>
      </w:r>
      <w:r>
        <w:rPr>
          <w:b/>
          <w:bCs/>
        </w:rPr>
        <w:t xml:space="preserve">As if they already stood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aghast</w:t>
      </w:r>
      <w:r>
        <w:br/>
      </w:r>
      <w:r>
        <w:rPr>
          <w:b/>
          <w:bCs/>
        </w:rPr>
        <w:t xml:space="preserve">At the bloody work they would look upon.</w:t>
      </w:r>
      <w:r>
        <w:br/>
      </w:r>
      <w:r>
        <w:t xml:space="preserve">    (a) shocked with feelings of surprise and dismay</w:t>
      </w:r>
      <w:r>
        <w:br/>
      </w:r>
      <w:r>
        <w:t xml:space="preserve">    (b) the quality of lacking exactness or accuracy</w:t>
      </w:r>
      <w:r>
        <w:br/>
      </w:r>
      <w:r>
        <w:t xml:space="preserve">    (c) holds together (connects or unites) or wraps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books you have read,</w:t>
      </w:r>
      <w:r>
        <w:br/>
      </w:r>
      <w:r>
        <w:rPr>
          <w:b/>
          <w:bCs/>
        </w:rPr>
        <w:t xml:space="preserve">How the British Regulars fired and fled, —</w:t>
      </w:r>
      <w:r>
        <w:br/>
      </w:r>
      <w:r>
        <w:rPr>
          <w:b/>
          <w:bCs/>
        </w:rPr>
        <w:t xml:space="preserve">How the farmers gave them ball for ball,</w:t>
      </w:r>
      <w:r>
        <w:br/>
      </w:r>
      <w:r>
        <w:rPr>
          <w:b/>
          <w:bCs/>
        </w:rPr>
        <w:t xml:space="preserve">From behind each fence and farm-yard wall,</w:t>
      </w:r>
      <w:r>
        <w:br/>
      </w:r>
      <w:r>
        <w:rPr>
          <w:b/>
          <w:bCs/>
        </w:rPr>
        <w:t xml:space="preserve">Chasing the red-coats down the lane,</w:t>
      </w:r>
      <w:r>
        <w:br/>
      </w:r>
      <w:r>
        <w:rPr>
          <w:b/>
          <w:bCs/>
        </w:rPr>
        <w:t xml:space="preserve">Then crossing the fields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emerge</w:t>
      </w:r>
      <w:r>
        <w:rPr>
          <w:b/>
          <w:bCs/>
        </w:rPr>
        <w:t xml:space="preserve"> </w:t>
      </w:r>
      <w:r>
        <w:rPr>
          <w:b/>
          <w:bCs/>
        </w:rPr>
        <w:t xml:space="preserve">again</w:t>
      </w:r>
      <w:r>
        <w:br/>
      </w:r>
      <w:r>
        <w:rPr>
          <w:b/>
          <w:bCs/>
        </w:rPr>
        <w:t xml:space="preserve">Under the trees at the turn of the road,</w:t>
      </w:r>
      <w:r>
        <w:br/>
      </w:r>
      <w:r>
        <w:rPr>
          <w:b/>
          <w:bCs/>
        </w:rPr>
        <w:t xml:space="preserve">And only pausing to fire and load.</w:t>
      </w:r>
      <w:r>
        <w:br/>
      </w:r>
      <w:r>
        <w:t xml:space="preserve">    (a) to come out, appear, or become prominent</w:t>
      </w:r>
      <w:r>
        <w:br/>
      </w:r>
      <w:r>
        <w:t xml:space="preserve">    (b) hold together (connect or unite) or wrap</w:t>
      </w:r>
      <w:r>
        <w:br/>
      </w:r>
      <w:r>
        <w:t xml:space="preserve">    (c) the difference between tones of an image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For, borne on the night-wind of the Past,</w:t>
      </w:r>
      <w:r>
        <w:br/>
      </w:r>
      <w:r>
        <w:rPr>
          <w:b/>
          <w:bCs/>
        </w:rPr>
        <w:t xml:space="preserve">Through all our history, to the last,</w:t>
      </w:r>
      <w:r>
        <w:br/>
      </w:r>
      <w:r>
        <w:rPr>
          <w:b/>
          <w:bCs/>
        </w:rPr>
        <w:t xml:space="preserve">In the hour of darkness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 </w:t>
      </w:r>
      <w:r>
        <w:rPr>
          <w:b/>
          <w:bCs/>
        </w:rPr>
        <w:t xml:space="preserve">and need,</w:t>
      </w:r>
      <w:r>
        <w:br/>
      </w:r>
      <w:r>
        <w:rPr>
          <w:b/>
          <w:bCs/>
        </w:rPr>
        <w:t xml:space="preserve">The people will waken and listen to hear</w:t>
      </w:r>
      <w:r>
        <w:br/>
      </w:r>
      <w:r>
        <w:rPr>
          <w:b/>
          <w:bCs/>
        </w:rPr>
        <w:t xml:space="preserve">The hurrying hoof-beats of that steed,</w:t>
      </w:r>
      <w:r>
        <w:br/>
      </w:r>
      <w:r>
        <w:rPr>
          <w:b/>
          <w:bCs/>
        </w:rPr>
        <w:t xml:space="preserve">And the midnight message of Paul Revere.</w:t>
      </w:r>
      <w:r>
        <w:br/>
      </w:r>
      <w:r>
        <w:t xml:space="preserve">    (a) useful</w:t>
      </w:r>
      <w:r>
        <w:br/>
      </w:r>
      <w:r>
        <w:t xml:space="preserve">    (b) danger</w:t>
      </w:r>
      <w:r>
        <w:br/>
      </w:r>
      <w:r>
        <w:t xml:space="preserve">    (c) allows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2026-07-31T19:03:46Z</dcterms:created>
  <dcterms:modified xsi:type="dcterms:W3CDTF">2026-07-31T19:03:46Z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