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d13d31db2a4f1972cb9974a262d01d61fd3cc2"/>
    <w:p>
      <w:pPr>
        <w:pStyle w:val="Heading1"/>
      </w:pPr>
      <w:r>
        <w:rPr>
          <w:b/>
          <w:bCs/>
        </w:rPr>
        <w:t xml:space="preserve">Middlemarch</w:t>
      </w:r>
      <w:r>
        <w:br/>
      </w:r>
      <w:r>
        <w:rPr>
          <w:i/>
          <w:iCs/>
        </w:rPr>
        <w:t xml:space="preserve">George Eliot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made up my mind that I ought not to be a perfect horsewoman, and so I should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to your pattern of a lady.</w:t>
      </w:r>
      <w:r>
        <w:br/>
      </w:r>
      <w:r>
        <w:t xml:space="preserve">    (a) speak in a manner that does not clearly express an opinion or decision</w:t>
      </w:r>
      <w:r>
        <w:br/>
      </w:r>
      <w:r>
        <w:t xml:space="preserve">    (b) connect or fit together by being equivalent, proportionate, or matched</w:t>
      </w:r>
      <w:r>
        <w:br/>
      </w:r>
      <w:r>
        <w:t xml:space="preserve">    (c) to stick out, attract more attention than desired, or impose on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vanities differ as our noses do: all conceit is not the same conceit, but varies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minutiae of mental make in which one of us differs from another.</w:t>
      </w:r>
      <w:r>
        <w:br/>
      </w:r>
      <w:r>
        <w:t xml:space="preserve">    (a) communication by written letters or messages</w:t>
      </w:r>
      <w:r>
        <w:br/>
      </w:r>
      <w:r>
        <w:t xml:space="preserve">    (b) Nazi organization for children aged 10 to 18</w:t>
      </w:r>
      <w:r>
        <w:br/>
      </w:r>
      <w:r>
        <w:t xml:space="preserve">    (c)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burst forth in her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tending to have exceedingly unfavorable opinions</w:t>
      </w:r>
      <w:r>
        <w:br/>
      </w:r>
      <w:r>
        <w:t xml:space="preserve">    (b) most important; or person that is most important</w:t>
      </w:r>
      <w:r>
        <w:br/>
      </w:r>
      <w:r>
        <w:t xml:space="preserve">    (c) impulsive (acting suddenly without much thought)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should be all the happier, uncle, the more room there was for me to help him," said Dorothea,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ardently</w:t>
      </w:r>
      <w:r>
        <w:rPr>
          <w:b/>
          <w:bCs/>
        </w:rPr>
        <w:t xml:space="preserve">.</w:t>
      </w:r>
      <w:r>
        <w:br/>
      </w:r>
      <w:r>
        <w:t xml:space="preserve">    (a) in a manner that is not sensible and careful</w:t>
      </w:r>
      <w:r>
        <w:br/>
      </w:r>
      <w:r>
        <w:t xml:space="preserve">    (b) in a manner that is capable of being noticed</w:t>
      </w:r>
      <w:r>
        <w:br/>
      </w:r>
      <w:r>
        <w:t xml:space="preserve">    (c) with intense enthusiasm (or another emotion)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—Italian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Proverb</w:t>
      </w:r>
      <w:r>
        <w:rPr>
          <w:b/>
          <w:bCs/>
        </w:rPr>
        <w:t xml:space="preserve">.</w:t>
      </w:r>
      <w:r>
        <w:br/>
      </w:r>
      <w:r>
        <w:t xml:space="preserve">    (a) a well-known, short saying that is thought to communicate wisdom</w:t>
      </w:r>
      <w:r>
        <w:br/>
      </w:r>
      <w:r>
        <w:t xml:space="preserve">    (b) a group formed to discuss or offer insight on a particular topic</w:t>
      </w:r>
      <w:r>
        <w:br/>
      </w:r>
      <w:r>
        <w:t xml:space="preserve">    (c) to constrain in some way -- such as tie up, require, or obligate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don't know what it is to want spiritual tobacco—bad emendations of old texts, or small items about a variety of Aphis Brassicae, with the well-known signature of Philomicron, for the 'Twaddler's Magazine;' or a learned treatise on the entomology of the Pentateuch, including all the insects not mentioned, but probably met with by the Israelites in their passage through the desert; with a monograph on the Ant, as treated by Solomon, showing the harmony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 Book of Proverbs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results of modern research.</w:t>
      </w:r>
      <w:r>
        <w:br/>
      </w:r>
      <w:r>
        <w:t xml:space="preserve">    (a) the state of being of low quality or of lower quality than something else</w:t>
      </w:r>
      <w:r>
        <w:br/>
      </w:r>
      <w:r>
        <w:t xml:space="preserve">    (b) a work of wisdom literature found in both the Christian and Hebrew Bibles</w:t>
      </w:r>
      <w:r>
        <w:br/>
      </w:r>
      <w:r>
        <w:t xml:space="preserve">    (c) the state or degree of being capable of being protected or kept unchanged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the happy side of the house, for the south and east looked rather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even under the brightest morning.</w:t>
      </w:r>
      <w:r>
        <w:br/>
      </w:r>
      <w:r>
        <w:t xml:space="preserve">    (a) a sad feeling or manner</w:t>
      </w:r>
      <w:r>
        <w:br/>
      </w:r>
      <w:r>
        <w:t xml:space="preserve">    (b) relating to the outside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"Beauty is of very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in reality," said Rosamond, turning her head towards Mary, but with eyes swerving towards the new view of her neck in the glass.</w:t>
      </w:r>
      <w:r>
        <w:br/>
      </w:r>
      <w:r>
        <w:t xml:space="preserve">    (a) sticks out</w:t>
      </w:r>
      <w:r>
        <w:br/>
      </w:r>
      <w:r>
        <w:t xml:space="preserve">    (b) translates</w:t>
      </w:r>
      <w:r>
        <w:br/>
      </w:r>
      <w:r>
        <w:t xml:space="preserve">    (c) importance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course if a woman accepts the wrong man, she must take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consequences</w:t>
      </w:r>
      <w:r>
        <w:rPr>
          <w:b/>
          <w:bCs/>
        </w:rPr>
        <w:t xml:space="preserve">, and one who does it twice over deserves her fate.</w:t>
      </w:r>
      <w:r>
        <w:br/>
      </w:r>
      <w:r>
        <w:t xml:space="preserve">    (a) results</w:t>
      </w:r>
      <w:r>
        <w:br/>
      </w:r>
      <w:r>
        <w:t xml:space="preserve">    (b) desires</w:t>
      </w:r>
      <w:r>
        <w:br/>
      </w:r>
      <w:r>
        <w:t xml:space="preserve">    (c) battles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to me it is one of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things in a girl's life, that there must always be some supposition of falling in love coming between her and any man who is kind to her, and to whom she is grateful.</w:t>
      </w:r>
      <w:r>
        <w:br/>
      </w:r>
      <w:r>
        <w:t xml:space="preserve">    (a) the degree to which something is able to change or is different</w:t>
      </w:r>
      <w:r>
        <w:br/>
      </w:r>
      <w:r>
        <w:t xml:space="preserve">    (b) extremely unpleasant, disgusting, dislikable, or worthy of hate</w:t>
      </w:r>
      <w:r>
        <w:br/>
      </w:r>
      <w:r>
        <w:t xml:space="preserve">    (c) not trustworthy, or improper, or attracting unwelcome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hidden soul seemed to be flowing forth from Rosamond's fingers; and so indeed it was, since souls live on in perpetual echoes, and to all fine expression there goes somewhere an originating activity, if it be only that of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.</w:t>
      </w:r>
      <w:r>
        <w:br/>
      </w:r>
      <w:r>
        <w:t xml:space="preserve">    (a) people who criticize or condemn</w:t>
      </w:r>
      <w:r>
        <w:br/>
      </w:r>
      <w:r>
        <w:t xml:space="preserve">    (b) someone who extensively damages</w:t>
      </w:r>
      <w:r>
        <w:br/>
      </w:r>
      <w:r>
        <w:t xml:space="preserve">    (c) someone who translates language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result of the conversation was on the whole more painful to Mary: inevitably her attention had taken a new attitude, and she saw the possibility of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interpretations</w:t>
      </w:r>
      <w:r>
        <w:rPr>
          <w:b/>
          <w:bCs/>
        </w:rPr>
        <w:t xml:space="preserve">.</w:t>
      </w:r>
      <w:r>
        <w:br/>
      </w:r>
      <w:r>
        <w:t xml:space="preserve">    (a) ways of understanding or explaining things</w:t>
      </w:r>
      <w:r>
        <w:br/>
      </w:r>
      <w:r>
        <w:t xml:space="preserve">    (b) people who express disapproval</w:t>
      </w:r>
      <w:r>
        <w:br/>
      </w:r>
      <w:r>
        <w:t xml:space="preserve">    (c) quiet voices; or a quiet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Naumann's pronunciation of the vowel seemed to stretch the word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satirically</w:t>
      </w:r>
      <w:r>
        <w:rPr>
          <w:b/>
          <w:bCs/>
        </w:rPr>
        <w:t xml:space="preserve">.</w:t>
      </w:r>
      <w:r>
        <w:br/>
      </w:r>
      <w:r>
        <w:t xml:space="preserve">    (a) a way of making fun of people or ideas -- often through exaggeration</w:t>
      </w:r>
      <w:r>
        <w:br/>
      </w:r>
      <w:r>
        <w:t xml:space="preserve">    (b) with disbelief; or with difficulty accepting something so unexpected</w:t>
      </w:r>
      <w:r>
        <w:br/>
      </w:r>
      <w:r>
        <w:t xml:space="preserve">    (c) in a manner that influences reason or general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beginning to be shocked that she had got to such a point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, and indignant with Will for having led her to it.</w:t>
      </w:r>
      <w:r>
        <w:br/>
      </w:r>
      <w:r>
        <w:t xml:space="preserve">    (a) something supposed (rather than something known to be so) -- such as a disputed belief or assumption</w:t>
      </w:r>
      <w:r>
        <w:br/>
      </w:r>
      <w:r>
        <w:t xml:space="preserve">    (b) nerve cells running from the base of the skull to the lower back and enclosed by vertebrae in adults</w:t>
      </w:r>
      <w:r>
        <w:br/>
      </w:r>
      <w:r>
        <w:t xml:space="preserve">    (c) a powerful stimulant drug that increases activity in the brain and nervous system -- often addictive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chin seeming to follow his hat-brim in a moderate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inclination</w:t>
      </w:r>
      <w:r>
        <w:rPr>
          <w:b/>
          <w:bCs/>
        </w:rPr>
        <w:t xml:space="preserve"> </w:t>
      </w:r>
      <w:r>
        <w:rPr>
          <w:b/>
          <w:bCs/>
        </w:rPr>
        <w:t xml:space="preserve">upwards,</w:t>
      </w:r>
      <w:r>
        <w:br/>
      </w:r>
      <w:r>
        <w:t xml:space="preserve">    (a) not in an agreement to marry</w:t>
      </w:r>
      <w:r>
        <w:br/>
      </w:r>
      <w:r>
        <w:t xml:space="preserve">    (b) angle</w:t>
      </w:r>
      <w:r>
        <w:br/>
      </w:r>
      <w:r>
        <w:t xml:space="preserve">    (c) activity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had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inclination</w:t>
      </w:r>
      <w:r>
        <w:rPr>
          <w:b/>
          <w:bCs/>
        </w:rPr>
        <w:t xml:space="preserve"> </w:t>
      </w:r>
      <w:r>
        <w:rPr>
          <w:b/>
          <w:bCs/>
        </w:rPr>
        <w:t xml:space="preserve">to fetch them from the library.</w:t>
      </w:r>
      <w:r>
        <w:br/>
      </w:r>
      <w:r>
        <w:t xml:space="preserve">    (a) act of hiring again</w:t>
      </w:r>
      <w:r>
        <w:br/>
      </w:r>
      <w:r>
        <w:t xml:space="preserve">    (b) desire (tendency; or attitude favoring)</w:t>
      </w:r>
      <w:r>
        <w:br/>
      </w:r>
      <w:r>
        <w:t xml:space="preserve">    (c) wrong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divined</w:t>
      </w:r>
      <w:r>
        <w:rPr>
          <w:b/>
          <w:bCs/>
        </w:rPr>
        <w:t xml:space="preserve"> </w:t>
      </w:r>
      <w:r>
        <w:rPr>
          <w:b/>
          <w:bCs/>
        </w:rPr>
        <w:t xml:space="preserve">from Dorothea's glance at her husband that there was some alarm in her mind.</w:t>
      </w:r>
      <w:r>
        <w:br/>
      </w:r>
      <w:r>
        <w:t xml:space="preserve">    (a) subtracted</w:t>
      </w:r>
      <w:r>
        <w:br/>
      </w:r>
      <w:r>
        <w:t xml:space="preserve">    (b) translated</w:t>
      </w:r>
      <w:r>
        <w:br/>
      </w:r>
      <w:r>
        <w:t xml:space="preserve">    (c) discovered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Mercy has a human heart,</w:t>
      </w:r>
      <w:r>
        <w:br/>
      </w:r>
      <w:r>
        <w:rPr>
          <w:b/>
          <w:bCs/>
        </w:rPr>
        <w:t xml:space="preserve">Pity a human face;</w:t>
      </w:r>
      <w:r>
        <w:br/>
      </w:r>
      <w:r>
        <w:rPr>
          <w:b/>
          <w:bCs/>
        </w:rPr>
        <w:t xml:space="preserve">And Love, the human form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;</w:t>
      </w:r>
      <w:r>
        <w:br/>
      </w:r>
      <w:r>
        <w:t xml:space="preserve">    (a) wonderful or god-like</w:t>
      </w:r>
      <w:r>
        <w:br/>
      </w:r>
      <w:r>
        <w:t xml:space="preserve">    (b) unable or difficult to meet and talk with</w:t>
      </w:r>
      <w:r>
        <w:br/>
      </w:r>
      <w:r>
        <w:t xml:space="preserve">    (c) the quality of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Mr. Ladislaw from wanting to marry you for your money</w:t>
      </w:r>
      <w:r>
        <w:br/>
      </w:r>
      <w:r>
        <w:t xml:space="preserve">    (a) make different; or show difference</w:t>
      </w:r>
      <w:r>
        <w:br/>
      </w:r>
      <w:r>
        <w:t xml:space="preserve">    (b) slow down or cause problems</w:t>
      </w:r>
      <w:r>
        <w:br/>
      </w:r>
      <w:r>
        <w:t xml:space="preserve">    (c) to cause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Dorothea quietly persisted in spite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remonstrance</w:t>
      </w:r>
      <w:r>
        <w:rPr>
          <w:b/>
          <w:bCs/>
        </w:rPr>
        <w:t xml:space="preserve"> </w:t>
      </w:r>
      <w:r>
        <w:rPr>
          <w:b/>
          <w:bCs/>
        </w:rPr>
        <w:t xml:space="preserve">and persuasion.</w:t>
      </w:r>
      <w:r>
        <w:br/>
      </w:r>
      <w:r>
        <w:t xml:space="preserve">    (a) argument in opposition</w:t>
      </w:r>
      <w:r>
        <w:br/>
      </w:r>
      <w:r>
        <w:t xml:space="preserve">    (b) someone who expresses disapproval</w:t>
      </w:r>
      <w:r>
        <w:br/>
      </w:r>
      <w:r>
        <w:t xml:space="preserve">    (c) the act of recognizing difference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2026-07-31T14:35:30Z</dcterms:created>
  <dcterms:modified xsi:type="dcterms:W3CDTF">2026-07-31T14:35:30Z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