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b5c02947a80e528d734b9bdfd4edb9ebf1c39db"/>
    <w:p>
      <w:pPr>
        <w:pStyle w:val="Heading1"/>
      </w:pPr>
      <w:r>
        <w:rPr>
          <w:b/>
          <w:bCs/>
        </w:rPr>
        <w:t xml:space="preserve">Middlemarch</w:t>
      </w:r>
      <w:r>
        <w:br/>
      </w:r>
      <w:r>
        <w:rPr>
          <w:i/>
          <w:iCs/>
        </w:rPr>
        <w:t xml:space="preserve">George Eliot</w:t>
      </w:r>
      <w:r>
        <w:br/>
      </w:r>
      <w:r>
        <w:rPr>
          <w:b/>
          <w:bCs/>
        </w:rPr>
        <w:t xml:space="preserve">Extra Credit 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Across all her imaginative adornment of those whom she loved, there darted now and then a keen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discernment</w:t>
      </w:r>
      <w:r>
        <w:rPr>
          <w:b/>
          <w:bCs/>
        </w:rPr>
        <w:t xml:space="preserve">, which was not without a scorching quality.</w:t>
      </w:r>
      <w:r>
        <w:br/>
      </w:r>
      <w:r>
        <w:t xml:space="preserve">    (a) the ability or act of saying or handling things in such a way that others feel good about them</w:t>
      </w:r>
      <w:r>
        <w:br/>
      </w:r>
      <w:r>
        <w:t xml:space="preserve">    (b) having good judgment or good taste and/or perceiving things not easily perceived by most people</w:t>
      </w:r>
      <w:r>
        <w:br/>
      </w:r>
      <w:r>
        <w:t xml:space="preserve">    (c) measles -- a highly contagious viral disease marked by distinct red spots followed by a rash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"We must not inquire too curiously into motives," 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interposed</w:t>
      </w:r>
      <w:r>
        <w:rPr>
          <w:b/>
          <w:bCs/>
        </w:rPr>
        <w:t xml:space="preserve">, in his measured way.</w:t>
      </w:r>
      <w:r>
        <w:br/>
      </w:r>
      <w:r>
        <w:t xml:space="preserve">    (a) to insert between other elements; or to interrupt or stop action by others</w:t>
      </w:r>
      <w:r>
        <w:br/>
      </w:r>
      <w:r>
        <w:t xml:space="preserve">    (b) (verb) drew pictures to accompany  OR  (adjective) accompanied by pictures</w:t>
      </w:r>
      <w:r>
        <w:br/>
      </w:r>
      <w:r>
        <w:t xml:space="preserve">    (c) not justified or explained as an understandable reaction to another action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whole soul was possessed by the fact that a fuller life was opening before her: she was a neophyte about to enter on a higher grade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initiation</w:t>
      </w:r>
      <w:r>
        <w:rPr>
          <w:b/>
          <w:bCs/>
        </w:rPr>
        <w:t xml:space="preserve">.</w:t>
      </w:r>
      <w:r>
        <w:br/>
      </w:r>
      <w:r>
        <w:t xml:space="preserve">    (a) a drug that calms or puts to sleep; or describing something as calming</w:t>
      </w:r>
      <w:r>
        <w:br/>
      </w:r>
      <w:r>
        <w:t xml:space="preserve">    (b) the reason for doing something; or the level of desire to do something</w:t>
      </w:r>
      <w:r>
        <w:br/>
      </w:r>
      <w:r>
        <w:t xml:space="preserve">    (c) introduction (to an activity or area of knowledge)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"Don't sit up, Dodo, you are so pale to-night: go to bed soon," said Celia, in a comfortable way, without any touch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pathos</w:t>
      </w:r>
      <w:r>
        <w:rPr>
          <w:b/>
          <w:bCs/>
        </w:rPr>
        <w:t xml:space="preserve">.</w:t>
      </w:r>
      <w:r>
        <w:br/>
      </w:r>
      <w:r>
        <w:t xml:space="preserve">    (a) the study of how we know what we know</w:t>
      </w:r>
      <w:r>
        <w:br/>
      </w:r>
      <w:r>
        <w:t xml:space="preserve">    (b) a neurotransmitter found in the brain</w:t>
      </w:r>
      <w:r>
        <w:br/>
      </w:r>
      <w:r>
        <w:t xml:space="preserve">    (c) a quality that arouses pity or sorrow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His fear lest Miss Brooke should have run away to join the Moravian Brethren, or some preposterous sect unknown to good society, was a little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allayed</w:t>
      </w:r>
      <w:r>
        <w:rPr>
          <w:b/>
          <w:bCs/>
        </w:rPr>
        <w:t xml:space="preserve"> </w:t>
      </w:r>
      <w:r>
        <w:rPr>
          <w:b/>
          <w:bCs/>
        </w:rPr>
        <w:t xml:space="preserve">by the knowledge that Mrs. Cadwallader always made the worst of things.</w:t>
      </w:r>
      <w:r>
        <w:br/>
      </w:r>
      <w:r>
        <w:t xml:space="preserve">    (a) reduced the intensity of or calmed</w:t>
      </w:r>
      <w:r>
        <w:br/>
      </w:r>
      <w:r>
        <w:t xml:space="preserve">    (b) stopped (something from happening)</w:t>
      </w:r>
      <w:r>
        <w:br/>
      </w:r>
      <w:r>
        <w:t xml:space="preserve">    (c) not provided with investment funds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really did not like it: giving up Dorothea was very painful to him; but there was something in the resolve to make this visit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forthwith</w:t>
      </w:r>
      <w:r>
        <w:rPr>
          <w:b/>
          <w:bCs/>
        </w:rPr>
        <w:t xml:space="preserve"> </w:t>
      </w:r>
      <w:r>
        <w:rPr>
          <w:b/>
          <w:bCs/>
        </w:rPr>
        <w:t xml:space="preserve">and conquer all show of feeling, which was a sort of file-biting and counter-irritant.</w:t>
      </w:r>
      <w:r>
        <w:br/>
      </w:r>
      <w:r>
        <w:t xml:space="preserve">    (a) well suited</w:t>
      </w:r>
      <w:r>
        <w:br/>
      </w:r>
      <w:r>
        <w:t xml:space="preserve">    (b) immediately</w:t>
      </w:r>
      <w:r>
        <w:br/>
      </w:r>
      <w:r>
        <w:t xml:space="preserve">    (c) a last name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is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droll</w:t>
      </w:r>
      <w:r>
        <w:rPr>
          <w:b/>
          <w:bCs/>
        </w:rPr>
        <w:t xml:space="preserve"> </w:t>
      </w:r>
      <w:r>
        <w:rPr>
          <w:b/>
          <w:bCs/>
        </w:rPr>
        <w:t xml:space="preserve">little church.</w:t>
      </w:r>
      <w:r>
        <w:br/>
      </w:r>
      <w:r>
        <w:t xml:space="preserve">    (a) not tending to find fault</w:t>
      </w:r>
      <w:r>
        <w:br/>
      </w:r>
      <w:r>
        <w:t xml:space="preserve">    (b) able to be disagreed with</w:t>
      </w:r>
      <w:r>
        <w:br/>
      </w:r>
      <w:r>
        <w:t xml:space="preserve">    (c) comical in an unusual way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No, he has no bent towards exploration, or the enlargement of our geognosis: that would be a special purpose which I could recognize with some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approbation</w:t>
      </w:r>
      <w:r>
        <w:rPr>
          <w:b/>
          <w:bCs/>
        </w:rPr>
        <w:t xml:space="preserve">, though without felicitating him on a career which so often ends in premature and violent death.</w:t>
      </w:r>
      <w:r>
        <w:br/>
      </w:r>
      <w:r>
        <w:t xml:space="preserve">    (a) allowing</w:t>
      </w:r>
      <w:r>
        <w:br/>
      </w:r>
      <w:r>
        <w:t xml:space="preserve">    (b) not real</w:t>
      </w:r>
      <w:r>
        <w:br/>
      </w:r>
      <w:r>
        <w:t xml:space="preserve">    (c) approval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"I suppose Mary Garth admires Mr. Lydgate," said Rosamond, not without a touch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innuendo</w:t>
      </w:r>
      <w:r>
        <w:rPr>
          <w:b/>
          <w:bCs/>
        </w:rPr>
        <w:t xml:space="preserve">.</w:t>
      </w:r>
      <w:r>
        <w:br/>
      </w:r>
      <w:r>
        <w:t xml:space="preserve">    (a) related to the branch of physics concerned with the conversion of different forms of energy</w:t>
      </w:r>
      <w:r>
        <w:br/>
      </w:r>
      <w:r>
        <w:t xml:space="preserve">    (b) of the Church of Jesus Christ of Latter-Day Saints which was founded by Joseph Smith in 1830</w:t>
      </w:r>
      <w:r>
        <w:br/>
      </w:r>
      <w:r>
        <w:t xml:space="preserve">    (c) something suggested indirectly -- (often a negative comment about someone, or sexual humor)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can make five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codicils</w:t>
      </w:r>
      <w:r>
        <w:rPr>
          <w:b/>
          <w:bCs/>
        </w:rPr>
        <w:t xml:space="preserve"> </w:t>
      </w:r>
      <w:r>
        <w:rPr>
          <w:b/>
          <w:bCs/>
        </w:rPr>
        <w:t xml:space="preserve">if I like, and I shall keep my bank-notes for a nest-egg.</w:t>
      </w:r>
      <w:r>
        <w:br/>
      </w:r>
      <w:r>
        <w:t xml:space="preserve">    (a) changes; or changed versions</w:t>
      </w:r>
      <w:r>
        <w:br/>
      </w:r>
      <w:r>
        <w:t xml:space="preserve">    (b) instances of dramatic change</w:t>
      </w:r>
      <w:r>
        <w:br/>
      </w:r>
      <w:r>
        <w:t xml:space="preserve">    (c) instructions added to a will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You do not like to hear these things, Vincy, but on this occasion I feel called upon to tell you that I have no motive for furthering such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disposition</w:t>
      </w:r>
      <w:r>
        <w:rPr>
          <w:b/>
          <w:bCs/>
        </w:rPr>
        <w:t xml:space="preserve"> </w:t>
      </w:r>
      <w:r>
        <w:rPr>
          <w:b/>
          <w:bCs/>
        </w:rPr>
        <w:t xml:space="preserve">of property as that which you refer to.</w:t>
      </w:r>
      <w:r>
        <w:br/>
      </w:r>
      <w:r>
        <w:t xml:space="preserve">    (a) relating to an ancient city state on the north African coast</w:t>
      </w:r>
      <w:r>
        <w:br/>
      </w:r>
      <w:r>
        <w:t xml:space="preserve">    (b) transferring</w:t>
      </w:r>
      <w:r>
        <w:br/>
      </w:r>
      <w:r>
        <w:t xml:space="preserve">    (c) tile designed to affect noise -- typically to decrease noise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is so, with testamentary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dispositions</w:t>
      </w:r>
      <w:r>
        <w:rPr>
          <w:b/>
          <w:bCs/>
        </w:rPr>
        <w:t xml:space="preserve">.</w:t>
      </w:r>
      <w:r>
        <w:br/>
      </w:r>
      <w:r>
        <w:t xml:space="preserve">    (a) decisions</w:t>
      </w:r>
      <w:r>
        <w:br/>
      </w:r>
      <w:r>
        <w:t xml:space="preserve">    (b) compounds consisting of large molecules made up of linked series of repeated smaller molecules</w:t>
      </w:r>
      <w:r>
        <w:br/>
      </w:r>
      <w:r>
        <w:t xml:space="preserve">    (c) members of the Religious Society of Friends (the Friends have never called themselves Quakers)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Might, could, would—they are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contemptible</w:t>
      </w:r>
      <w:r>
        <w:rPr>
          <w:b/>
          <w:bCs/>
        </w:rPr>
        <w:t xml:space="preserve"> </w:t>
      </w:r>
      <w:r>
        <w:rPr>
          <w:b/>
          <w:bCs/>
        </w:rPr>
        <w:t xml:space="preserve">auxiliaries.</w:t>
      </w:r>
      <w:r>
        <w:br/>
      </w:r>
      <w:r>
        <w:t xml:space="preserve">    (a) aka analytic -- relating to a theory of psychiatry</w:t>
      </w:r>
      <w:r>
        <w:br/>
      </w:r>
      <w:r>
        <w:t xml:space="preserve">    (b) deserving no respect (worthless or of bad quality)</w:t>
      </w:r>
      <w:r>
        <w:br/>
      </w:r>
      <w:r>
        <w:t xml:space="preserve">    (c) the quality or degree of not being straightforward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With this feeling uppermost, he continued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waive</w:t>
      </w:r>
      <w:r>
        <w:rPr>
          <w:b/>
          <w:bCs/>
        </w:rPr>
        <w:t xml:space="preserve"> </w:t>
      </w:r>
      <w:r>
        <w:rPr>
          <w:b/>
          <w:bCs/>
        </w:rPr>
        <w:t xml:space="preserve">the question of the chaplaincy, and to persuade himself that it was not only no proper business of his, but likely enough never to vex him with a demand for his vote.</w:t>
      </w:r>
      <w:r>
        <w:br/>
      </w:r>
      <w:r>
        <w:t xml:space="preserve">    (a) stop fighting</w:t>
      </w:r>
      <w:r>
        <w:br/>
      </w:r>
      <w:r>
        <w:t xml:space="preserve">    (b) not engage in</w:t>
      </w:r>
      <w:r>
        <w:br/>
      </w:r>
      <w:r>
        <w:t xml:space="preserve">    (c) make possible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Their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susceptibilities</w:t>
      </w:r>
      <w:r>
        <w:rPr>
          <w:b/>
          <w:bCs/>
        </w:rPr>
        <w:t xml:space="preserve"> </w:t>
      </w:r>
      <w:r>
        <w:rPr>
          <w:b/>
          <w:bCs/>
        </w:rPr>
        <w:t xml:space="preserve">will clash against objects that remain innocently quiet.</w:t>
      </w:r>
      <w:r>
        <w:br/>
      </w:r>
      <w:r>
        <w:t xml:space="preserve">    (a) things not easily set on fire</w:t>
      </w:r>
      <w:r>
        <w:br/>
      </w:r>
      <w:r>
        <w:t xml:space="preserve">    (b) feelings that are easily hurt</w:t>
      </w:r>
      <w:r>
        <w:br/>
      </w:r>
      <w:r>
        <w:t xml:space="preserve">    (c) results or predictable values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am not so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ecclesiastical</w:t>
      </w:r>
      <w:r>
        <w:rPr>
          <w:b/>
          <w:bCs/>
        </w:rPr>
        <w:t xml:space="preserve"> </w:t>
      </w:r>
      <w:r>
        <w:rPr>
          <w:b/>
          <w:bCs/>
        </w:rPr>
        <w:t xml:space="preserve">as Naumann, and I sometimes twit him with his excess of meaning.</w:t>
      </w:r>
      <w:r>
        <w:br/>
      </w:r>
      <w:r>
        <w:t xml:space="preserve">    (a) the state of being awake</w:t>
      </w:r>
      <w:r>
        <w:br/>
      </w:r>
      <w:r>
        <w:t xml:space="preserve">    (b) associated with a church</w:t>
      </w:r>
      <w:r>
        <w:br/>
      </w:r>
      <w:r>
        <w:t xml:space="preserve">    (c) able to take on or adopt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impelled</w:t>
      </w:r>
      <w:r>
        <w:rPr>
          <w:b/>
          <w:bCs/>
        </w:rPr>
        <w:t xml:space="preserve"> </w:t>
      </w:r>
      <w:r>
        <w:rPr>
          <w:b/>
          <w:bCs/>
        </w:rPr>
        <w:t xml:space="preserve">to have the argument aloud, which she had been having in her own mind.</w:t>
      </w:r>
      <w:r>
        <w:br/>
      </w:r>
      <w:r>
        <w:t xml:space="preserve">    (a) made appropriate in size, amount, or degree</w:t>
      </w:r>
      <w:r>
        <w:br/>
      </w:r>
      <w:r>
        <w:t xml:space="preserve">    (b) concentrated, look at, or paid attention to</w:t>
      </w:r>
      <w:r>
        <w:br/>
      </w:r>
      <w:r>
        <w:t xml:space="preserve">    (c) to make someone feel they must do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Even much stronger mortals than Fred Vincy hold half their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rectitude</w:t>
      </w:r>
      <w:r>
        <w:rPr>
          <w:b/>
          <w:bCs/>
        </w:rPr>
        <w:t xml:space="preserve"> </w:t>
      </w:r>
      <w:r>
        <w:rPr>
          <w:b/>
          <w:bCs/>
        </w:rPr>
        <w:t xml:space="preserve">in the mind of the being they love best.</w:t>
      </w:r>
      <w:r>
        <w:br/>
      </w:r>
      <w:r>
        <w:t xml:space="preserve">    (a) firm in purpose</w:t>
      </w:r>
      <w:r>
        <w:br/>
      </w:r>
      <w:r>
        <w:t xml:space="preserve">    (b) moral integrity</w:t>
      </w:r>
      <w:r>
        <w:br/>
      </w:r>
      <w:r>
        <w:t xml:space="preserve">    (c) starts (a fire)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Fred did not go to Stone Court the next day, for reasons that were quite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peremptory</w:t>
      </w:r>
      <w:r>
        <w:rPr>
          <w:b/>
          <w:bCs/>
        </w:rPr>
        <w:t xml:space="preserve">.</w:t>
      </w:r>
      <w:r>
        <w:br/>
      </w:r>
      <w:r>
        <w:t xml:space="preserve">    (a) not bouncing back light/heat/sound...</w:t>
      </w:r>
      <w:r>
        <w:br/>
      </w:r>
      <w:r>
        <w:t xml:space="preserve">    (b) able to be restored to good condition</w:t>
      </w:r>
      <w:r>
        <w:br/>
      </w:r>
      <w:r>
        <w:t xml:space="preserve">    (c) not allowing contradiction or refusal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must make himself proof against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calumny</w:t>
      </w:r>
      <w:r>
        <w:rPr>
          <w:b/>
          <w:bCs/>
        </w:rPr>
        <w:t xml:space="preserve">.</w:t>
      </w:r>
      <w:r>
        <w:br/>
      </w:r>
      <w:r>
        <w:t xml:space="preserve">    (a) false accusation against a person</w:t>
      </w:r>
      <w:r>
        <w:br/>
      </w:r>
      <w:r>
        <w:t xml:space="preserve">    (b) foolish mistakes</w:t>
      </w:r>
      <w:r>
        <w:br/>
      </w:r>
      <w:r>
        <w:t xml:space="preserve">    (c) criticism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2026-07-31T14:35:30Z</dcterms:created>
  <dcterms:modified xsi:type="dcterms:W3CDTF">2026-07-31T14:35:30Z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