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e3f5902c7656f36b09b71a8252de8a52ca6930"/>
    <w:p>
      <w:pPr>
        <w:pStyle w:val="Heading1"/>
      </w:pPr>
      <w:r>
        <w:rPr>
          <w:b/>
          <w:bCs/>
        </w:rPr>
        <w:t xml:space="preserve">Metamorphosis</w:t>
      </w:r>
      <w:r>
        <w:br/>
      </w:r>
      <w:r>
        <w:rPr>
          <w:i/>
          <w:iCs/>
        </w:rPr>
        <w:t xml:space="preserve">Franz Kafka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repair was successful,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albeit</w:t>
      </w:r>
      <w:r>
        <w:rPr>
          <w:b/>
          <w:bCs/>
        </w:rPr>
        <w:t xml:space="preserve"> </w:t>
      </w:r>
      <w:r>
        <w:rPr>
          <w:b/>
          <w:bCs/>
        </w:rPr>
        <w:t xml:space="preserve">expensive.</w:t>
      </w:r>
      <w:r>
        <w:br/>
      </w:r>
      <w:r>
        <w:t xml:space="preserve">    (a) though</w:t>
      </w:r>
      <w:r>
        <w:br/>
      </w:r>
      <w:r>
        <w:t xml:space="preserve">    (b) unless</w:t>
      </w:r>
      <w:r>
        <w:br/>
      </w:r>
      <w:r>
        <w:t xml:space="preserve">    (c) therefore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monk's room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austere</w:t>
      </w:r>
      <w:r>
        <w:rPr>
          <w:b/>
          <w:bCs/>
        </w:rPr>
        <w:t xml:space="preserve">, with only a bed, a small table, and a wooden chair.</w:t>
      </w:r>
      <w:r>
        <w:br/>
      </w:r>
      <w:r>
        <w:t xml:space="preserve">    (a) warm and welcoming</w:t>
      </w:r>
      <w:r>
        <w:br/>
      </w:r>
      <w:r>
        <w:t xml:space="preserve">    (b) plain and without luxury</w:t>
      </w:r>
      <w:r>
        <w:br/>
      </w:r>
      <w:r>
        <w:t xml:space="preserve">    (c) lavishly decorated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 fails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change in China's strategy.</w:t>
      </w:r>
      <w:r>
        <w:br/>
      </w:r>
      <w:r>
        <w:t xml:space="preserve">    (a) regard respectfully</w:t>
      </w:r>
      <w:r>
        <w:br/>
      </w:r>
      <w:r>
        <w:t xml:space="preserve">    (b) fully understand</w:t>
      </w:r>
      <w:r>
        <w:br/>
      </w:r>
      <w:r>
        <w:t xml:space="preserve">    (c) respond adequately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lot of people get into trouble by signing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contracts</w:t>
      </w:r>
      <w:r>
        <w:rPr>
          <w:b/>
          <w:bCs/>
        </w:rPr>
        <w:t xml:space="preserve"> </w:t>
      </w:r>
      <w:r>
        <w:rPr>
          <w:b/>
          <w:bCs/>
        </w:rPr>
        <w:t xml:space="preserve">they don't understand.</w:t>
      </w:r>
      <w:r>
        <w:br/>
      </w:r>
      <w:r>
        <w:t xml:space="preserve">    (a) written agreement with much small print</w:t>
      </w:r>
      <w:r>
        <w:br/>
      </w:r>
      <w:r>
        <w:t xml:space="preserve">    (b) written agreements with terms that are not specified</w:t>
      </w:r>
      <w:r>
        <w:br/>
      </w:r>
      <w:r>
        <w:t xml:space="preserve">    (c) written agreements that is enforceable by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typical underlying beliefs of pro-life and pro-choice supporters.</w:t>
      </w:r>
      <w:r>
        <w:br/>
      </w:r>
      <w:r>
        <w:t xml:space="preserve">    (a) study</w:t>
      </w:r>
      <w:r>
        <w:br/>
      </w:r>
      <w:r>
        <w:t xml:space="preserve">    (b) describe</w:t>
      </w:r>
      <w:r>
        <w:br/>
      </w:r>
      <w:r>
        <w:t xml:space="preserve">    (c) compare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fear</w:t>
      </w:r>
      <w:r>
        <w:br/>
      </w:r>
      <w:r>
        <w:t xml:space="preserve">    (b) poverty</w:t>
      </w:r>
      <w:r>
        <w:br/>
      </w:r>
      <w:r>
        <w:t xml:space="preserve">    (c) hopelessness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diligent</w:t>
      </w:r>
      <w:r>
        <w:rPr>
          <w:b/>
          <w:bCs/>
        </w:rPr>
        <w:t xml:space="preserve"> </w:t>
      </w:r>
      <w:r>
        <w:rPr>
          <w:b/>
          <w:bCs/>
        </w:rPr>
        <w:t xml:space="preserve">detective investigates all clues.</w:t>
      </w:r>
      <w:r>
        <w:br/>
      </w:r>
      <w:r>
        <w:t xml:space="preserve">    (a) lazy and careless</w:t>
      </w:r>
      <w:r>
        <w:br/>
      </w:r>
      <w:r>
        <w:t xml:space="preserve">    (b) rude and dishonest</w:t>
      </w:r>
      <w:r>
        <w:br/>
      </w:r>
      <w:r>
        <w:t xml:space="preserve">    (c) careful and hardworking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sanctions are intended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dissuade</w:t>
      </w:r>
      <w:r>
        <w:rPr>
          <w:b/>
          <w:bCs/>
        </w:rPr>
        <w:t xml:space="preserve"> </w:t>
      </w:r>
      <w:r>
        <w:rPr>
          <w:b/>
          <w:bCs/>
        </w:rPr>
        <w:t xml:space="preserve">nuclear weapon development in other countries.</w:t>
      </w:r>
      <w:r>
        <w:br/>
      </w:r>
      <w:r>
        <w:t xml:space="preserve">    (a) assist</w:t>
      </w:r>
      <w:r>
        <w:br/>
      </w:r>
      <w:r>
        <w:t xml:space="preserve">    (b) discourage</w:t>
      </w:r>
      <w:r>
        <w:br/>
      </w:r>
      <w:r>
        <w:t xml:space="preserve">    (c) encourage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</w:t>
      </w:r>
      <w:r>
        <w:rPr>
          <w:b/>
          <w:bCs/>
        </w:rPr>
        <w:t xml:space="preserve"> </w:t>
      </w:r>
      <w:r>
        <w:rPr>
          <w:b/>
          <w:bCs/>
        </w:rPr>
        <w:t xml:space="preserve">brain networks guide our judgments.</w:t>
      </w:r>
      <w:r>
        <w:br/>
      </w:r>
      <w:r>
        <w:t xml:space="preserve">    (a) different</w:t>
      </w:r>
      <w:r>
        <w:br/>
      </w:r>
      <w:r>
        <w:t xml:space="preserve">    (b) similar</w:t>
      </w:r>
      <w:r>
        <w:br/>
      </w:r>
      <w:r>
        <w:t xml:space="preserve">    (c) identical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engrossed</w:t>
      </w:r>
      <w:r>
        <w:rPr>
          <w:b/>
          <w:bCs/>
        </w:rPr>
        <w:t xml:space="preserve"> </w:t>
      </w:r>
      <w:r>
        <w:rPr>
          <w:b/>
          <w:bCs/>
        </w:rPr>
        <w:t xml:space="preserve">in a conversation that she didn't see me.</w:t>
      </w:r>
      <w:r>
        <w:br/>
      </w:r>
      <w:r>
        <w:t xml:space="preserve">    (a) interested</w:t>
      </w:r>
      <w:r>
        <w:br/>
      </w:r>
      <w:r>
        <w:t xml:space="preserve">    (b) angry</w:t>
      </w:r>
      <w:r>
        <w:br/>
      </w:r>
      <w:r>
        <w:t xml:space="preserve">    (c) bored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and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on-the-other-hand</w:t>
      </w:r>
      <w:r>
        <w:br/>
      </w:r>
      <w:r>
        <w:t xml:space="preserve">    (b) no matter how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Large lunches make me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</w:t>
      </w:r>
      <w:r>
        <w:rPr>
          <w:b/>
          <w:bCs/>
        </w:rPr>
        <w:t xml:space="preserve"> </w:t>
      </w:r>
      <w:r>
        <w:rPr>
          <w:b/>
          <w:bCs/>
        </w:rPr>
        <w:t xml:space="preserve">in the afternoon.</w:t>
      </w:r>
      <w:r>
        <w:br/>
      </w:r>
      <w:r>
        <w:t xml:space="preserve">    (a) sluggish</w:t>
      </w:r>
      <w:r>
        <w:br/>
      </w:r>
      <w:r>
        <w:t xml:space="preserve">    (b) energetic</w:t>
      </w:r>
      <w:r>
        <w:br/>
      </w:r>
      <w:r>
        <w:t xml:space="preserve">    (c) upset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in addition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hard.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my favorite.</w:t>
      </w:r>
      <w:r>
        <w:br/>
      </w:r>
      <w:r>
        <w:t xml:space="preserve">    (a) despite that</w:t>
      </w:r>
      <w:r>
        <w:br/>
      </w:r>
      <w:r>
        <w:t xml:space="preserve">    (b) for that reason</w:t>
      </w:r>
      <w:r>
        <w:br/>
      </w:r>
      <w:r>
        <w:t xml:space="preserve">    (c) because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operating to repair the muscle wall through which the hernia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protrudes</w:t>
      </w:r>
      <w:r>
        <w:rPr>
          <w:b/>
          <w:bCs/>
        </w:rPr>
        <w:t xml:space="preserve">.</w:t>
      </w:r>
      <w:r>
        <w:br/>
      </w:r>
      <w:r>
        <w:t xml:space="preserve">    (a) shrinks back</w:t>
      </w:r>
      <w:r>
        <w:br/>
      </w:r>
      <w:r>
        <w:t xml:space="preserve">    (b) sticks out</w:t>
      </w:r>
      <w:r>
        <w:br/>
      </w:r>
      <w:r>
        <w:t xml:space="preserve">    (c) heals over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accept honor for</w:t>
      </w:r>
      <w:r>
        <w:br/>
      </w:r>
      <w:r>
        <w:t xml:space="preserve">    (b) congratulate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determination</w:t>
      </w:r>
      <w:r>
        <w:br/>
      </w:r>
      <w:r>
        <w:t xml:space="preserve">    (b) optimism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officer under the rank of Captain, shall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subordinate</w:t>
      </w:r>
      <w:r>
        <w:rPr>
          <w:b/>
          <w:bCs/>
        </w:rPr>
        <w:t xml:space="preserve"> </w:t>
      </w:r>
      <w:r>
        <w:rPr>
          <w:b/>
          <w:bCs/>
        </w:rPr>
        <w:t xml:space="preserve">to the Officer of the Watch in regard to the performance of the duties with which he is charged.</w:t>
      </w:r>
      <w:r>
        <w:br/>
      </w:r>
      <w:r>
        <w:t xml:space="preserve">    (a) in charge of</w:t>
      </w:r>
      <w:r>
        <w:br/>
      </w:r>
      <w:r>
        <w:t xml:space="preserve">    (b) considerate</w:t>
      </w:r>
      <w:r>
        <w:br/>
      </w:r>
      <w:r>
        <w:t xml:space="preserve">    (c) subservient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there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</w:t>
      </w:r>
      <w:r>
        <w:rPr>
          <w:b/>
          <w:bCs/>
        </w:rPr>
        <w:t xml:space="preserve"> </w:t>
      </w:r>
      <w:r>
        <w:rPr>
          <w:b/>
          <w:bCs/>
        </w:rPr>
        <w:t xml:space="preserve">cause for a search warrant?</w:t>
      </w:r>
      <w:r>
        <w:br/>
      </w:r>
      <w:r>
        <w:t xml:space="preserve">    (a) clear or obvious</w:t>
      </w:r>
      <w:r>
        <w:br/>
      </w:r>
      <w:r>
        <w:t xml:space="preserve">    (b) adequate (enough)</w:t>
      </w:r>
      <w:r>
        <w:br/>
      </w:r>
      <w:r>
        <w:t xml:space="preserve">    (c) dangerous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2026-07-31T14:48:44Z</dcterms:created>
  <dcterms:modified xsi:type="dcterms:W3CDTF">2026-07-31T14:48:44Z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