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fc2dc19814148c85e19134c753a4b341e434074"/>
    <w:p>
      <w:pPr>
        <w:pStyle w:val="Heading1"/>
      </w:pPr>
      <w:r>
        <w:rPr>
          <w:b/>
          <w:bCs/>
        </w:rPr>
        <w:t xml:space="preserve">Metamorphosis</w:t>
      </w:r>
      <w:r>
        <w:br/>
      </w:r>
      <w:r>
        <w:rPr>
          <w:i/>
          <w:iCs/>
        </w:rPr>
        <w:t xml:space="preserve">Franz Kafka</w:t>
      </w:r>
      <w:r>
        <w:br/>
      </w:r>
      <w:r>
        <w:rPr>
          <w:b/>
          <w:bCs/>
        </w:rPr>
        <w:t xml:space="preserve">Extra Credit 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At the other side door his sister came</w:t>
      </w:r>
      <w:r>
        <w:rPr>
          <w:b/>
          <w:bCs/>
        </w:rPr>
        <w:t xml:space="preserve"> </w:t>
      </w:r>
      <w:r>
        <w:rPr>
          <w:b/>
          <w:bCs/>
          <w:u w:val="single"/>
        </w:rPr>
        <w:t xml:space="preserve">plaintively</w:t>
      </w:r>
      <w:r>
        <w:rPr>
          <w:b/>
          <w:bCs/>
        </w:rPr>
        <w:t xml:space="preserve">: "Gregor? Aren't you well? Do you need anything?"</w:t>
      </w:r>
      <w:r>
        <w:br/>
      </w:r>
      <w:r>
        <w:t xml:space="preserve">    (a) with steadiness</w:t>
      </w:r>
      <w:r>
        <w:br/>
      </w:r>
      <w:r>
        <w:t xml:space="preserve">    (b) done on purpose</w:t>
      </w:r>
      <w:r>
        <w:br/>
      </w:r>
      <w:r>
        <w:t xml:space="preserve">    (c) in a manner expressive of sadness</w:t>
      </w:r>
    </w:p>
    <w:p>
      <w:pPr>
        <w:pStyle w:val="Compact"/>
        <w:numPr>
          <w:ilvl w:val="0"/>
          <w:numId w:val="1001"/>
        </w:numPr>
      </w:pPr>
      <w:r>
        <w:rPr>
          <w:b/>
          <w:bCs/>
        </w:rPr>
        <w:t xml:space="preserve">Gregor's mother, her hair still</w:t>
      </w:r>
      <w:r>
        <w:rPr>
          <w:b/>
          <w:bCs/>
        </w:rPr>
        <w:t xml:space="preserve"> </w:t>
      </w:r>
      <w:r>
        <w:rPr>
          <w:b/>
          <w:bCs/>
          <w:u w:val="single"/>
        </w:rPr>
        <w:t xml:space="preserve">dishevelled</w:t>
      </w:r>
      <w:r>
        <w:rPr>
          <w:b/>
          <w:bCs/>
        </w:rPr>
        <w:t xml:space="preserve"> </w:t>
      </w:r>
      <w:r>
        <w:rPr>
          <w:b/>
          <w:bCs/>
        </w:rPr>
        <w:t xml:space="preserve">from bed despite the chief clerk's being there, looked at his father.</w:t>
      </w:r>
      <w:r>
        <w:br/>
      </w:r>
      <w:r>
        <w:t xml:space="preserve">    (a) messy</w:t>
      </w:r>
      <w:r>
        <w:br/>
      </w:r>
      <w:r>
        <w:t xml:space="preserve">    (b) dirty or unwashed</w:t>
      </w:r>
      <w:r>
        <w:br/>
      </w:r>
      <w:r>
        <w:t xml:space="preserve">    (c) in perfect order</w:t>
      </w:r>
    </w:p>
    <w:p>
      <w:pPr>
        <w:pStyle w:val="Compact"/>
        <w:numPr>
          <w:ilvl w:val="0"/>
          <w:numId w:val="1001"/>
        </w:numPr>
      </w:pPr>
      <w:r>
        <w:rPr>
          <w:b/>
          <w:bCs/>
        </w:rPr>
        <w:t xml:space="preserve">You can see", he said to the chief clerk, "that I'm not stubborn and like I like to do my job; being a commercial traveller is</w:t>
      </w:r>
      <w:r>
        <w:rPr>
          <w:b/>
          <w:bCs/>
        </w:rPr>
        <w:t xml:space="preserve"> </w:t>
      </w:r>
      <w:r>
        <w:rPr>
          <w:b/>
          <w:bCs/>
          <w:u w:val="single"/>
        </w:rPr>
        <w:t xml:space="preserve">arduous</w:t>
      </w:r>
      <w:r>
        <w:rPr>
          <w:b/>
          <w:bCs/>
        </w:rPr>
        <w:t xml:space="preserve"> </w:t>
      </w:r>
      <w:r>
        <w:rPr>
          <w:b/>
          <w:bCs/>
        </w:rPr>
        <w:t xml:space="preserve">but without travelling I couldn't earn my living.</w:t>
      </w:r>
      <w:r>
        <w:br/>
      </w:r>
      <w:r>
        <w:t xml:space="preserve">    (a) difficult - requiring much energy and effort</w:t>
      </w:r>
      <w:r>
        <w:br/>
      </w:r>
      <w:r>
        <w:t xml:space="preserve">    (b) easy</w:t>
      </w:r>
      <w:r>
        <w:br/>
      </w:r>
      <w:r>
        <w:t xml:space="preserve">    (c) profitable</w:t>
      </w:r>
    </w:p>
    <w:p>
      <w:pPr>
        <w:pStyle w:val="Compact"/>
        <w:numPr>
          <w:ilvl w:val="0"/>
          <w:numId w:val="1001"/>
        </w:numPr>
      </w:pPr>
      <w:r>
        <w:rPr>
          <w:b/>
          <w:bCs/>
        </w:rPr>
        <w:t xml:space="preserve">It went very slowly, but perhaps his father was able to see his good intentions as he did nothing to</w:t>
      </w:r>
      <w:r>
        <w:rPr>
          <w:b/>
          <w:bCs/>
        </w:rPr>
        <w:t xml:space="preserve"> </w:t>
      </w:r>
      <w:r>
        <w:rPr>
          <w:b/>
          <w:bCs/>
          <w:u w:val="single"/>
        </w:rPr>
        <w:t xml:space="preserve">hinder</w:t>
      </w:r>
      <w:r>
        <w:rPr>
          <w:b/>
          <w:bCs/>
        </w:rPr>
        <w:t xml:space="preserve"> </w:t>
      </w:r>
      <w:r>
        <w:rPr>
          <w:b/>
          <w:bCs/>
        </w:rPr>
        <w:t xml:space="preserve">him, in fact now and then he used the tip of his stick to give directions from a distance as to which way to turn.</w:t>
      </w:r>
      <w:r>
        <w:br/>
      </w:r>
      <w:r>
        <w:t xml:space="preserve">    (a) to cause something to move forward</w:t>
      </w:r>
      <w:r>
        <w:br/>
      </w:r>
      <w:r>
        <w:t xml:space="preserve">    (b) make different; or show difference</w:t>
      </w:r>
      <w:r>
        <w:br/>
      </w:r>
      <w:r>
        <w:t xml:space="preserve">    (c) slowed down or caused problems for</w:t>
      </w:r>
    </w:p>
    <w:p>
      <w:pPr>
        <w:pStyle w:val="Compact"/>
        <w:numPr>
          <w:ilvl w:val="0"/>
          <w:numId w:val="1001"/>
        </w:numPr>
      </w:pPr>
      <w:r>
        <w:rPr>
          <w:b/>
          <w:bCs/>
        </w:rPr>
        <w:t xml:space="preserve">Gregor went and waited immediately by the door, resolved either to bring the</w:t>
      </w:r>
      <w:r>
        <w:rPr>
          <w:b/>
          <w:bCs/>
        </w:rPr>
        <w:t xml:space="preserve"> </w:t>
      </w:r>
      <w:r>
        <w:rPr>
          <w:b/>
          <w:bCs/>
          <w:u w:val="single"/>
        </w:rPr>
        <w:t xml:space="preserve">timorous</w:t>
      </w:r>
      <w:r>
        <w:rPr>
          <w:b/>
          <w:bCs/>
        </w:rPr>
        <w:t xml:space="preserve"> </w:t>
      </w:r>
      <w:r>
        <w:rPr>
          <w:b/>
          <w:bCs/>
        </w:rPr>
        <w:t xml:space="preserve">visitor into the room in some way or at least to find out who it was;</w:t>
      </w:r>
      <w:r>
        <w:br/>
      </w:r>
      <w:r>
        <w:t xml:space="preserve">    (a) persistent</w:t>
      </w:r>
      <w:r>
        <w:br/>
      </w:r>
      <w:r>
        <w:t xml:space="preserve">    (b) dangerous</w:t>
      </w:r>
      <w:r>
        <w:br/>
      </w:r>
      <w:r>
        <w:t xml:space="preserve">    (c) timid</w:t>
      </w:r>
    </w:p>
    <w:p>
      <w:pPr>
        <w:pStyle w:val="Compact"/>
        <w:numPr>
          <w:ilvl w:val="0"/>
          <w:numId w:val="1001"/>
        </w:numPr>
      </w:pPr>
      <w:r>
        <w:rPr>
          <w:b/>
          <w:bCs/>
        </w:rPr>
        <w:t xml:space="preserve">Gregor would sometimes catch a friendly comment, or at least a comment that could be</w:t>
      </w:r>
      <w:r>
        <w:rPr>
          <w:b/>
          <w:bCs/>
        </w:rPr>
        <w:t xml:space="preserve"> </w:t>
      </w:r>
      <w:r>
        <w:rPr>
          <w:b/>
          <w:bCs/>
          <w:u w:val="single"/>
        </w:rPr>
        <w:t xml:space="preserve">construed</w:t>
      </w:r>
      <w:r>
        <w:rPr>
          <w:b/>
          <w:bCs/>
        </w:rPr>
        <w:t xml:space="preserve"> </w:t>
      </w:r>
      <w:r>
        <w:rPr>
          <w:b/>
          <w:bCs/>
        </w:rPr>
        <w:t xml:space="preserve">as friendly.</w:t>
      </w:r>
      <w:r>
        <w:br/>
      </w:r>
      <w:r>
        <w:t xml:space="preserve">    (a) mistaken</w:t>
      </w:r>
      <w:r>
        <w:br/>
      </w:r>
      <w:r>
        <w:t xml:space="preserve">    (b) written</w:t>
      </w:r>
      <w:r>
        <w:br/>
      </w:r>
      <w:r>
        <w:t xml:space="preserve">    (c) interpreted</w:t>
      </w:r>
    </w:p>
    <w:p>
      <w:pPr>
        <w:pStyle w:val="Compact"/>
        <w:numPr>
          <w:ilvl w:val="0"/>
          <w:numId w:val="1001"/>
        </w:numPr>
      </w:pPr>
      <w:r>
        <w:rPr>
          <w:b/>
          <w:bCs/>
        </w:rPr>
        <w:t xml:space="preserve">What he heard his father say was some of the first good news that Gregor heard since he had first been</w:t>
      </w:r>
      <w:r>
        <w:rPr>
          <w:b/>
          <w:bCs/>
        </w:rPr>
        <w:t xml:space="preserve"> </w:t>
      </w:r>
      <w:r>
        <w:rPr>
          <w:b/>
          <w:bCs/>
          <w:u w:val="single"/>
        </w:rPr>
        <w:t xml:space="preserve">incarcerated</w:t>
      </w:r>
      <w:r>
        <w:rPr>
          <w:b/>
          <w:bCs/>
        </w:rPr>
        <w:t xml:space="preserve"> </w:t>
      </w:r>
      <w:r>
        <w:rPr>
          <w:b/>
          <w:bCs/>
        </w:rPr>
        <w:t xml:space="preserve">in his room.</w:t>
      </w:r>
      <w:r>
        <w:br/>
      </w:r>
      <w:r>
        <w:t xml:space="preserve">    (a) not learned, discovered, or decided</w:t>
      </w:r>
      <w:r>
        <w:br/>
      </w:r>
      <w:r>
        <w:t xml:space="preserve">    (b) put in prison, or otherwise confine</w:t>
      </w:r>
      <w:r>
        <w:br/>
      </w:r>
      <w:r>
        <w:t xml:space="preserve">    (c) blended three or more musical notes</w:t>
      </w:r>
    </w:p>
    <w:p>
      <w:pPr>
        <w:pStyle w:val="Compact"/>
        <w:numPr>
          <w:ilvl w:val="0"/>
          <w:numId w:val="1001"/>
        </w:numPr>
      </w:pPr>
      <w:r>
        <w:rPr>
          <w:b/>
          <w:bCs/>
        </w:rPr>
        <w:t xml:space="preserve">Unlike him, she was very fond of music and a gifted and expressive violinist, it was his secret plan to send her to the</w:t>
      </w:r>
      <w:r>
        <w:rPr>
          <w:b/>
          <w:bCs/>
        </w:rPr>
        <w:t xml:space="preserve"> </w:t>
      </w:r>
      <w:r>
        <w:rPr>
          <w:b/>
          <w:bCs/>
          <w:u w:val="single"/>
        </w:rPr>
        <w:t xml:space="preserve">conservatory</w:t>
      </w:r>
      <w:r>
        <w:rPr>
          <w:b/>
          <w:bCs/>
        </w:rPr>
        <w:t xml:space="preserve"> </w:t>
      </w:r>
      <w:r>
        <w:rPr>
          <w:b/>
          <w:bCs/>
        </w:rPr>
        <w:t xml:space="preserve">next year...</w:t>
      </w:r>
      <w:r>
        <w:br/>
      </w:r>
      <w:r>
        <w:t xml:space="preserve">    (a) school for music</w:t>
      </w:r>
      <w:r>
        <w:br/>
      </w:r>
      <w:r>
        <w:t xml:space="preserve">    (b) a museum of art</w:t>
      </w:r>
      <w:r>
        <w:br/>
      </w:r>
      <w:r>
        <w:t xml:space="preserve">    (c) a gathering or convention related to the arts</w:t>
      </w:r>
    </w:p>
    <w:p>
      <w:pPr>
        <w:pStyle w:val="Compact"/>
        <w:numPr>
          <w:ilvl w:val="0"/>
          <w:numId w:val="1001"/>
        </w:numPr>
      </w:pPr>
      <w:r>
        <w:rPr>
          <w:b/>
          <w:bCs/>
        </w:rPr>
        <w:t xml:space="preserve">Gregor kept trying to assure himself that nothing unusual was happening, it was just a few pieces of furniture being moved after all, but he soon had to admit that the women going to and fro, their little calls to each other, the scraping of the furniture on the floor, all these things made him feel as if he were being</w:t>
      </w:r>
      <w:r>
        <w:rPr>
          <w:b/>
          <w:bCs/>
        </w:rPr>
        <w:t xml:space="preserve"> </w:t>
      </w:r>
      <w:r>
        <w:rPr>
          <w:b/>
          <w:bCs/>
          <w:u w:val="single"/>
        </w:rPr>
        <w:t xml:space="preserve">assailed</w:t>
      </w:r>
      <w:r>
        <w:rPr>
          <w:b/>
          <w:bCs/>
        </w:rPr>
        <w:t xml:space="preserve"> </w:t>
      </w:r>
      <w:r>
        <w:rPr>
          <w:b/>
          <w:bCs/>
        </w:rPr>
        <w:t xml:space="preserve">from all sides.</w:t>
      </w:r>
      <w:r>
        <w:br/>
      </w:r>
      <w:r>
        <w:t xml:space="preserve">    (a) studied</w:t>
      </w:r>
      <w:r>
        <w:br/>
      </w:r>
      <w:r>
        <w:t xml:space="preserve">    (b) to attack or cause trouble</w:t>
      </w:r>
      <w:r>
        <w:br/>
      </w:r>
      <w:r>
        <w:t xml:space="preserve">    (c) assisted</w:t>
      </w:r>
    </w:p>
    <w:p>
      <w:pPr>
        <w:pStyle w:val="Compact"/>
        <w:numPr>
          <w:ilvl w:val="0"/>
          <w:numId w:val="1001"/>
        </w:numPr>
      </w:pPr>
      <w:r>
        <w:rPr>
          <w:b/>
          <w:bCs/>
        </w:rPr>
        <w:t xml:space="preserve">his attention was suddenly caught by the picture ... of the lady dressed in</w:t>
      </w:r>
      <w:r>
        <w:rPr>
          <w:b/>
          <w:bCs/>
        </w:rPr>
        <w:t xml:space="preserve"> </w:t>
      </w:r>
      <w:r>
        <w:rPr>
          <w:b/>
          <w:bCs/>
          <w:u w:val="single"/>
        </w:rPr>
        <w:t xml:space="preserve">copious</w:t>
      </w:r>
      <w:r>
        <w:rPr>
          <w:b/>
          <w:bCs/>
        </w:rPr>
        <w:t xml:space="preserve"> </w:t>
      </w:r>
      <w:r>
        <w:rPr>
          <w:b/>
          <w:bCs/>
        </w:rPr>
        <w:t xml:space="preserve">fur.</w:t>
      </w:r>
      <w:r>
        <w:br/>
      </w:r>
      <w:r>
        <w:t xml:space="preserve">    (a) abundant (large)</w:t>
      </w:r>
      <w:r>
        <w:br/>
      </w:r>
      <w:r>
        <w:t xml:space="preserve">    (b) something developed from something else</w:t>
      </w:r>
      <w:r>
        <w:br/>
      </w:r>
      <w:r>
        <w:t xml:space="preserve">    (c) simulated (not real)</w:t>
      </w:r>
    </w:p>
    <w:p>
      <w:pPr>
        <w:pStyle w:val="Compact"/>
        <w:numPr>
          <w:ilvl w:val="0"/>
          <w:numId w:val="1001"/>
        </w:numPr>
      </w:pPr>
      <w:r>
        <w:rPr>
          <w:b/>
          <w:bCs/>
        </w:rPr>
        <w:t xml:space="preserve">[H]e startled her when she turned round; a bottle fell to the ground and broke; a splinter cut Gregor's face, some kind of</w:t>
      </w:r>
      <w:r>
        <w:rPr>
          <w:b/>
          <w:bCs/>
        </w:rPr>
        <w:t xml:space="preserve"> </w:t>
      </w:r>
      <w:r>
        <w:rPr>
          <w:b/>
          <w:bCs/>
          <w:u w:val="single"/>
        </w:rPr>
        <w:t xml:space="preserve">caustic</w:t>
      </w:r>
      <w:r>
        <w:rPr>
          <w:b/>
          <w:bCs/>
        </w:rPr>
        <w:t xml:space="preserve"> </w:t>
      </w:r>
      <w:r>
        <w:rPr>
          <w:b/>
          <w:bCs/>
        </w:rPr>
        <w:t xml:space="preserve">medicine splashed all over him;</w:t>
      </w:r>
      <w:r>
        <w:br/>
      </w:r>
      <w:r>
        <w:t xml:space="preserve">    (a) not well understood</w:t>
      </w:r>
      <w:r>
        <w:br/>
      </w:r>
      <w:r>
        <w:t xml:space="preserve">    (b) harsh</w:t>
      </w:r>
      <w:r>
        <w:br/>
      </w:r>
      <w:r>
        <w:t xml:space="preserve">    (c) powerful (highly effective)</w:t>
      </w:r>
    </w:p>
    <w:p>
      <w:pPr>
        <w:pStyle w:val="Compact"/>
        <w:numPr>
          <w:ilvl w:val="0"/>
          <w:numId w:val="1001"/>
        </w:numPr>
      </w:pPr>
      <w:r>
        <w:rPr>
          <w:b/>
          <w:bCs/>
        </w:rPr>
        <w:t xml:space="preserve">He was standing up straight enough now; dressed in a smart blue uniform with gold buttons, the sort worn by the employees at the banking institute; above the high, stiff collar of the coat his strong double-chin emerged; under the bushy eyebrows, his piercing, dark eyes looked out fresh and alert; his normally</w:t>
      </w:r>
      <w:r>
        <w:rPr>
          <w:b/>
          <w:bCs/>
        </w:rPr>
        <w:t xml:space="preserve"> </w:t>
      </w:r>
      <w:r>
        <w:rPr>
          <w:b/>
          <w:bCs/>
          <w:u w:val="single"/>
        </w:rPr>
        <w:t xml:space="preserve">unkempt</w:t>
      </w:r>
      <w:r>
        <w:rPr>
          <w:b/>
          <w:bCs/>
        </w:rPr>
        <w:t xml:space="preserve"> </w:t>
      </w:r>
      <w:r>
        <w:rPr>
          <w:b/>
          <w:bCs/>
        </w:rPr>
        <w:t xml:space="preserve">white hair was combed down painfully close to his scalp.</w:t>
      </w:r>
      <w:r>
        <w:br/>
      </w:r>
      <w:r>
        <w:t xml:space="preserve">    (a) completely or totally</w:t>
      </w:r>
      <w:r>
        <w:br/>
      </w:r>
      <w:r>
        <w:t xml:space="preserve">    (b) not neat or cared for</w:t>
      </w:r>
      <w:r>
        <w:br/>
      </w:r>
      <w:r>
        <w:t xml:space="preserve">    (c) exactly or accurately</w:t>
      </w:r>
    </w:p>
    <w:p>
      <w:pPr>
        <w:pStyle w:val="Compact"/>
        <w:numPr>
          <w:ilvl w:val="0"/>
          <w:numId w:val="1001"/>
        </w:numPr>
      </w:pPr>
      <w:r>
        <w:rPr>
          <w:b/>
          <w:bCs/>
        </w:rPr>
        <w:t xml:space="preserve">But since he had been in work he had become more</w:t>
      </w:r>
      <w:r>
        <w:rPr>
          <w:b/>
          <w:bCs/>
        </w:rPr>
        <w:t xml:space="preserve"> </w:t>
      </w:r>
      <w:r>
        <w:rPr>
          <w:b/>
          <w:bCs/>
          <w:u w:val="single"/>
        </w:rPr>
        <w:t xml:space="preserve">obstinate</w:t>
      </w:r>
      <w:r>
        <w:rPr>
          <w:b/>
          <w:bCs/>
        </w:rPr>
        <w:t xml:space="preserve"> </w:t>
      </w:r>
      <w:r>
        <w:rPr>
          <w:b/>
          <w:bCs/>
        </w:rPr>
        <w:t xml:space="preserve">and would always insist on staying longer at the table, even though he regularly fell asleep and it was then harder than ever to persuade him to exchange the chair for his bed.</w:t>
      </w:r>
      <w:r>
        <w:br/>
      </w:r>
      <w:r>
        <w:t xml:space="preserve">    (a) able to be delayed until a later time</w:t>
      </w:r>
      <w:r>
        <w:br/>
      </w:r>
      <w:r>
        <w:t xml:space="preserve">    (b) stubbornly unyielding to other's wishes</w:t>
      </w:r>
      <w:r>
        <w:br/>
      </w:r>
      <w:r>
        <w:t xml:space="preserve">    (c) not bouncing back light/heat/sound...</w:t>
      </w:r>
    </w:p>
    <w:p>
      <w:pPr>
        <w:pStyle w:val="Compact"/>
        <w:numPr>
          <w:ilvl w:val="0"/>
          <w:numId w:val="1001"/>
        </w:numPr>
      </w:pPr>
      <w:r>
        <w:rPr>
          <w:b/>
          <w:bCs/>
        </w:rPr>
        <w:t xml:space="preserve">Then, however much mother and sister would</w:t>
      </w:r>
      <w:r>
        <w:rPr>
          <w:b/>
          <w:bCs/>
        </w:rPr>
        <w:t xml:space="preserve"> </w:t>
      </w:r>
      <w:r>
        <w:rPr>
          <w:b/>
          <w:bCs/>
          <w:u w:val="single"/>
        </w:rPr>
        <w:t xml:space="preserve">importune</w:t>
      </w:r>
      <w:r>
        <w:rPr>
          <w:b/>
          <w:bCs/>
        </w:rPr>
        <w:t xml:space="preserve"> </w:t>
      </w:r>
      <w:r>
        <w:rPr>
          <w:b/>
          <w:bCs/>
        </w:rPr>
        <w:t xml:space="preserve">him with little reproaches and warnings he would keep slowly shaking his head for a quarter of an hour with his eyes closed and refusing to get up.</w:t>
      </w:r>
      <w:r>
        <w:br/>
      </w:r>
      <w:r>
        <w:t xml:space="preserve">    (a) demand upon penalty of death</w:t>
      </w:r>
      <w:r>
        <w:br/>
      </w:r>
      <w:r>
        <w:t xml:space="preserve">    (b) demand in a threatening manner</w:t>
      </w:r>
      <w:r>
        <w:br/>
      </w:r>
      <w:r>
        <w:t xml:space="preserve">    (c) beg persistently and urgently</w:t>
      </w:r>
    </w:p>
    <w:p>
      <w:pPr>
        <w:pStyle w:val="Compact"/>
        <w:numPr>
          <w:ilvl w:val="0"/>
          <w:numId w:val="1001"/>
        </w:numPr>
      </w:pPr>
      <w:r>
        <w:rPr>
          <w:b/>
          <w:bCs/>
        </w:rPr>
        <w:t xml:space="preserve">But his mother was to be punished still more for what she had done, as hardly had his sister arrived home in the evening than she noticed the change in Gregor's room and, highly</w:t>
      </w:r>
      <w:r>
        <w:rPr>
          <w:b/>
          <w:bCs/>
        </w:rPr>
        <w:t xml:space="preserve"> </w:t>
      </w:r>
      <w:r>
        <w:rPr>
          <w:b/>
          <w:bCs/>
          <w:u w:val="single"/>
        </w:rPr>
        <w:t xml:space="preserve">aggrieved</w:t>
      </w:r>
      <w:r>
        <w:rPr>
          <w:b/>
          <w:bCs/>
        </w:rPr>
        <w:t xml:space="preserve">, ran back into the living room where, despite her mothers raised and imploring hands, she broke into convulsive tears.</w:t>
      </w:r>
      <w:r>
        <w:br/>
      </w:r>
      <w:r>
        <w:t xml:space="preserve">    (a) furious</w:t>
      </w:r>
      <w:r>
        <w:br/>
      </w:r>
      <w:r>
        <w:t xml:space="preserve">    (b) impatient to be heard</w:t>
      </w:r>
      <w:r>
        <w:br/>
      </w:r>
      <w:r>
        <w:t xml:space="preserve">    (c) upset (by bad treatment)</w:t>
      </w:r>
    </w:p>
    <w:p>
      <w:pPr>
        <w:pStyle w:val="Compact"/>
        <w:numPr>
          <w:ilvl w:val="0"/>
          <w:numId w:val="1001"/>
        </w:numPr>
      </w:pPr>
      <w:r>
        <w:rPr>
          <w:b/>
          <w:bCs/>
        </w:rPr>
        <w:t xml:space="preserve">This elderly widow, with a</w:t>
      </w:r>
      <w:r>
        <w:rPr>
          <w:b/>
          <w:bCs/>
        </w:rPr>
        <w:t xml:space="preserve"> </w:t>
      </w:r>
      <w:r>
        <w:rPr>
          <w:b/>
          <w:bCs/>
          <w:u w:val="single"/>
        </w:rPr>
        <w:t xml:space="preserve">robust</w:t>
      </w:r>
      <w:r>
        <w:rPr>
          <w:b/>
          <w:bCs/>
        </w:rPr>
        <w:t xml:space="preserve"> </w:t>
      </w:r>
      <w:r>
        <w:rPr>
          <w:b/>
          <w:bCs/>
        </w:rPr>
        <w:t xml:space="preserve">bone structure that made her able to withstand the hardest of things in her long life, wasn't really repelled by Gregor.</w:t>
      </w:r>
      <w:r>
        <w:br/>
      </w:r>
      <w:r>
        <w:t xml:space="preserve">    (a) strong</w:t>
      </w:r>
      <w:r>
        <w:br/>
      </w:r>
      <w:r>
        <w:t xml:space="preserve">    (b) hidden</w:t>
      </w:r>
      <w:r>
        <w:br/>
      </w:r>
      <w:r>
        <w:t xml:space="preserve">    (c) sloped</w:t>
      </w:r>
    </w:p>
    <w:p>
      <w:pPr>
        <w:pStyle w:val="Compact"/>
        <w:numPr>
          <w:ilvl w:val="0"/>
          <w:numId w:val="1001"/>
        </w:numPr>
      </w:pPr>
      <w:r>
        <w:rPr>
          <w:b/>
          <w:bCs/>
        </w:rPr>
        <w:t xml:space="preserve">For this reason, many things had become</w:t>
      </w:r>
      <w:r>
        <w:rPr>
          <w:b/>
          <w:bCs/>
        </w:rPr>
        <w:t xml:space="preserve"> </w:t>
      </w:r>
      <w:r>
        <w:rPr>
          <w:b/>
          <w:bCs/>
          <w:u w:val="single"/>
        </w:rPr>
        <w:t xml:space="preserve">superfluous</w:t>
      </w:r>
      <w:r>
        <w:rPr>
          <w:b/>
          <w:bCs/>
        </w:rPr>
        <w:t xml:space="preserve"> </w:t>
      </w:r>
      <w:r>
        <w:rPr>
          <w:b/>
          <w:bCs/>
        </w:rPr>
        <w:t xml:space="preserve">which, although they could not be sold, the family did not wish to discard.</w:t>
      </w:r>
      <w:r>
        <w:br/>
      </w:r>
      <w:r>
        <w:t xml:space="preserve">    (a) necessary</w:t>
      </w:r>
      <w:r>
        <w:br/>
      </w:r>
      <w:r>
        <w:t xml:space="preserve">    (b) important</w:t>
      </w:r>
      <w:r>
        <w:br/>
      </w:r>
      <w:r>
        <w:t xml:space="preserve">    (c) unnecessary</w:t>
      </w:r>
    </w:p>
    <w:p>
      <w:pPr>
        <w:pStyle w:val="Compact"/>
        <w:numPr>
          <w:ilvl w:val="0"/>
          <w:numId w:val="1001"/>
        </w:numPr>
      </w:pPr>
      <w:r>
        <w:rPr>
          <w:b/>
          <w:bCs/>
        </w:rPr>
        <w:t xml:space="preserve">His mother, who still had not had time to catch her breath, began to cough dully, her hand held out in front of her and a</w:t>
      </w:r>
      <w:r>
        <w:rPr>
          <w:b/>
          <w:bCs/>
        </w:rPr>
        <w:t xml:space="preserve"> </w:t>
      </w:r>
      <w:r>
        <w:rPr>
          <w:b/>
          <w:bCs/>
          <w:u w:val="single"/>
        </w:rPr>
        <w:t xml:space="preserve">deranged</w:t>
      </w:r>
      <w:r>
        <w:rPr>
          <w:b/>
          <w:bCs/>
        </w:rPr>
        <w:t xml:space="preserve"> </w:t>
      </w:r>
      <w:r>
        <w:rPr>
          <w:b/>
          <w:bCs/>
        </w:rPr>
        <w:t xml:space="preserve">expression in her eyes.</w:t>
      </w:r>
      <w:r>
        <w:br/>
      </w:r>
      <w:r>
        <w:t xml:space="preserve">    (a) concerned or worried</w:t>
      </w:r>
      <w:r>
        <w:br/>
      </w:r>
      <w:r>
        <w:t xml:space="preserve">    (b) sad</w:t>
      </w:r>
      <w:r>
        <w:br/>
      </w:r>
      <w:r>
        <w:t xml:space="preserve">    (c) mentally imbalanced</w:t>
      </w:r>
    </w:p>
    <w:p>
      <w:pPr>
        <w:pStyle w:val="Compact"/>
        <w:numPr>
          <w:ilvl w:val="0"/>
          <w:numId w:val="1001"/>
        </w:numPr>
      </w:pPr>
      <w:r>
        <w:rPr>
          <w:b/>
          <w:bCs/>
        </w:rPr>
        <w:t xml:space="preserve">His sister just shrugged her shoulders as a sign of the helplessness and tears that had taken hold of her,</w:t>
      </w:r>
      <w:r>
        <w:rPr>
          <w:b/>
          <w:bCs/>
        </w:rPr>
        <w:t xml:space="preserve"> </w:t>
      </w:r>
      <w:r>
        <w:rPr>
          <w:b/>
          <w:bCs/>
          <w:u w:val="single"/>
        </w:rPr>
        <w:t xml:space="preserve">displacing</w:t>
      </w:r>
      <w:r>
        <w:rPr>
          <w:b/>
          <w:bCs/>
        </w:rPr>
        <w:t xml:space="preserve"> </w:t>
      </w:r>
      <w:r>
        <w:rPr>
          <w:b/>
          <w:bCs/>
        </w:rPr>
        <w:t xml:space="preserve">her earlier certainty.</w:t>
      </w:r>
      <w:r>
        <w:br/>
      </w:r>
      <w:r>
        <w:t xml:space="preserve">    (a) requiring (obligating) to do something</w:t>
      </w:r>
      <w:r>
        <w:br/>
      </w:r>
      <w:r>
        <w:t xml:space="preserve">    (b) making strips of hair lighter in color</w:t>
      </w:r>
      <w:r>
        <w:br/>
      </w:r>
      <w:r>
        <w:t xml:space="preserve">    (c) force to move; or to take the place of</w:t>
      </w:r>
    </w:p>
    <w:p>
      <w:pPr>
        <w:pStyle w:val="Compact"/>
        <w:numPr>
          <w:ilvl w:val="0"/>
          <w:numId w:val="1001"/>
        </w:numPr>
      </w:pPr>
      <w:r>
        <w:rPr>
          <w:b/>
          <w:bCs/>
        </w:rPr>
        <w:t xml:space="preserve">... asked the middle of the three gentlemen somewhat</w:t>
      </w:r>
      <w:r>
        <w:rPr>
          <w:b/>
          <w:bCs/>
        </w:rPr>
        <w:t xml:space="preserve"> </w:t>
      </w:r>
      <w:r>
        <w:rPr>
          <w:b/>
          <w:bCs/>
          <w:u w:val="single"/>
        </w:rPr>
        <w:t xml:space="preserve">disconcerted</w:t>
      </w:r>
      <w:r>
        <w:rPr>
          <w:b/>
          <w:bCs/>
        </w:rPr>
        <w:t xml:space="preserve">,</w:t>
      </w:r>
      <w:r>
        <w:br/>
      </w:r>
      <w:r>
        <w:t xml:space="preserve">    (a) disturbed or unsettled</w:t>
      </w:r>
      <w:r>
        <w:br/>
      </w:r>
      <w:r>
        <w:t xml:space="preserve">    (b) confident or overpowering</w:t>
      </w:r>
      <w:r>
        <w:br/>
      </w:r>
      <w:r>
        <w:t xml:space="preserve">    (c) angry</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2026-07-31T14:48:45Z</dcterms:created>
  <dcterms:modified xsi:type="dcterms:W3CDTF">2026-07-31T14:48:45Z</dcterms:modified>
</cp:coreProperties>
</file>

<file path=docProps/custom.xml><?xml version="1.0" encoding="utf-8"?>
<Properties xmlns="http://schemas.openxmlformats.org/officeDocument/2006/custom-properties" xmlns:vt="http://schemas.openxmlformats.org/officeDocument/2006/docPropsVTypes"/>
</file>