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75c4ef7acb253da3372506bef222bfc8674ca1"/>
    <w:p>
      <w:pPr>
        <w:pStyle w:val="Heading1"/>
      </w:pPr>
      <w:r>
        <w:rPr>
          <w:b/>
          <w:bCs/>
        </w:rPr>
        <w:t xml:space="preserve">Message in a Bottle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attending college.</w:t>
      </w:r>
      <w:r>
        <w:br/>
      </w:r>
      <w:r>
        <w:t xml:space="preserve">    (a) especially worried</w:t>
      </w:r>
      <w:r>
        <w:br/>
      </w:r>
      <w:r>
        <w:t xml:space="preserve">    (b) especially happy</w:t>
      </w:r>
      <w:r>
        <w:br/>
      </w:r>
      <w:r>
        <w:t xml:space="preserve">    (c) with mixed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vicious cycle in which worry leads to decreased spending and decreased spending leads to increased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anxiety</w:t>
      </w:r>
      <w:r>
        <w:rPr>
          <w:b/>
          <w:bCs/>
        </w:rPr>
        <w:t xml:space="preserve">.</w:t>
      </w:r>
      <w:r>
        <w:br/>
      </w:r>
      <w:r>
        <w:t xml:space="preserve">    (a) worry</w:t>
      </w:r>
      <w:r>
        <w:br/>
      </w:r>
      <w:r>
        <w:t xml:space="preserve">    (b) saving</w:t>
      </w:r>
      <w:r>
        <w:br/>
      </w:r>
      <w:r>
        <w:t xml:space="preserve">    (c) happiness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this problem in a new way.</w:t>
      </w:r>
      <w:r>
        <w:br/>
      </w:r>
      <w:r>
        <w:t xml:space="preserve">    (a) assign</w:t>
      </w:r>
      <w:r>
        <w:br/>
      </w:r>
      <w:r>
        <w:t xml:space="preserve">    (b) avoid</w:t>
      </w:r>
      <w:r>
        <w:br/>
      </w:r>
      <w:r>
        <w:t xml:space="preserve">    (c) think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approached</w:t>
      </w:r>
      <w:r>
        <w:rPr>
          <w:b/>
          <w:bCs/>
        </w:rPr>
        <w:t xml:space="preserve"> </w:t>
      </w:r>
      <w:r>
        <w:rPr>
          <w:b/>
          <w:bCs/>
        </w:rPr>
        <w:t xml:space="preserve">three bankers about a loan.</w:t>
      </w:r>
      <w:r>
        <w:br/>
      </w:r>
      <w:r>
        <w:t xml:space="preserve">    (a) avoided</w:t>
      </w:r>
      <w:r>
        <w:br/>
      </w:r>
      <w:r>
        <w:t xml:space="preserve">    (b) asked</w:t>
      </w:r>
      <w:r>
        <w:br/>
      </w:r>
      <w:r>
        <w:t xml:space="preserve">    (c) complained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circumference of the earth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24,900 miles at the equator.</w:t>
      </w:r>
      <w:r>
        <w:br/>
      </w:r>
      <w:r>
        <w:t xml:space="preserve">    (a) exactly</w:t>
      </w:r>
      <w:r>
        <w:br/>
      </w:r>
      <w:r>
        <w:t xml:space="preserve">    (b) commonly mistaken as</w:t>
      </w:r>
      <w:r>
        <w:br/>
      </w:r>
      <w:r>
        <w:t xml:space="preserve">    (c)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i/>
          <w:iCs/>
        </w:rPr>
        <w:t xml:space="preserve">Harry Potter and the Chamber of Secrets</w:t>
      </w:r>
      <w:r>
        <w:rPr>
          <w:b/>
          <w:bCs/>
        </w:rPr>
        <w:t xml:space="preserve"> </w:t>
      </w:r>
      <w:r>
        <w:rPr>
          <w:b/>
          <w:bCs/>
        </w:rPr>
        <w:t xml:space="preserve">reaches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climax</w:t>
      </w:r>
      <w:r>
        <w:rPr>
          <w:b/>
          <w:bCs/>
        </w:rPr>
        <w:t xml:space="preserve"> </w:t>
      </w:r>
      <w:r>
        <w:rPr>
          <w:b/>
          <w:bCs/>
        </w:rPr>
        <w:t xml:space="preserve">when Harry enters the chamber of secrets.</w:t>
      </w:r>
      <w:r>
        <w:br/>
      </w:r>
      <w:r>
        <w:t xml:space="preserve">    (a) most thoughtful part</w:t>
      </w:r>
      <w:r>
        <w:br/>
      </w:r>
      <w:r>
        <w:t xml:space="preserve">    (b) most surprising part</w:t>
      </w:r>
      <w:r>
        <w:br/>
      </w:r>
      <w:r>
        <w:t xml:space="preserve">    (c) most intense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Israeli-Palestinian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</w:t>
      </w:r>
      <w:r>
        <w:rPr>
          <w:b/>
          <w:bCs/>
        </w:rPr>
        <w:t xml:space="preserve"> </w:t>
      </w:r>
      <w:r>
        <w:rPr>
          <w:b/>
          <w:bCs/>
        </w:rPr>
        <w:t xml:space="preserve">flared up again in Jerusalem.</w:t>
      </w:r>
      <w:r>
        <w:br/>
      </w:r>
      <w:r>
        <w:t xml:space="preserve">    (a) agreement</w:t>
      </w:r>
      <w:r>
        <w:br/>
      </w:r>
      <w:r>
        <w:t xml:space="preserve">    (b) border</w:t>
      </w:r>
      <w:r>
        <w:br/>
      </w:r>
      <w:r>
        <w:t xml:space="preserve">    (c) struggle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coy</w:t>
      </w:r>
      <w:r>
        <w:rPr>
          <w:b/>
          <w:bCs/>
        </w:rPr>
        <w:t xml:space="preserve"> </w:t>
      </w:r>
      <w:r>
        <w:rPr>
          <w:b/>
          <w:bCs/>
        </w:rPr>
        <w:t xml:space="preserve">smile and refused to say whether she liked him.</w:t>
      </w:r>
      <w:r>
        <w:br/>
      </w:r>
      <w:r>
        <w:t xml:space="preserve">    (a) deeply confused</w:t>
      </w:r>
      <w:r>
        <w:br/>
      </w:r>
      <w:r>
        <w:t xml:space="preserve">    (b) openly angry</w:t>
      </w:r>
      <w:r>
        <w:br/>
      </w:r>
      <w:r>
        <w:t xml:space="preserve">    (c) shy but playful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casual, go-with-the-flow personality and doesn't appreciate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.</w:t>
      </w:r>
      <w:r>
        <w:br/>
      </w:r>
      <w:r>
        <w:t xml:space="preserve">    (a) seriousness</w:t>
      </w:r>
      <w:r>
        <w:br/>
      </w:r>
      <w:r>
        <w:t xml:space="preserve">    (b) falseness</w:t>
      </w:r>
      <w:r>
        <w:br/>
      </w:r>
      <w:r>
        <w:t xml:space="preserve">    (c) frivolous attitude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job options.</w:t>
      </w:r>
      <w:r>
        <w:br/>
      </w:r>
      <w:r>
        <w:t xml:space="preserve">    (a) creating</w:t>
      </w:r>
      <w:r>
        <w:br/>
      </w:r>
      <w:r>
        <w:t xml:space="preserve">    (b) considering</w:t>
      </w:r>
      <w:r>
        <w:br/>
      </w:r>
      <w:r>
        <w:t xml:space="preserve">    (c) avoiding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would vote with us.</w:t>
      </w:r>
      <w:r>
        <w:br/>
      </w:r>
      <w:r>
        <w:t xml:space="preserve">    (a) hinted</w:t>
      </w:r>
      <w:r>
        <w:br/>
      </w:r>
      <w:r>
        <w:t xml:space="preserve">    (b) denied</w:t>
      </w:r>
      <w:r>
        <w:br/>
      </w:r>
      <w:r>
        <w:t xml:space="preserve">    (c) insisted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class was hard.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my favorite.</w:t>
      </w:r>
      <w:r>
        <w:br/>
      </w:r>
      <w:r>
        <w:t xml:space="preserve">    (a) for that reason</w:t>
      </w:r>
      <w:r>
        <w:br/>
      </w:r>
      <w:r>
        <w:t xml:space="preserve">    (b) despite that</w:t>
      </w:r>
      <w:r>
        <w:br/>
      </w:r>
      <w:r>
        <w:t xml:space="preserve">    (c) because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 happy girl--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to most of the unhappiness around her.</w:t>
      </w:r>
      <w:r>
        <w:br/>
      </w:r>
      <w:r>
        <w:t xml:space="preserve">    (a) unaware of</w:t>
      </w:r>
      <w:r>
        <w:br/>
      </w:r>
      <w:r>
        <w:t xml:space="preserve">    (b) adding to</w:t>
      </w:r>
      <w:r>
        <w:br/>
      </w:r>
      <w:r>
        <w:t xml:space="preserve">    (c) concerned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a few details to place herself in a more favorable light.</w:t>
      </w:r>
      <w:r>
        <w:br/>
      </w:r>
      <w:r>
        <w:t xml:space="preserve">    (a) made up</w:t>
      </w:r>
      <w:r>
        <w:br/>
      </w:r>
      <w:r>
        <w:t xml:space="preserve">    (b) exaggerated</w:t>
      </w:r>
      <w:r>
        <w:br/>
      </w:r>
      <w:r>
        <w:t xml:space="preserve">    (c) left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keeps telling me her chances of dying in a car accident are 1 in 150, but I keep telling her that's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 </w:t>
      </w:r>
      <w:r>
        <w:rPr>
          <w:b/>
          <w:bCs/>
        </w:rPr>
        <w:t xml:space="preserve">if she drives after drinking.</w:t>
      </w:r>
      <w:r>
        <w:br/>
      </w:r>
      <w:r>
        <w:t xml:space="preserve">    (a) simplistic</w:t>
      </w:r>
      <w:r>
        <w:br/>
      </w:r>
      <w:r>
        <w:t xml:space="preserve">    (b) hopeful</w:t>
      </w:r>
      <w:r>
        <w:br/>
      </w:r>
      <w:r>
        <w:t xml:space="preserve">    (c) gloomy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never drink again.</w:t>
      </w:r>
      <w:r>
        <w:br/>
      </w:r>
      <w:r>
        <w:t xml:space="preserve">    (a) firmly decided</w:t>
      </w:r>
      <w:r>
        <w:br/>
      </w:r>
      <w:r>
        <w:t xml:space="preserve">    (b) was forced</w:t>
      </w:r>
      <w:r>
        <w:br/>
      </w:r>
      <w:r>
        <w:t xml:space="preserve">    (c) was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testing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to keep a good attitude.</w:t>
      </w:r>
      <w:r>
        <w:br/>
      </w:r>
      <w:r>
        <w:t xml:space="preserve">    (a) optimism</w:t>
      </w:r>
      <w:r>
        <w:br/>
      </w:r>
      <w:r>
        <w:t xml:space="preserve">    (b) determination</w:t>
      </w:r>
      <w:r>
        <w:br/>
      </w:r>
      <w:r>
        <w:t xml:space="preserve">    (c) 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enjoyed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sensual</w:t>
      </w:r>
      <w:r>
        <w:rPr>
          <w:b/>
          <w:bCs/>
        </w:rPr>
        <w:t xml:space="preserve"> </w:t>
      </w:r>
      <w:r>
        <w:rPr>
          <w:b/>
          <w:bCs/>
        </w:rPr>
        <w:t xml:space="preserve">pleasure of the warm sun on her skin.</w:t>
      </w:r>
      <w:r>
        <w:br/>
      </w:r>
      <w:r>
        <w:t xml:space="preserve">    (a) deep empathetic understanding</w:t>
      </w:r>
      <w:r>
        <w:br/>
      </w:r>
      <w:r>
        <w:t xml:space="preserve">    (b) pleasing the body's senses</w:t>
      </w:r>
      <w:r>
        <w:br/>
      </w:r>
      <w:r>
        <w:t xml:space="preserve">    (c) exciting the mind's intellect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store provides shoppers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simultaneous</w:t>
      </w:r>
      <w:r>
        <w:rPr>
          <w:b/>
          <w:bCs/>
        </w:rPr>
        <w:t xml:space="preserve"> </w:t>
      </w:r>
      <w:r>
        <w:rPr>
          <w:b/>
          <w:bCs/>
        </w:rPr>
        <w:t xml:space="preserve">art/music experience.</w:t>
      </w:r>
      <w:r>
        <w:br/>
      </w:r>
      <w:r>
        <w:t xml:space="preserve">    (a) alternating</w:t>
      </w:r>
      <w:r>
        <w:br/>
      </w:r>
      <w:r>
        <w:t xml:space="preserve">    (b) at the same time</w:t>
      </w:r>
      <w:r>
        <w:br/>
      </w:r>
      <w:r>
        <w:t xml:space="preserve">    (c) consecutive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beautiful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stationery</w:t>
      </w:r>
      <w:r>
        <w:rPr>
          <w:b/>
          <w:bCs/>
        </w:rPr>
        <w:t xml:space="preserve"> </w:t>
      </w:r>
      <w:r>
        <w:rPr>
          <w:b/>
          <w:bCs/>
        </w:rPr>
        <w:t xml:space="preserve">for writing notes.</w:t>
      </w:r>
      <w:r>
        <w:br/>
      </w:r>
      <w:r>
        <w:t xml:space="preserve">    (a) handwriting</w:t>
      </w:r>
      <w:r>
        <w:br/>
      </w:r>
      <w:r>
        <w:t xml:space="preserve">    (b) paper and envelopes</w:t>
      </w:r>
      <w:r>
        <w:br/>
      </w:r>
      <w:r>
        <w:t xml:space="preserve">    (c) choice of words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2026-07-31T16:43:42Z</dcterms:created>
  <dcterms:modified xsi:type="dcterms:W3CDTF">2026-07-31T16:43:42Z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