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ea2ea9cbeb0cf88de36590579f3591ca71a1c8"/>
    <w:p>
      <w:pPr>
        <w:pStyle w:val="Heading1"/>
      </w:pPr>
      <w:r>
        <w:rPr>
          <w:b/>
          <w:bCs/>
        </w:rPr>
        <w:t xml:space="preserve">Message in a Bottle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abated</w:t>
      </w:r>
      <w:r>
        <w:rPr>
          <w:b/>
          <w:bCs/>
        </w:rPr>
        <w:t xml:space="preserve">.</w:t>
      </w:r>
      <w:r>
        <w:br/>
      </w:r>
      <w:r>
        <w:t xml:space="preserve">    (a) increased</w:t>
      </w:r>
      <w:r>
        <w:br/>
      </w:r>
      <w:r>
        <w:t xml:space="preserve">    (b) decreased</w:t>
      </w:r>
      <w:r>
        <w:br/>
      </w:r>
      <w:r>
        <w:t xml:space="preserve">    (c) varied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I fail English because I didn't do my homework, there will be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appeasing</w:t>
      </w:r>
      <w:r>
        <w:rPr>
          <w:b/>
          <w:bCs/>
        </w:rPr>
        <w:t xml:space="preserve"> </w:t>
      </w:r>
      <w:r>
        <w:rPr>
          <w:b/>
          <w:bCs/>
        </w:rPr>
        <w:t xml:space="preserve">my mother.</w:t>
      </w:r>
      <w:r>
        <w:br/>
      </w:r>
      <w:r>
        <w:t xml:space="preserve">    (a) hiding from</w:t>
      </w:r>
      <w:r>
        <w:br/>
      </w:r>
      <w:r>
        <w:t xml:space="preserve">    (b) calming</w:t>
      </w:r>
      <w:r>
        <w:br/>
      </w:r>
      <w:r>
        <w:t xml:space="preserve">    (c) talking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avid</w:t>
      </w:r>
      <w:r>
        <w:rPr>
          <w:b/>
          <w:bCs/>
        </w:rPr>
        <w:t xml:space="preserve"> </w:t>
      </w:r>
      <w:r>
        <w:rPr>
          <w:b/>
          <w:bCs/>
        </w:rPr>
        <w:t xml:space="preserve">reader.</w:t>
      </w:r>
      <w:r>
        <w:br/>
      </w:r>
      <w:r>
        <w:t xml:space="preserve">    (a) enthusiastic</w:t>
      </w:r>
      <w:r>
        <w:br/>
      </w:r>
      <w:r>
        <w:t xml:space="preserve">    (b) done accidentally or without intention</w:t>
      </w:r>
      <w:r>
        <w:br/>
      </w:r>
      <w:r>
        <w:t xml:space="preserve">    (c) tending to arouse strong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</w:t>
      </w:r>
      <w:r>
        <w:rPr>
          <w:b/>
          <w:bCs/>
        </w:rPr>
        <w:t xml:space="preserve"> </w:t>
      </w:r>
      <w:r>
        <w:rPr>
          <w:b/>
          <w:bCs/>
        </w:rPr>
        <w:t xml:space="preserve">told the tragic tale of two lovers separated by war.</w:t>
      </w:r>
      <w:r>
        <w:br/>
      </w:r>
      <w:r>
        <w:t xml:space="preserve">    (a) song that tells a story</w:t>
      </w:r>
      <w:r>
        <w:br/>
      </w:r>
      <w:r>
        <w:t xml:space="preserve">    (b) traditional short story</w:t>
      </w:r>
      <w:r>
        <w:br/>
      </w:r>
      <w:r>
        <w:t xml:space="preserve">    (c) dramatic performance on stage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demure</w:t>
      </w:r>
      <w:r>
        <w:rPr>
          <w:b/>
          <w:bCs/>
        </w:rPr>
        <w:t xml:space="preserve"> </w:t>
      </w:r>
      <w:r>
        <w:rPr>
          <w:b/>
          <w:bCs/>
        </w:rPr>
        <w:t xml:space="preserve">nod and let her friend do most of the talking.</w:t>
      </w:r>
      <w:r>
        <w:br/>
      </w:r>
      <w:r>
        <w:t xml:space="preserve">    (a) modest and quiet</w:t>
      </w:r>
      <w:r>
        <w:br/>
      </w:r>
      <w:r>
        <w:t xml:space="preserve">    (b) confused and nervous</w:t>
      </w:r>
      <w:r>
        <w:br/>
      </w:r>
      <w:r>
        <w:t xml:space="preserve">    (c) sharp and dismissive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software does a good job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differentiating</w:t>
      </w:r>
      <w:r>
        <w:rPr>
          <w:b/>
          <w:bCs/>
        </w:rPr>
        <w:t xml:space="preserve"> </w:t>
      </w:r>
      <w:r>
        <w:rPr>
          <w:b/>
          <w:bCs/>
        </w:rPr>
        <w:t xml:space="preserve">between real messages and spam.</w:t>
      </w:r>
      <w:r>
        <w:br/>
      </w:r>
      <w:r>
        <w:t xml:space="preserve">    (a) rapidly switching</w:t>
      </w:r>
      <w:r>
        <w:br/>
      </w:r>
      <w:r>
        <w:t xml:space="preserve">    (b) recognizing difference</w:t>
      </w:r>
      <w:r>
        <w:br/>
      </w:r>
      <w:r>
        <w:t xml:space="preserve">    (c) including everything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explanation helped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dispel</w:t>
      </w:r>
      <w:r>
        <w:rPr>
          <w:b/>
          <w:bCs/>
        </w:rPr>
        <w:t xml:space="preserve"> </w:t>
      </w:r>
      <w:r>
        <w:rPr>
          <w:b/>
          <w:bCs/>
        </w:rPr>
        <w:t xml:space="preserve">her fears about starting the new job.</w:t>
      </w:r>
      <w:r>
        <w:br/>
      </w:r>
      <w:r>
        <w:t xml:space="preserve">    (a) intensify</w:t>
      </w:r>
      <w:r>
        <w:br/>
      </w:r>
      <w:r>
        <w:t xml:space="preserve">    (b) confirm</w:t>
      </w:r>
      <w:r>
        <w:br/>
      </w:r>
      <w:r>
        <w:t xml:space="preserve">    (c) drive away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would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divulge</w:t>
      </w:r>
      <w:r>
        <w:rPr>
          <w:b/>
          <w:bCs/>
        </w:rPr>
        <w:t xml:space="preserve"> </w:t>
      </w:r>
      <w:r>
        <w:rPr>
          <w:b/>
          <w:bCs/>
        </w:rPr>
        <w:t xml:space="preserve">it to anyone.</w:t>
      </w:r>
      <w:r>
        <w:br/>
      </w:r>
      <w:r>
        <w:t xml:space="preserve">    (a) take</w:t>
      </w:r>
      <w:r>
        <w:br/>
      </w:r>
      <w:r>
        <w:t xml:space="preserve">    (b) serve</w:t>
      </w:r>
      <w:r>
        <w:br/>
      </w:r>
      <w:r>
        <w:t xml:space="preserve">    (c) reveal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difficulty.</w:t>
      </w:r>
      <w:r>
        <w:br/>
      </w:r>
      <w:r>
        <w:t xml:space="preserve">    (a) followed</w:t>
      </w:r>
      <w:r>
        <w:br/>
      </w:r>
      <w:r>
        <w:t xml:space="preserve">    (b) filled</w:t>
      </w:r>
      <w:r>
        <w:br/>
      </w:r>
      <w:r>
        <w:t xml:space="preserve">    (c) preceded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Hospitals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impersonal</w:t>
      </w:r>
      <w:r>
        <w:rPr>
          <w:b/>
          <w:bCs/>
        </w:rPr>
        <w:t xml:space="preserve"> </w:t>
      </w:r>
      <w:r>
        <w:rPr>
          <w:b/>
          <w:bCs/>
        </w:rPr>
        <w:t xml:space="preserve">places, despite the caring staff.</w:t>
      </w:r>
      <w:r>
        <w:br/>
      </w:r>
      <w:r>
        <w:t xml:space="preserve">    (a) difficult to truly understand</w:t>
      </w:r>
      <w:r>
        <w:br/>
      </w:r>
      <w:r>
        <w:t xml:space="preserve">    (b) highly efficient and organized</w:t>
      </w:r>
      <w:r>
        <w:br/>
      </w:r>
      <w:r>
        <w:t xml:space="preserve">    (c) lacking warmth or personal connection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museum displayed maps from the town's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maritime</w:t>
      </w:r>
      <w:r>
        <w:rPr>
          <w:b/>
          <w:bCs/>
        </w:rPr>
        <w:t xml:space="preserve"> </w:t>
      </w:r>
      <w:r>
        <w:rPr>
          <w:b/>
          <w:bCs/>
        </w:rPr>
        <w:t xml:space="preserve">history.</w:t>
      </w:r>
      <w:r>
        <w:br/>
      </w:r>
      <w:r>
        <w:t xml:space="preserve">    (a) related to deserts</w:t>
      </w:r>
      <w:r>
        <w:br/>
      </w:r>
      <w:r>
        <w:t xml:space="preserve">    (b) related to the sea</w:t>
      </w:r>
      <w:r>
        <w:br/>
      </w:r>
      <w:r>
        <w:t xml:space="preserve">    (c) related to music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Critics warned that the tech giant's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monopoly</w:t>
      </w:r>
      <w:r>
        <w:rPr>
          <w:b/>
          <w:bCs/>
        </w:rPr>
        <w:t xml:space="preserve"> </w:t>
      </w:r>
      <w:r>
        <w:rPr>
          <w:b/>
          <w:bCs/>
        </w:rPr>
        <w:t xml:space="preserve">over online search could limit innovation and competition.</w:t>
      </w:r>
      <w:r>
        <w:br/>
      </w:r>
      <w:r>
        <w:t xml:space="preserve">    (a) shared market</w:t>
      </w:r>
      <w:r>
        <w:br/>
      </w:r>
      <w:r>
        <w:t xml:space="preserve">    (b) complete control</w:t>
      </w:r>
      <w:r>
        <w:br/>
      </w:r>
      <w:r>
        <w:t xml:space="preserve">    (c) minor stake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perused</w:t>
      </w:r>
      <w:r>
        <w:rPr>
          <w:b/>
          <w:bCs/>
        </w:rPr>
        <w:t xml:space="preserve"> </w:t>
      </w:r>
      <w:r>
        <w:rPr>
          <w:b/>
          <w:bCs/>
        </w:rPr>
        <w:t xml:space="preserve">the contract before signing it.</w:t>
      </w:r>
      <w:r>
        <w:br/>
      </w:r>
      <w:r>
        <w:t xml:space="preserve">    (a) signed quickly</w:t>
      </w:r>
      <w:r>
        <w:br/>
      </w:r>
      <w:r>
        <w:t xml:space="preserve">    (b) read carefully</w:t>
      </w:r>
      <w:r>
        <w:br/>
      </w:r>
      <w:r>
        <w:t xml:space="preserve">    (c) ignored completely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Successful politicians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pragmatists</w:t>
      </w:r>
      <w:r>
        <w:rPr>
          <w:b/>
          <w:bCs/>
        </w:rPr>
        <w:t xml:space="preserve">. Compromise is built into the system.</w:t>
      </w:r>
      <w:r>
        <w:br/>
      </w:r>
      <w:r>
        <w:t xml:space="preserve">    (a) busy</w:t>
      </w:r>
      <w:r>
        <w:br/>
      </w:r>
      <w:r>
        <w:t xml:space="preserve">    (b) practical</w:t>
      </w:r>
      <w:r>
        <w:br/>
      </w:r>
      <w:r>
        <w:t xml:space="preserve">    (c) personable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see none of the pessimism that typically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presages</w:t>
      </w:r>
      <w:r>
        <w:rPr>
          <w:b/>
          <w:bCs/>
        </w:rPr>
        <w:t xml:space="preserve"> </w:t>
      </w:r>
      <w:r>
        <w:rPr>
          <w:b/>
          <w:bCs/>
        </w:rPr>
        <w:t xml:space="preserve">a recession.</w:t>
      </w:r>
      <w:r>
        <w:br/>
      </w:r>
      <w:r>
        <w:t xml:space="preserve">    (a) follows after</w:t>
      </w:r>
      <w:r>
        <w:br/>
      </w:r>
      <w:r>
        <w:t xml:space="preserve">    (b) has no effect on</w:t>
      </w:r>
      <w:r>
        <w:br/>
      </w:r>
      <w:r>
        <w:t xml:space="preserve">    (c) serves as a sign of coming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prologue</w:t>
      </w:r>
      <w:r>
        <w:rPr>
          <w:b/>
          <w:bCs/>
        </w:rPr>
        <w:t xml:space="preserve"> </w:t>
      </w:r>
      <w:r>
        <w:rPr>
          <w:b/>
          <w:bCs/>
        </w:rPr>
        <w:t xml:space="preserve">of the novel sets the stage for the epic adventure that follows.</w:t>
      </w:r>
      <w:r>
        <w:br/>
      </w:r>
      <w:r>
        <w:t xml:space="preserve">    (a) an introduction to a fictional work</w:t>
      </w:r>
      <w:r>
        <w:br/>
      </w:r>
      <w:r>
        <w:t xml:space="preserve">    (b) the main idea of a fictional work</w:t>
      </w:r>
      <w:r>
        <w:br/>
      </w:r>
      <w:r>
        <w:t xml:space="preserve">    (c) the conclusion of a fictional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couldn't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reciprocate</w:t>
      </w:r>
      <w:r>
        <w:rPr>
          <w:b/>
          <w:bCs/>
        </w:rPr>
        <w:t xml:space="preserve"> </w:t>
      </w:r>
      <w:r>
        <w:rPr>
          <w:b/>
          <w:bCs/>
        </w:rPr>
        <w:t xml:space="preserve">his feelings after he professed his love for her.</w:t>
      </w:r>
      <w:r>
        <w:br/>
      </w:r>
      <w:r>
        <w:t xml:space="preserve">    (a) understand</w:t>
      </w:r>
      <w:r>
        <w:br/>
      </w:r>
      <w:r>
        <w:t xml:space="preserve">    (b) hear</w:t>
      </w:r>
      <w:r>
        <w:br/>
      </w:r>
      <w:r>
        <w:t xml:space="preserve">    (c) return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reunion gave everyone a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reminisce</w:t>
      </w:r>
      <w:r>
        <w:rPr>
          <w:b/>
          <w:bCs/>
        </w:rPr>
        <w:t xml:space="preserve"> </w:t>
      </w:r>
      <w:r>
        <w:rPr>
          <w:b/>
          <w:bCs/>
        </w:rPr>
        <w:t xml:space="preserve">and reconnect.</w:t>
      </w:r>
      <w:r>
        <w:br/>
      </w:r>
      <w:r>
        <w:t xml:space="preserve">    (a) debate old arguments</w:t>
      </w:r>
      <w:r>
        <w:br/>
      </w:r>
      <w:r>
        <w:t xml:space="preserve">    (b) plan future trips</w:t>
      </w:r>
      <w:r>
        <w:br/>
      </w:r>
      <w:r>
        <w:t xml:space="preserve">    (c) recall fond memories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sporadic</w:t>
      </w:r>
      <w:r>
        <w:rPr>
          <w:b/>
          <w:bCs/>
        </w:rPr>
        <w:t xml:space="preserve"> </w:t>
      </w:r>
      <w:r>
        <w:rPr>
          <w:b/>
          <w:bCs/>
        </w:rPr>
        <w:t xml:space="preserve">rainfall made it difficult for the farmers to predict when to plant their crops.</w:t>
      </w:r>
      <w:r>
        <w:br/>
      </w:r>
      <w:r>
        <w:t xml:space="preserve">    (a) reliable</w:t>
      </w:r>
      <w:r>
        <w:br/>
      </w:r>
      <w:r>
        <w:t xml:space="preserve">    (b) very heavy</w:t>
      </w:r>
      <w:r>
        <w:br/>
      </w:r>
      <w:r>
        <w:t xml:space="preserve">    (c) recurring irregularly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an avid reader, she experiences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vicarious</w:t>
      </w:r>
      <w:r>
        <w:rPr>
          <w:b/>
          <w:bCs/>
        </w:rPr>
        <w:t xml:space="preserve"> </w:t>
      </w:r>
      <w:r>
        <w:rPr>
          <w:b/>
          <w:bCs/>
        </w:rPr>
        <w:t xml:space="preserve">adventures through the characters in her books.</w:t>
      </w:r>
      <w:r>
        <w:br/>
      </w:r>
      <w:r>
        <w:t xml:space="preserve">    (a) exciting</w:t>
      </w:r>
      <w:r>
        <w:br/>
      </w:r>
      <w:r>
        <w:t xml:space="preserve">    (b) secondhand</w:t>
      </w:r>
      <w:r>
        <w:br/>
      </w:r>
      <w:r>
        <w:t xml:space="preserve">    (c) dangerous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2026-07-31T16:43:42Z</dcterms:created>
  <dcterms:modified xsi:type="dcterms:W3CDTF">2026-07-31T16:43:42Z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