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0dd75a28993800a2c55086b543312b03b5789a"/>
    <w:p>
      <w:pPr>
        <w:pStyle w:val="Heading1"/>
      </w:pPr>
      <w:r>
        <w:rPr>
          <w:b/>
          <w:bCs/>
        </w:rPr>
        <w:t xml:space="preserve">Message in a Bottle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1935 it had rounded the world and traveled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approximately</w:t>
      </w:r>
      <w:r>
        <w:rPr>
          <w:b/>
          <w:bCs/>
        </w:rPr>
        <w:t xml:space="preserve"> </w:t>
      </w:r>
      <w:r>
        <w:rPr>
          <w:b/>
          <w:bCs/>
        </w:rPr>
        <w:t xml:space="preserve">sixteen thousand miles, the longest distance officially recorded.</w:t>
      </w:r>
      <w:r>
        <w:br/>
      </w:r>
      <w:r>
        <w:t xml:space="preserve">    (a) relating to the outside</w:t>
      </w:r>
      <w:r>
        <w:br/>
      </w:r>
      <w:r>
        <w:t xml:space="preserve">    (b) about (but not exactly)</w:t>
      </w:r>
      <w:r>
        <w:br/>
      </w:r>
      <w:r>
        <w:t xml:space="preserve">    (c) cheerfully and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stationery</w:t>
      </w:r>
      <w:r>
        <w:rPr>
          <w:b/>
          <w:bCs/>
        </w:rPr>
        <w:t xml:space="preserve">, with its picture of a sailing ship in the upper right hand corner, was beginning to discolor in places, fading slowly with the passage of time.</w:t>
      </w:r>
      <w:r>
        <w:br/>
      </w:r>
      <w:r>
        <w:t xml:space="preserve">    (a) expressed strong hatred or loathing for</w:t>
      </w:r>
      <w:r>
        <w:br/>
      </w:r>
      <w:r>
        <w:t xml:space="preserve">    (b) expresses strong hatred or loathing for</w:t>
      </w:r>
      <w:r>
        <w:br/>
      </w:r>
      <w:r>
        <w:t xml:space="preserve">    (c) paper and envelopes for writing letters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Would he be as caring in person as the letter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imply</w:t>
      </w:r>
      <w:r>
        <w:rPr>
          <w:b/>
          <w:bCs/>
        </w:rPr>
        <w:t xml:space="preserve">?</w:t>
      </w:r>
      <w:r>
        <w:br/>
      </w:r>
      <w:r>
        <w:t xml:space="preserve">    (a) include consideration of</w:t>
      </w:r>
      <w:r>
        <w:br/>
      </w:r>
      <w:r>
        <w:t xml:space="preserve">    (b) suggest (say indirectly)</w:t>
      </w:r>
      <w:r>
        <w:br/>
      </w:r>
      <w:r>
        <w:t xml:space="preserve">    (c) struggle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voice sounded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optimistic</w:t>
      </w:r>
      <w:r>
        <w:rPr>
          <w:b/>
          <w:bCs/>
        </w:rPr>
        <w:t xml:space="preserve"> </w:t>
      </w:r>
      <w:r>
        <w:rPr>
          <w:b/>
          <w:bCs/>
        </w:rPr>
        <w:t xml:space="preserve">as she could make it.</w:t>
      </w:r>
      <w:r>
        <w:br/>
      </w:r>
      <w:r>
        <w:t xml:space="preserve">    (a) in a manner of accepting something as true (without proof)</w:t>
      </w:r>
      <w:r>
        <w:br/>
      </w:r>
      <w:r>
        <w:t xml:space="preserve">    (b) expecting the best; or focusing on the good part of things</w:t>
      </w:r>
      <w:r>
        <w:br/>
      </w:r>
      <w:r>
        <w:t xml:space="preserve">    (c) relating separately to the people or things just mentioned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would pick up lacy, see-through underwear and matching bras off the racks and hold them up for Theresa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evaluate</w:t>
      </w:r>
      <w:r>
        <w:rPr>
          <w:b/>
          <w:bCs/>
        </w:rPr>
        <w:t xml:space="preserve">.</w:t>
      </w:r>
      <w:r>
        <w:br/>
      </w:r>
      <w:r>
        <w:t xml:space="preserve">    (a) say something or make a sound with the voice</w:t>
      </w:r>
      <w:r>
        <w:br/>
      </w:r>
      <w:r>
        <w:t xml:space="preserve">    (b) move out of an interacting position; or stop</w:t>
      </w:r>
      <w:r>
        <w:br/>
      </w:r>
      <w:r>
        <w:t xml:space="preserve">    (c) to think carefully and make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Yes, but like you said, we'll use only their initials and we'll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omit</w:t>
      </w:r>
      <w:r>
        <w:rPr>
          <w:b/>
          <w:bCs/>
        </w:rPr>
        <w:t xml:space="preserve"> </w:t>
      </w:r>
      <w:r>
        <w:rPr>
          <w:b/>
          <w:bCs/>
        </w:rPr>
        <w:t xml:space="preserve">the part about Wrightsville Beach.</w:t>
      </w:r>
      <w:r>
        <w:br/>
      </w:r>
      <w:r>
        <w:t xml:space="preserve">    (a) stop (something from happening)</w:t>
      </w:r>
      <w:r>
        <w:br/>
      </w:r>
      <w:r>
        <w:t xml:space="preserve">    (b) to exclude or neglect something</w:t>
      </w:r>
      <w:r>
        <w:br/>
      </w:r>
      <w:r>
        <w:t xml:space="preserve">    (c) fulfill one's highest potential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 hear an absolute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 </w:t>
      </w:r>
      <w:r>
        <w:rPr>
          <w:b/>
          <w:bCs/>
        </w:rPr>
        <w:t xml:space="preserve">in the caller's voice.</w:t>
      </w:r>
      <w:r>
        <w:br/>
      </w:r>
      <w:r>
        <w:t xml:space="preserve">    (a) able to take on or adopt</w:t>
      </w:r>
      <w:r>
        <w:br/>
      </w:r>
      <w:r>
        <w:t xml:space="preserve">    (b) sincerity or seriousness</w:t>
      </w:r>
      <w:r>
        <w:br/>
      </w:r>
      <w:r>
        <w:t xml:space="preserve">    (c) the state of being awake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then and there not to tell anyone about what she was feeling.</w:t>
      </w:r>
      <w:r>
        <w:br/>
      </w:r>
      <w:r>
        <w:t xml:space="preserve">    (a) decided</w:t>
      </w:r>
      <w:r>
        <w:br/>
      </w:r>
      <w:r>
        <w:t xml:space="preserve">    (b) adapted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expression as he looked at her cut through all her defenses, her fragile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.</w:t>
      </w:r>
      <w:r>
        <w:br/>
      </w:r>
      <w:r>
        <w:t xml:space="preserve">    (a) firmness of purpose</w:t>
      </w:r>
      <w:r>
        <w:br/>
      </w:r>
      <w:r>
        <w:t xml:space="preserve">    (b) difficult situation</w:t>
      </w:r>
      <w:r>
        <w:br/>
      </w:r>
      <w:r>
        <w:t xml:space="preserve">    (c) wrongly translating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Garrett watched her retreating figure, trying to make sense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conflicting</w:t>
      </w:r>
      <w:r>
        <w:rPr>
          <w:b/>
          <w:bCs/>
        </w:rPr>
        <w:t xml:space="preserve"> </w:t>
      </w:r>
      <w:r>
        <w:rPr>
          <w:b/>
          <w:bCs/>
        </w:rPr>
        <w:t xml:space="preserve">emotions.</w:t>
      </w:r>
      <w:r>
        <w:br/>
      </w:r>
      <w:r>
        <w:t xml:space="preserve">    (a) hiring, reserving, booking, or occupying</w:t>
      </w:r>
      <w:r>
        <w:br/>
      </w:r>
      <w:r>
        <w:t xml:space="preserve">    (b) opposing (struggling against each other)</w:t>
      </w:r>
      <w:r>
        <w:br/>
      </w:r>
      <w:r>
        <w:t xml:space="preserve">    (c) examining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 adolescent attitude-but typical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-and she found the change refreshing.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in spite of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moment of silence, Jeb Blake tried another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.</w:t>
      </w:r>
      <w:r>
        <w:br/>
      </w:r>
      <w:r>
        <w:t xml:space="preserve">    (a) change the direction of something or the purpose for which it is used</w:t>
      </w:r>
      <w:r>
        <w:br/>
      </w:r>
      <w:r>
        <w:t xml:space="preserve">    (b) a way of doing something</w:t>
      </w:r>
      <w:r>
        <w:br/>
      </w:r>
      <w:r>
        <w:t xml:space="preserve">    (c) to stick out, attract more attention than desired, or impose on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the question gingerly, wary of what an admission like that would mean.</w:t>
      </w:r>
      <w:r>
        <w:br/>
      </w:r>
      <w:r>
        <w:t xml:space="preserve">    (a) concentrated, look at, or paid attention to</w:t>
      </w:r>
      <w:r>
        <w:br/>
      </w:r>
      <w:r>
        <w:t xml:space="preserve">    (b) began talking about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simple act of cutting tomatoes with her by his side eased some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anxiety</w:t>
      </w:r>
      <w:r>
        <w:rPr>
          <w:b/>
          <w:bCs/>
        </w:rPr>
        <w:t xml:space="preserve"> </w:t>
      </w:r>
      <w:r>
        <w:rPr>
          <w:b/>
          <w:bCs/>
        </w:rPr>
        <w:t xml:space="preserve">he'd felt up to this point.</w:t>
      </w:r>
      <w:r>
        <w:br/>
      </w:r>
      <w:r>
        <w:t xml:space="preserve">    (a) basic rule or belief</w:t>
      </w:r>
      <w:r>
        <w:br/>
      </w:r>
      <w:r>
        <w:t xml:space="preserve">    (b) nervousness or worry</w:t>
      </w:r>
      <w:r>
        <w:br/>
      </w:r>
      <w:r>
        <w:t xml:space="preserve">    (c) narrow water passage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Standing close again, she ran her hands over his chest, feeling the tight muscles beneath his shirt, giving in to her 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sensuality</w:t>
      </w:r>
      <w:r>
        <w:rPr>
          <w:b/>
          <w:bCs/>
        </w:rPr>
        <w:t xml:space="preserve">.</w:t>
      </w:r>
      <w:r>
        <w:br/>
      </w:r>
      <w:r>
        <w:t xml:space="preserve">    (a) relating to pleasing the body's senses (in contrast to the intellect)</w:t>
      </w:r>
      <w:r>
        <w:br/>
      </w:r>
      <w:r>
        <w:t xml:space="preserve">    (b) the degree to which something can change to fit a different situation</w:t>
      </w:r>
      <w:r>
        <w:br/>
      </w:r>
      <w:r>
        <w:t xml:space="preserve">    (c) someone bound to serve another without pay -- such as a slave or serf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talked quietly,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oblivious</w:t>
      </w:r>
      <w:r>
        <w:rPr>
          <w:b/>
          <w:bCs/>
        </w:rPr>
        <w:t xml:space="preserve"> </w:t>
      </w:r>
      <w:r>
        <w:rPr>
          <w:b/>
          <w:bCs/>
        </w:rPr>
        <w:t xml:space="preserve">to the throngs around them, neither one of them noticing when the check was brought to the table and the lunch crowd emptied out.</w:t>
      </w:r>
      <w:r>
        <w:br/>
      </w:r>
      <w:r>
        <w:t xml:space="preserve">    (a) unaware of</w:t>
      </w:r>
      <w:r>
        <w:br/>
      </w:r>
      <w:r>
        <w:t xml:space="preserve">    (b) related to</w:t>
      </w:r>
      <w:r>
        <w:br/>
      </w:r>
      <w:r>
        <w:t xml:space="preserve">    (c) very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think you did that the last time I was here," she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coyly</w:t>
      </w:r>
      <w:r>
        <w:rPr>
          <w:b/>
          <w:bCs/>
        </w:rPr>
        <w:t xml:space="preserve">.</w:t>
      </w:r>
      <w:r>
        <w:br/>
      </w:r>
      <w:r>
        <w:t xml:space="preserve">    (a) in a subtly playful way</w:t>
      </w:r>
      <w:r>
        <w:br/>
      </w:r>
      <w:r>
        <w:t xml:space="preserve">    (b) in a manner that expresses personal artistic ideas or feelings while performing (or performing to) someone else's work</w:t>
      </w:r>
      <w:r>
        <w:br/>
      </w:r>
      <w:r>
        <w:t xml:space="preserve">    (c) in a manner that changes the direction of a light wave (or other wave) by passing an opaque edge or narrow opening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ambivalence</w:t>
      </w:r>
      <w:r>
        <w:rPr>
          <w:b/>
          <w:bCs/>
        </w:rPr>
        <w:t xml:space="preserve"> </w:t>
      </w:r>
      <w:r>
        <w:rPr>
          <w:b/>
          <w:bCs/>
        </w:rPr>
        <w:t xml:space="preserve">this time, no doubt about what he'd said.</w:t>
      </w:r>
      <w:r>
        <w:br/>
      </w:r>
      <w:r>
        <w:t xml:space="preserve">    (a) uncertainty</w:t>
      </w:r>
      <w:r>
        <w:br/>
      </w:r>
      <w:r>
        <w:t xml:space="preserve">    (b) the act of treating or preparing food in a way that keeps it from spoiling</w:t>
      </w:r>
      <w:r>
        <w:br/>
      </w:r>
      <w:r>
        <w:t xml:space="preserve">    (c) a microorganism (living creature so small it takes a microscope to see it)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they finally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climaxed</w:t>
      </w:r>
      <w:r>
        <w:rPr>
          <w:b/>
          <w:bCs/>
        </w:rPr>
        <w:t xml:space="preserve"> </w:t>
      </w:r>
      <w:r>
        <w:rPr>
          <w:b/>
          <w:bCs/>
        </w:rPr>
        <w:t xml:space="preserve">together, Theresa threw back her head and cried aloud, not attempting to stifle the sound.</w:t>
      </w:r>
      <w:r>
        <w:br/>
      </w:r>
      <w:r>
        <w:t xml:space="preserve">    (a) roughly calculated or guessed (based on incomplete information) a value, quantity, or extent of something</w:t>
      </w:r>
      <w:r>
        <w:br/>
      </w:r>
      <w:r>
        <w:t xml:space="preserve">    (b) put into a trance-like state of focused concentration and heightened suggestibility (a state of hypnosis)</w:t>
      </w:r>
      <w:r>
        <w:br/>
      </w:r>
      <w:r>
        <w:t xml:space="preserve">    (c) the most exciting or important part of a story, musical piece, or other thing that has a series of events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Lightning and thunder again,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simultaneously</w:t>
      </w:r>
      <w:r>
        <w:rPr>
          <w:b/>
          <w:bCs/>
        </w:rPr>
        <w:t xml:space="preserve">.</w:t>
      </w:r>
      <w:r>
        <w:br/>
      </w:r>
      <w:r>
        <w:t xml:space="preserve">    (a) done while awake</w:t>
      </w:r>
      <w:r>
        <w:br/>
      </w:r>
      <w:r>
        <w:t xml:space="preserve">    (b) done with excess</w:t>
      </w:r>
      <w:r>
        <w:br/>
      </w:r>
      <w:r>
        <w:t xml:space="preserve">    (c) at the same time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2026-07-31T16:43:42Z</dcterms:created>
  <dcterms:modified xsi:type="dcterms:W3CDTF">2026-07-31T16:43:42Z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