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b35354f399f75a3b76354b668506ed6a30a85e"/>
    <w:p>
      <w:pPr>
        <w:pStyle w:val="Heading1"/>
      </w:pPr>
      <w:r>
        <w:rPr>
          <w:b/>
          <w:bCs/>
        </w:rPr>
        <w:t xml:space="preserve">Memoirs of a Geisha</w:t>
      </w:r>
      <w:r>
        <w:br/>
      </w:r>
      <w:r>
        <w:rPr>
          <w:i/>
          <w:iCs/>
        </w:rPr>
        <w:t xml:space="preserve">Arthur Golden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[of a particular kind of smile] Its advantage is that men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</w:t>
      </w:r>
      <w:r>
        <w:rPr>
          <w:b/>
          <w:bCs/>
        </w:rPr>
        <w:t xml:space="preserve"> </w:t>
      </w:r>
      <w:r>
        <w:rPr>
          <w:b/>
          <w:bCs/>
        </w:rPr>
        <w:t xml:space="preserve">it however they want; you can imagine how often I've relied on it.</w:t>
      </w:r>
      <w:r>
        <w:br/>
      </w:r>
      <w:r>
        <w:t xml:space="preserve">    (a) express personal artistic ideas or feelings while performing</w:t>
      </w:r>
      <w:r>
        <w:br/>
      </w:r>
      <w:r>
        <w:t xml:space="preserve">    (b) understand the meaning of</w:t>
      </w:r>
      <w:r>
        <w:br/>
      </w:r>
      <w:r>
        <w:t xml:space="preserve">    (c) translate into another language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actor Basil Rathbone had admired it so much that with the help of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 </w:t>
      </w:r>
      <w:r>
        <w:rPr>
          <w:b/>
          <w:bCs/>
        </w:rPr>
        <w:t xml:space="preserve">the two of them had developed something of a friendship.</w:t>
      </w:r>
      <w:r>
        <w:br/>
      </w:r>
      <w:r>
        <w:t xml:space="preserve">    (a) someone who expresses personal artistic ideas or feelings while performing</w:t>
      </w:r>
      <w:r>
        <w:br/>
      </w:r>
      <w:r>
        <w:t xml:space="preserve">    (b) someone who can explain the significance of dreams</w:t>
      </w:r>
      <w:r>
        <w:br/>
      </w:r>
      <w:r>
        <w:t xml:space="preserve">    (c) someone who translates language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Somewhere between the various thoughts about my mother—somewhere past the discomfort in my lip—there nestled a pleasant thought I tried again and again to bring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.</w:t>
      </w:r>
      <w:r>
        <w:br/>
      </w:r>
      <w:r>
        <w:t xml:space="preserve">    (a) adjusted camera lens</w:t>
      </w:r>
      <w:r>
        <w:br/>
      </w:r>
      <w:r>
        <w:t xml:space="preserve">    (b) forgetfulness</w:t>
      </w:r>
      <w:r>
        <w:br/>
      </w:r>
      <w:r>
        <w:t xml:space="preserve">    (c) view (a state where something can be seen clearly)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few times I did manage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my mind clearly on Nobu, I grew so numbed I seemed to feel nothing at all.</w:t>
      </w:r>
      <w:r>
        <w:br/>
      </w:r>
      <w:r>
        <w:t xml:space="preserve">    (a) spread</w:t>
      </w:r>
      <w:r>
        <w:br/>
      </w:r>
      <w:r>
        <w:t xml:space="preserve">    (b) adjust a lens to make an image clear</w:t>
      </w:r>
      <w:r>
        <w:br/>
      </w:r>
      <w:r>
        <w:t xml:space="preserve">    (c) concentrate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old and cranky-looking, and I don't think you could ever meet anyone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fidgeted</w:t>
      </w:r>
      <w:r>
        <w:rPr>
          <w:b/>
          <w:bCs/>
        </w:rPr>
        <w:t xml:space="preserve"> </w:t>
      </w:r>
      <w:r>
        <w:rPr>
          <w:b/>
          <w:bCs/>
        </w:rPr>
        <w:t xml:space="preserve">more.</w:t>
      </w:r>
      <w:r>
        <w:br/>
      </w:r>
      <w:r>
        <w:t xml:space="preserve">    (a) complained</w:t>
      </w:r>
      <w:r>
        <w:br/>
      </w:r>
      <w:r>
        <w:t xml:space="preserve">    (b) made small restless movements</w:t>
      </w:r>
      <w:r>
        <w:br/>
      </w:r>
      <w:r>
        <w:t xml:space="preserve">    (c) stretched the truth or lied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Afterward she gave me a robe, which was nothing more than coarsely woven cotton in the simplest pattern of dark blue, but it was certainly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elegant</w:t>
      </w:r>
      <w:r>
        <w:rPr>
          <w:b/>
          <w:bCs/>
        </w:rPr>
        <w:t xml:space="preserve"> </w:t>
      </w:r>
      <w:r>
        <w:rPr>
          <w:b/>
          <w:bCs/>
        </w:rPr>
        <w:t xml:space="preserve">than anything I'd ever worn before.</w:t>
      </w:r>
      <w:r>
        <w:br/>
      </w:r>
      <w:r>
        <w:t xml:space="preserve">    (a) refined and tasteful</w:t>
      </w:r>
      <w:r>
        <w:br/>
      </w:r>
      <w:r>
        <w:t xml:space="preserve">    (b) warm</w:t>
      </w:r>
      <w:r>
        <w:br/>
      </w:r>
      <w:r>
        <w:t xml:space="preserve">    (c)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thought she looked more mean than hot, but I went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to the window and opened it.</w:t>
      </w:r>
      <w:r>
        <w:br/>
      </w:r>
      <w:r>
        <w:t xml:space="preserve">    (a) immediately</w:t>
      </w:r>
      <w:r>
        <w:br/>
      </w:r>
      <w:r>
        <w:t xml:space="preserve">    (b) eventually</w:t>
      </w:r>
      <w:r>
        <w:br/>
      </w:r>
      <w:r>
        <w:t xml:space="preserve">    (c) in a roundabout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Nor could I stare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back at him without seeming too forward.</w:t>
      </w:r>
      <w:r>
        <w:br/>
      </w:r>
      <w:r>
        <w:t xml:space="preserve">    (a) in a casual manner</w:t>
      </w:r>
      <w:r>
        <w:br/>
      </w:r>
      <w:r>
        <w:t xml:space="preserve">    (b) in a straightforward manner (open and honest even if it makes someone uncomfortable)</w:t>
      </w:r>
      <w:r>
        <w:br/>
      </w:r>
      <w:r>
        <w:t xml:space="preserve">    (c) with a serious look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with her friend Korin was like comparing a rock along the roadside with a jewel.</w:t>
      </w:r>
      <w:r>
        <w:br/>
      </w:r>
      <w:r>
        <w:t xml:space="preserve">    (a) similarities</w:t>
      </w:r>
      <w:r>
        <w:br/>
      </w:r>
      <w:r>
        <w:t xml:space="preserve">    (b) the difference between tones of an image</w:t>
      </w:r>
      <w:r>
        <w:br/>
      </w:r>
      <w:r>
        <w:t xml:space="preserve">    (c) notable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 contrast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exciting life Pumpkin was now leading, I had only my lessons and my chores, as well as the fifteen or twenty minutes Mameha spent with me during the afternoons several times a week.</w:t>
      </w:r>
      <w:r>
        <w:br/>
      </w:r>
      <w:r>
        <w:t xml:space="preserve">    (a) in a comparison that shows similarities</w:t>
      </w:r>
      <w:r>
        <w:br/>
      </w:r>
      <w:r>
        <w:t xml:space="preserve">    (b) in a comparison (that shows differences)</w:t>
      </w:r>
      <w:r>
        <w:br/>
      </w:r>
      <w:r>
        <w:t xml:space="preserve">    (c) in a difference between tones of an image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when I went up to my room, I found my jewelry box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disarray</w:t>
      </w:r>
      <w:r>
        <w:rPr>
          <w:b/>
          <w:bCs/>
        </w:rPr>
        <w:t xml:space="preserve">, and rushed back down just in time to see Chiyo handing something over to the man.</w:t>
      </w:r>
      <w:r>
        <w:br/>
      </w:r>
      <w:r>
        <w:t xml:space="preserve">    (a) moved to a different place</w:t>
      </w:r>
      <w:r>
        <w:br/>
      </w:r>
      <w:r>
        <w:t xml:space="preserve">    (b) on the floor</w:t>
      </w:r>
      <w:r>
        <w:br/>
      </w:r>
      <w:r>
        <w:t xml:space="preserve">    (c) with things out-of-place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Mameha took up my almanac again and this time selected several dates over the following weeks that would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for significant change.</w:t>
      </w:r>
      <w:r>
        <w:br/>
      </w:r>
      <w:r>
        <w:t xml:space="preserve">    (a) favorable</w:t>
      </w:r>
      <w:r>
        <w:br/>
      </w:r>
      <w:r>
        <w:t xml:space="preserve">    (b) suspicious</w:t>
      </w:r>
      <w:r>
        <w:br/>
      </w:r>
      <w:r>
        <w:t xml:space="preserve">    (c)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heard it said that the week in which a young girl prepares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debut</w:t>
      </w:r>
      <w:r>
        <w:rPr>
          <w:b/>
          <w:bCs/>
        </w:rPr>
        <w:t xml:space="preserve"> </w:t>
      </w:r>
      <w:r>
        <w:rPr>
          <w:b/>
          <w:bCs/>
        </w:rPr>
        <w:t xml:space="preserve">as an apprentice geisha is like when a caterpillar turns into a butterfly.</w:t>
      </w:r>
      <w:r>
        <w:br/>
      </w:r>
      <w:r>
        <w:t xml:space="preserve">    (a) first presentation</w:t>
      </w:r>
      <w:r>
        <w:br/>
      </w:r>
      <w:r>
        <w:t xml:space="preserve">    (b) time</w:t>
      </w:r>
      <w:r>
        <w:br/>
      </w:r>
      <w:r>
        <w:t xml:space="preserve">    (c) dance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Already by this time, I'd been wearing the complete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ensemble</w:t>
      </w:r>
      <w:r>
        <w:rPr>
          <w:b/>
          <w:bCs/>
        </w:rPr>
        <w:t xml:space="preserve"> </w:t>
      </w:r>
      <w:r>
        <w:rPr>
          <w:b/>
          <w:bCs/>
        </w:rPr>
        <w:t xml:space="preserve">of an apprentice geisha for several hours.</w:t>
      </w:r>
      <w:r>
        <w:br/>
      </w:r>
      <w:r>
        <w:t xml:space="preserve">    (a) a group of parts considered as a whole</w:t>
      </w:r>
      <w:r>
        <w:br/>
      </w:r>
      <w:r>
        <w:t xml:space="preserve">    (b) thing that affects a result or outcome</w:t>
      </w:r>
      <w:r>
        <w:br/>
      </w:r>
      <w:r>
        <w:t xml:space="preserve">    (c) job, reservation, booking, or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her popular older sister might drop in on as many as twenty parties during an evening,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apprentice</w:t>
      </w:r>
      <w:r>
        <w:rPr>
          <w:b/>
          <w:bCs/>
        </w:rPr>
        <w:t xml:space="preserve"> </w:t>
      </w:r>
      <w:r>
        <w:rPr>
          <w:b/>
          <w:bCs/>
        </w:rPr>
        <w:t xml:space="preserve">probably attends no more than five.</w:t>
      </w:r>
      <w:r>
        <w:br/>
      </w:r>
      <w:r>
        <w:t xml:space="preserve">    (a) someone who works for an expert to learn a trade</w:t>
      </w:r>
      <w:r>
        <w:br/>
      </w:r>
      <w:r>
        <w:t xml:space="preserve">    (b) younger child</w:t>
      </w:r>
      <w:r>
        <w:br/>
      </w:r>
      <w:r>
        <w:t xml:space="preserve">    (c) older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may as well tell you, if you don't know it already, that as a young lieutenant in the Japanese marines, Nobu had been severely injured in a bombing outside Seoul in 1910, at the time Korea was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annexed</w:t>
      </w:r>
      <w:r>
        <w:rPr>
          <w:b/>
          <w:bCs/>
        </w:rPr>
        <w:t xml:space="preserve"> </w:t>
      </w:r>
      <w:r>
        <w:rPr>
          <w:b/>
          <w:bCs/>
        </w:rPr>
        <w:t xml:space="preserve">to Japan.</w:t>
      </w:r>
      <w:r>
        <w:br/>
      </w:r>
      <w:r>
        <w:t xml:space="preserve">    (a) shown as important</w:t>
      </w:r>
      <w:r>
        <w:br/>
      </w:r>
      <w:r>
        <w:t xml:space="preserve">    (b) shown as minor</w:t>
      </w:r>
      <w:r>
        <w:br/>
      </w:r>
      <w:r>
        <w:t xml:space="preserve">    (c) taken and attached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knew nothing about kimono except how to wear them, so I was given the task of spending my days in the basement of the workshop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</w:t>
      </w:r>
      <w:r>
        <w:rPr>
          <w:b/>
          <w:bCs/>
        </w:rPr>
        <w:t xml:space="preserve">, tending to the vats of dye as they boiled.</w:t>
      </w:r>
      <w:r>
        <w:br/>
      </w:r>
      <w:r>
        <w:t xml:space="preserve">    (a) a room beneath ground level</w:t>
      </w:r>
      <w:r>
        <w:br/>
      </w:r>
      <w:r>
        <w:t xml:space="preserve">    (b) dirty building</w:t>
      </w:r>
      <w:r>
        <w:br/>
      </w:r>
      <w:r>
        <w:t xml:space="preserve">    (c) an addition that extends a main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Admiral seemed to me the sort of man who really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accustomed to</w:t>
      </w:r>
      <w:r>
        <w:rPr>
          <w:b/>
          <w:bCs/>
        </w:rPr>
        <w:t xml:space="preserve"> </w:t>
      </w:r>
      <w:r>
        <w:rPr>
          <w:b/>
          <w:bCs/>
        </w:rPr>
        <w:t xml:space="preserve">winning.</w:t>
      </w:r>
      <w:r>
        <w:br/>
      </w:r>
      <w:r>
        <w:t xml:space="preserve">    (a) used to (adapted to something, so it seems normal)</w:t>
      </w:r>
      <w:r>
        <w:br/>
      </w:r>
      <w:r>
        <w:t xml:space="preserve">    (b) the state or character of being good or beneficial</w:t>
      </w:r>
      <w:r>
        <w:br/>
      </w:r>
      <w:r>
        <w:t xml:space="preserve">    (c) the ability to be taken up or received into heaven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am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," I said to myself, "and not a geisha at all any longer."</w:t>
      </w:r>
      <w:r>
        <w:br/>
      </w:r>
      <w:r>
        <w:t xml:space="preserve">    (a) a person who has retired from work</w:t>
      </w:r>
      <w:r>
        <w:br/>
      </w:r>
      <w:r>
        <w:t xml:space="preserve">    (b) a person of low income, education, and social standing</w:t>
      </w:r>
      <w:r>
        <w:br/>
      </w:r>
      <w:r>
        <w:t xml:space="preserve">    (c) someone who dyes fabrics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had holes in both of his socks, I remembered; through one a slender big toe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protruded</w:t>
      </w:r>
      <w:r>
        <w:rPr>
          <w:b/>
          <w:bCs/>
        </w:rPr>
        <w:t xml:space="preserve">, with the nail neatly groomed.</w:t>
      </w:r>
      <w:r>
        <w:br/>
      </w:r>
      <w:r>
        <w:t xml:space="preserve">    (a) shown</w:t>
      </w:r>
      <w:r>
        <w:br/>
      </w:r>
      <w:r>
        <w:t xml:space="preserve">    (b) ripped</w:t>
      </w:r>
      <w:r>
        <w:br/>
      </w:r>
      <w:r>
        <w:t xml:space="preserve">    (c) stuck out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2026-07-31T20:16:06Z</dcterms:created>
  <dcterms:modified xsi:type="dcterms:W3CDTF">2026-07-31T20:16:06Z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