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dedb03e24760fbf9b6ecc4679474e9b4f93fb2"/>
    <w:p>
      <w:pPr>
        <w:pStyle w:val="Heading1"/>
      </w:pPr>
      <w:r>
        <w:rPr>
          <w:b/>
          <w:bCs/>
        </w:rPr>
        <w:t xml:space="preserve">Medea</w:t>
      </w:r>
      <w:r>
        <w:br/>
      </w:r>
      <w:r>
        <w:rPr>
          <w:i/>
          <w:iCs/>
        </w:rPr>
        <w:t xml:space="preserve">Euripides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calls himself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bard</w:t>
      </w:r>
      <w:r>
        <w:rPr>
          <w:b/>
          <w:bCs/>
        </w:rPr>
        <w:t xml:space="preserve"> </w:t>
      </w:r>
      <w:r>
        <w:rPr>
          <w:b/>
          <w:bCs/>
        </w:rPr>
        <w:t xml:space="preserve">from Brooklyn.</w:t>
      </w:r>
      <w:r>
        <w:br/>
      </w:r>
      <w:r>
        <w:t xml:space="preserve">    (a) someone who knows everything about everyone</w:t>
      </w:r>
      <w:r>
        <w:br/>
      </w:r>
      <w:r>
        <w:t xml:space="preserve">    (b) someone who composes and shares poems about important events and people</w:t>
      </w:r>
      <w:r>
        <w:br/>
      </w:r>
      <w:r>
        <w:t xml:space="preserve">    (c) someone who protects the weak and delivers justice to those who are evil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wined, dined,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beguiled</w:t>
      </w:r>
      <w:r>
        <w:rPr>
          <w:b/>
          <w:bCs/>
        </w:rPr>
        <w:t xml:space="preserve"> </w:t>
      </w:r>
      <w:r>
        <w:rPr>
          <w:b/>
          <w:bCs/>
        </w:rPr>
        <w:t xml:space="preserve">into signing the contract.</w:t>
      </w:r>
      <w:r>
        <w:br/>
      </w:r>
      <w:r>
        <w:t xml:space="preserve">    (a) forced</w:t>
      </w:r>
      <w:r>
        <w:br/>
      </w:r>
      <w:r>
        <w:t xml:space="preserve">    (b) encouraged</w:t>
      </w:r>
      <w:r>
        <w:br/>
      </w:r>
      <w:r>
        <w:t xml:space="preserve">    (c) tricked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her usual unworried,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blithe</w:t>
      </w:r>
      <w:r>
        <w:rPr>
          <w:b/>
          <w:bCs/>
        </w:rPr>
        <w:t xml:space="preserve"> </w:t>
      </w:r>
      <w:r>
        <w:rPr>
          <w:b/>
          <w:bCs/>
        </w:rPr>
        <w:t xml:space="preserve">self.</w:t>
      </w:r>
      <w:r>
        <w:br/>
      </w:r>
      <w:r>
        <w:t xml:space="preserve">    (a) carefree and happy</w:t>
      </w:r>
      <w:r>
        <w:br/>
      </w:r>
      <w:r>
        <w:t xml:space="preserve">    (b) sleepy</w:t>
      </w:r>
      <w:r>
        <w:br/>
      </w:r>
      <w:r>
        <w:t xml:space="preserve">    (c) busy and distracted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she was a slave, he was restrained from harming her because she was another's valuable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chattel</w:t>
      </w:r>
      <w:r>
        <w:rPr>
          <w:b/>
          <w:bCs/>
        </w:rPr>
        <w:t xml:space="preserve">.</w:t>
      </w:r>
      <w:r>
        <w:br/>
      </w:r>
      <w:r>
        <w:t xml:space="preserve">    (a) property</w:t>
      </w:r>
      <w:r>
        <w:br/>
      </w:r>
      <w:r>
        <w:t xml:space="preserve">    (b) a hoofed mamma</w:t>
      </w:r>
      <w:r>
        <w:br/>
      </w:r>
      <w:r>
        <w:t xml:space="preserve">    (c) a fat compound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despises</w:t>
      </w:r>
      <w:r>
        <w:rPr>
          <w:b/>
          <w:bCs/>
        </w:rPr>
        <w:t xml:space="preserve"> </w:t>
      </w:r>
      <w:r>
        <w:rPr>
          <w:b/>
          <w:bCs/>
        </w:rPr>
        <w:t xml:space="preserve">his lifestyle.</w:t>
      </w:r>
      <w:r>
        <w:br/>
      </w:r>
      <w:r>
        <w:t xml:space="preserve">    (a) admires</w:t>
      </w:r>
      <w:r>
        <w:br/>
      </w:r>
      <w:r>
        <w:t xml:space="preserve">    (b) wants</w:t>
      </w:r>
      <w:r>
        <w:br/>
      </w:r>
      <w:r>
        <w:t xml:space="preserve">    (c) hates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King claimed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</w:t>
      </w:r>
      <w:r>
        <w:rPr>
          <w:b/>
          <w:bCs/>
        </w:rPr>
        <w:t xml:space="preserve"> </w:t>
      </w:r>
      <w:r>
        <w:rPr>
          <w:b/>
          <w:bCs/>
        </w:rPr>
        <w:t xml:space="preserve">right.</w:t>
      </w:r>
      <w:r>
        <w:br/>
      </w:r>
      <w:r>
        <w:t xml:space="preserve">    (a) from birth</w:t>
      </w:r>
      <w:r>
        <w:br/>
      </w:r>
      <w:r>
        <w:t xml:space="preserve">    (b) coming from God</w:t>
      </w:r>
      <w:r>
        <w:br/>
      </w:r>
      <w:r>
        <w:t xml:space="preserve">    (c) perfect or wonderful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harbors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enmity</w:t>
      </w:r>
      <w:r>
        <w:rPr>
          <w:b/>
          <w:bCs/>
        </w:rPr>
        <w:t xml:space="preserve"> </w:t>
      </w:r>
      <w:r>
        <w:rPr>
          <w:b/>
          <w:bCs/>
        </w:rPr>
        <w:t xml:space="preserve">towards her ex-husband.</w:t>
      </w:r>
      <w:r>
        <w:br/>
      </w:r>
      <w:r>
        <w:t xml:space="preserve">    (a) disrespect</w:t>
      </w:r>
      <w:r>
        <w:br/>
      </w:r>
      <w:r>
        <w:t xml:space="preserve">    (b) love</w:t>
      </w:r>
      <w:r>
        <w:br/>
      </w:r>
      <w:r>
        <w:t xml:space="preserve">    (c) hatred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Hoping for forgiveness,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groveled</w:t>
      </w:r>
      <w:r>
        <w:rPr>
          <w:b/>
          <w:bCs/>
        </w:rPr>
        <w:t xml:space="preserve"> </w:t>
      </w:r>
      <w:r>
        <w:rPr>
          <w:b/>
          <w:bCs/>
        </w:rPr>
        <w:t xml:space="preserve">instead of calmly admitting his mistake.</w:t>
      </w:r>
      <w:r>
        <w:br/>
      </w:r>
      <w:r>
        <w:t xml:space="preserve">    (a) acted overly submissive</w:t>
      </w:r>
      <w:r>
        <w:br/>
      </w:r>
      <w:r>
        <w:t xml:space="preserve">    (b) spoke with confidence</w:t>
      </w:r>
      <w:r>
        <w:br/>
      </w:r>
      <w:r>
        <w:t xml:space="preserve">    (c) refused to apologize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Visitors spoke softly as they entered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hallowed</w:t>
      </w:r>
      <w:r>
        <w:rPr>
          <w:b/>
          <w:bCs/>
        </w:rPr>
        <w:t xml:space="preserve"> </w:t>
      </w:r>
      <w:r>
        <w:rPr>
          <w:b/>
          <w:bCs/>
        </w:rPr>
        <w:t xml:space="preserve">memorial.</w:t>
      </w:r>
      <w:r>
        <w:br/>
      </w:r>
      <w:r>
        <w:t xml:space="preserve">    (a) newly repaired</w:t>
      </w:r>
      <w:r>
        <w:br/>
      </w:r>
      <w:r>
        <w:t xml:space="preserve">    (b) open to everyone</w:t>
      </w:r>
      <w:r>
        <w:br/>
      </w:r>
      <w:r>
        <w:t xml:space="preserve">    (c) deeply respected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didn’t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heed</w:t>
      </w:r>
      <w:r>
        <w:rPr>
          <w:b/>
          <w:bCs/>
        </w:rPr>
        <w:t xml:space="preserve"> </w:t>
      </w:r>
      <w:r>
        <w:rPr>
          <w:b/>
          <w:bCs/>
        </w:rPr>
        <w:t xml:space="preserve">the storm warnings and got caught in the heavy rain.</w:t>
      </w:r>
      <w:r>
        <w:br/>
      </w:r>
      <w:r>
        <w:t xml:space="preserve">    (a) pay attention to</w:t>
      </w:r>
      <w:r>
        <w:br/>
      </w:r>
      <w:r>
        <w:t xml:space="preserve">    (b) pass through</w:t>
      </w:r>
      <w:r>
        <w:br/>
      </w:r>
      <w:r>
        <w:t xml:space="preserve">    (c) tell others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Tolkien referred to his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Lord of the Rings</w:t>
      </w:r>
      <w:r>
        <w:rPr>
          <w:b/>
          <w:bCs/>
        </w:rPr>
        <w:t xml:space="preserve"> </w:t>
      </w:r>
      <w:r>
        <w:rPr>
          <w:b/>
          <w:bCs/>
        </w:rPr>
        <w:t xml:space="preserve">character, Gandalf, as an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angel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  <w:u w:val="single"/>
        </w:rPr>
        <w:t xml:space="preserve">incarnate</w:t>
      </w:r>
      <w:r>
        <w:rPr>
          <w:b/>
          <w:bCs/>
        </w:rPr>
        <w:t xml:space="preserve">.</w:t>
      </w:r>
      <w:r>
        <w:br/>
      </w:r>
      <w:r>
        <w:t xml:space="preserve">    (a) in a human body</w:t>
      </w:r>
      <w:r>
        <w:br/>
      </w:r>
      <w:r>
        <w:t xml:space="preserve">    (b) in evil surroundings</w:t>
      </w:r>
      <w:r>
        <w:br/>
      </w:r>
      <w:r>
        <w:t xml:space="preserve">    (c) in training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Innumerable</w:t>
      </w:r>
      <w:r>
        <w:rPr>
          <w:b/>
          <w:bCs/>
        </w:rPr>
        <w:t xml:space="preserve"> </w:t>
      </w:r>
      <w:r>
        <w:rPr>
          <w:b/>
          <w:bCs/>
        </w:rPr>
        <w:t xml:space="preserve">stars seemed to fill the clear night sky.</w:t>
      </w:r>
      <w:r>
        <w:br/>
      </w:r>
      <w:r>
        <w:t xml:space="preserve">    (a) barely noticeable</w:t>
      </w:r>
      <w:r>
        <w:br/>
      </w:r>
      <w:r>
        <w:t xml:space="preserve">    (b) too many to count</w:t>
      </w:r>
      <w:r>
        <w:br/>
      </w:r>
      <w:r>
        <w:t xml:space="preserve">    (c) easy to count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Though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</w:t>
      </w:r>
      <w:r>
        <w:rPr>
          <w:b/>
          <w:bCs/>
        </w:rPr>
        <w:t xml:space="preserve"> </w:t>
      </w:r>
      <w:r>
        <w:rPr>
          <w:b/>
          <w:bCs/>
        </w:rPr>
        <w:t xml:space="preserve">to admit it, there are serious divides splitting the party.</w:t>
      </w:r>
      <w:r>
        <w:br/>
      </w:r>
      <w:r>
        <w:t xml:space="preserve">    (a) are reluctant</w:t>
      </w:r>
      <w:r>
        <w:br/>
      </w:r>
      <w:r>
        <w:t xml:space="preserve">    (b) are excited</w:t>
      </w:r>
      <w:r>
        <w:br/>
      </w:r>
      <w:r>
        <w:t xml:space="preserve">    (c) are eager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prospering</w:t>
      </w:r>
      <w:r>
        <w:rPr>
          <w:b/>
          <w:bCs/>
        </w:rPr>
        <w:t xml:space="preserve"> </w:t>
      </w:r>
      <w:r>
        <w:rPr>
          <w:b/>
          <w:bCs/>
        </w:rPr>
        <w:t xml:space="preserve">in business.</w:t>
      </w:r>
      <w:r>
        <w:br/>
      </w:r>
      <w:r>
        <w:t xml:space="preserve">    (a) starting</w:t>
      </w:r>
      <w:r>
        <w:br/>
      </w:r>
      <w:r>
        <w:t xml:space="preserve">    (b) doing well</w:t>
      </w:r>
      <w:r>
        <w:br/>
      </w:r>
      <w:r>
        <w:t xml:space="preserve">    (c) struggling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criminal was ordered to pay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recompense</w:t>
      </w:r>
      <w:r>
        <w:rPr>
          <w:b/>
          <w:bCs/>
        </w:rPr>
        <w:t xml:space="preserve"> </w:t>
      </w:r>
      <w:r>
        <w:rPr>
          <w:b/>
          <w:bCs/>
        </w:rPr>
        <w:t xml:space="preserve">to his victims as part of his sentence.</w:t>
      </w:r>
      <w:r>
        <w:br/>
      </w:r>
      <w:r>
        <w:t xml:space="preserve">    (a) an apology</w:t>
      </w:r>
      <w:r>
        <w:br/>
      </w:r>
      <w:r>
        <w:t xml:space="preserve">    (b) a penalty fine</w:t>
      </w:r>
      <w:r>
        <w:br/>
      </w:r>
      <w:r>
        <w:t xml:space="preserve">    (c) compensation for loss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their third breakup in two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tempestuous</w:t>
      </w:r>
      <w:r>
        <w:rPr>
          <w:b/>
          <w:bCs/>
        </w:rPr>
        <w:t xml:space="preserve"> </w:t>
      </w:r>
      <w:r>
        <w:rPr>
          <w:b/>
          <w:bCs/>
        </w:rPr>
        <w:t xml:space="preserve">years.</w:t>
      </w:r>
      <w:r>
        <w:br/>
      </w:r>
      <w:r>
        <w:t xml:space="preserve">    (a) long</w:t>
      </w:r>
      <w:r>
        <w:br/>
      </w:r>
      <w:r>
        <w:t xml:space="preserve">    (b) unhappy</w:t>
      </w:r>
      <w:r>
        <w:br/>
      </w:r>
      <w:r>
        <w:t xml:space="preserve">    (c) turbulent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goal of this emergency organization is to keep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transitory</w:t>
      </w:r>
      <w:r>
        <w:rPr>
          <w:b/>
          <w:bCs/>
        </w:rPr>
        <w:t xml:space="preserve"> </w:t>
      </w:r>
      <w:r>
        <w:rPr>
          <w:b/>
          <w:bCs/>
        </w:rPr>
        <w:t xml:space="preserve">problem from turning into one that is permanent.</w:t>
      </w:r>
      <w:r>
        <w:br/>
      </w:r>
      <w:r>
        <w:t xml:space="preserve">    (a) minor</w:t>
      </w:r>
      <w:r>
        <w:br/>
      </w:r>
      <w:r>
        <w:t xml:space="preserve">    (b) temporary</w:t>
      </w:r>
      <w:r>
        <w:br/>
      </w:r>
      <w:r>
        <w:t xml:space="preserve">    (c) common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northern hemisphere,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waxing</w:t>
      </w:r>
      <w:r>
        <w:rPr>
          <w:b/>
          <w:bCs/>
        </w:rPr>
        <w:t xml:space="preserve"> </w:t>
      </w:r>
      <w:r>
        <w:rPr>
          <w:b/>
          <w:bCs/>
        </w:rPr>
        <w:t xml:space="preserve">moon is round and smooth on the right side.</w:t>
      </w:r>
      <w:r>
        <w:br/>
      </w:r>
      <w:r>
        <w:t xml:space="preserve">    (a) making clear</w:t>
      </w:r>
      <w:r>
        <w:br/>
      </w:r>
      <w:r>
        <w:t xml:space="preserve">    (b) stunningly attractive</w:t>
      </w:r>
      <w:r>
        <w:br/>
      </w:r>
      <w:r>
        <w:t xml:space="preserve">    (c) gradually becoming more visible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writhed</w:t>
      </w:r>
      <w:r>
        <w:rPr>
          <w:b/>
          <w:bCs/>
        </w:rPr>
        <w:t xml:space="preserve"> </w:t>
      </w:r>
      <w:r>
        <w:rPr>
          <w:b/>
          <w:bCs/>
        </w:rPr>
        <w:t xml:space="preserve">on the sidewalk begging that someone call an ambulance.</w:t>
      </w:r>
      <w:r>
        <w:br/>
      </w:r>
      <w:r>
        <w:t xml:space="preserve">    (a) twisted and turned</w:t>
      </w:r>
      <w:r>
        <w:br/>
      </w:r>
      <w:r>
        <w:t xml:space="preserve">    (b) cried and whimpered</w:t>
      </w:r>
      <w:r>
        <w:br/>
      </w:r>
      <w:r>
        <w:t xml:space="preserve">    (c) yelled loudly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revolt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wrought</w:t>
      </w:r>
      <w:r>
        <w:rPr>
          <w:b/>
          <w:bCs/>
        </w:rPr>
        <w:t xml:space="preserve"> </w:t>
      </w:r>
      <w:r>
        <w:rPr>
          <w:b/>
          <w:bCs/>
        </w:rPr>
        <w:t xml:space="preserve">havoc through the region.</w:t>
      </w:r>
      <w:r>
        <w:br/>
      </w:r>
      <w:r>
        <w:t xml:space="preserve">    (a) caused</w:t>
      </w:r>
      <w:r>
        <w:br/>
      </w:r>
      <w:r>
        <w:t xml:space="preserve">    (b) complicated</w:t>
      </w:r>
      <w:r>
        <w:br/>
      </w:r>
      <w:r>
        <w:t xml:space="preserve">    (c) ended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2026-07-31T17:27:23Z</dcterms:created>
  <dcterms:modified xsi:type="dcterms:W3CDTF">2026-07-31T17:27:23Z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