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medea-euripides-vocabulary-in-context"/>
    <w:p>
      <w:pPr>
        <w:pStyle w:val="Heading1"/>
      </w:pPr>
      <w:r>
        <w:rPr>
          <w:b/>
          <w:bCs/>
        </w:rPr>
        <w:t xml:space="preserve">Medea</w:t>
      </w:r>
      <w:r>
        <w:br/>
      </w:r>
      <w:r>
        <w:rPr>
          <w:i/>
          <w:iCs/>
        </w:rPr>
        <w:t xml:space="preserve">Euripides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Jason doth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forsake</w:t>
      </w:r>
      <w:r>
        <w:rPr>
          <w:b/>
          <w:bCs/>
        </w:rPr>
        <w:t xml:space="preserve"> </w:t>
      </w:r>
      <w:r>
        <w:rPr>
          <w:b/>
          <w:bCs/>
        </w:rPr>
        <w:t xml:space="preserve">My mistress and his own two sons, to make His couch in a king's chamber.</w:t>
      </w:r>
      <w:r>
        <w:br/>
      </w:r>
      <w:r>
        <w:t xml:space="preserve">    (a) abandon or give up on</w:t>
      </w:r>
      <w:r>
        <w:br/>
      </w:r>
      <w:r>
        <w:t xml:space="preserve">    (b) not easily identified</w:t>
      </w:r>
      <w:r>
        <w:br/>
      </w:r>
      <w:r>
        <w:t xml:space="preserve">    (c) able to be translated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eyes Are lifted not; and all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visage</w:t>
      </w:r>
      <w:r>
        <w:rPr>
          <w:b/>
          <w:bCs/>
        </w:rPr>
        <w:t xml:space="preserve"> </w:t>
      </w:r>
      <w:r>
        <w:rPr>
          <w:b/>
          <w:bCs/>
        </w:rPr>
        <w:t xml:space="preserve">lies In the dust.</w:t>
      </w:r>
      <w:r>
        <w:br/>
      </w:r>
      <w:r>
        <w:t xml:space="preserve">    (a) someone who believe in a single God</w:t>
      </w:r>
      <w:r>
        <w:br/>
      </w:r>
      <w:r>
        <w:t xml:space="preserve">    (b) a basic building block for proteins</w:t>
      </w:r>
      <w:r>
        <w:br/>
      </w:r>
      <w:r>
        <w:t xml:space="preserve">    (c) someone's face or facial expression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...Her sorrow lies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Scarce</w:t>
      </w:r>
      <w:r>
        <w:rPr>
          <w:b/>
          <w:bCs/>
        </w:rPr>
        <w:t xml:space="preserve"> </w:t>
      </w:r>
      <w:r>
        <w:rPr>
          <w:b/>
          <w:bCs/>
        </w:rPr>
        <w:t xml:space="preserve">wakened yet, not half its perils wrought.</w:t>
      </w:r>
      <w:r>
        <w:br/>
      </w:r>
      <w:r>
        <w:t xml:space="preserve">    (a) the state of not being aware or concerned about something</w:t>
      </w:r>
      <w:r>
        <w:br/>
      </w:r>
      <w:r>
        <w:t xml:space="preserve">    (b) a state similar to sleep where one is unaware of anything</w:t>
      </w:r>
      <w:r>
        <w:br/>
      </w:r>
      <w:r>
        <w:t xml:space="preserve">    (c) in short supply  OR  barely or hardly (by a small margin)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he said, 'Twas Creon's will, Being lord of all this land, that she be sent, And with her her two sons,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banishment</w:t>
      </w:r>
      <w:r>
        <w:rPr>
          <w:b/>
          <w:bCs/>
        </w:rPr>
        <w:t xml:space="preserve">.</w:t>
      </w:r>
      <w:r>
        <w:br/>
      </w:r>
      <w:r>
        <w:t xml:space="preserve">    (a) to expel or get rid of</w:t>
      </w:r>
      <w:r>
        <w:br/>
      </w:r>
      <w:r>
        <w:t xml:space="preserve">    (b) way of doing something</w:t>
      </w:r>
      <w:r>
        <w:br/>
      </w:r>
      <w:r>
        <w:t xml:space="preserve">    (c) not easily set on fire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For sure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wrath</w:t>
      </w:r>
      <w:r>
        <w:rPr>
          <w:b/>
          <w:bCs/>
        </w:rPr>
        <w:t xml:space="preserve"> </w:t>
      </w:r>
      <w:r>
        <w:rPr>
          <w:b/>
          <w:bCs/>
        </w:rPr>
        <w:t xml:space="preserve">Will never turn nor slumber, till she hath ...Go: and if some must suffer, may it be Not we who love her, but some enemy!</w:t>
      </w:r>
      <w:r>
        <w:br/>
      </w:r>
      <w:r>
        <w:t xml:space="preserve">    (a) use of reason</w:t>
      </w:r>
      <w:r>
        <w:br/>
      </w:r>
      <w:r>
        <w:t xml:space="preserve">    (b) extreme anger</w:t>
      </w:r>
      <w:r>
        <w:br/>
      </w:r>
      <w:r>
        <w:t xml:space="preserve">    (c) determination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B. Why weariest them this day, Wild heart, for the bed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abhorred</w:t>
      </w:r>
      <w:r>
        <w:rPr>
          <w:b/>
          <w:bCs/>
        </w:rPr>
        <w:t xml:space="preserve">, The cold bed in the clay?</w:t>
      </w:r>
      <w:r>
        <w:br/>
      </w:r>
      <w:r>
        <w:t xml:space="preserve">    (a) helped make clear</w:t>
      </w:r>
      <w:r>
        <w:br/>
      </w:r>
      <w:r>
        <w:t xml:space="preserve">    (b) guided or managed</w:t>
      </w:r>
      <w:r>
        <w:br/>
      </w:r>
      <w:r>
        <w:t xml:space="preserve">    (c) hated or detested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Did ye hear her cry To them that guard man's faith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forsworn</w:t>
      </w:r>
      <w:r>
        <w:rPr>
          <w:b/>
          <w:bCs/>
        </w:rPr>
        <w:t xml:space="preserve">, Themis and Zeus?</w:t>
      </w:r>
      <w:r>
        <w:br/>
      </w:r>
      <w:r>
        <w:t xml:space="preserve">    (a) to decide to stop doing something; or to renounce or disavow something</w:t>
      </w:r>
      <w:r>
        <w:br/>
      </w:r>
      <w:r>
        <w:t xml:space="preserve">    (b) the profession of assisting women in childbirth without being a doctor</w:t>
      </w:r>
      <w:r>
        <w:br/>
      </w:r>
      <w:r>
        <w:t xml:space="preserve">    (c) constraining in some way -- such as tying up, requiring, or obligating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Would it but now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abate</w:t>
      </w:r>
      <w:r>
        <w:rPr>
          <w:b/>
          <w:bCs/>
        </w:rPr>
        <w:t xml:space="preserve">, Ah God, I love her yet.</w:t>
      </w:r>
      <w:r>
        <w:br/>
      </w:r>
      <w:r>
        <w:t xml:space="preserve">    (a) to become less in amount or intensity</w:t>
      </w:r>
      <w:r>
        <w:br/>
      </w:r>
      <w:r>
        <w:t xml:space="preserve">    (b) learn, discover, or decide in advance</w:t>
      </w:r>
      <w:r>
        <w:br/>
      </w:r>
      <w:r>
        <w:t xml:space="preserve">    (c) protect something or keep it as it is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surely my love's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endeavour</w:t>
      </w:r>
      <w:r>
        <w:rPr>
          <w:b/>
          <w:bCs/>
        </w:rPr>
        <w:t xml:space="preserve"> </w:t>
      </w:r>
      <w:r>
        <w:rPr>
          <w:b/>
          <w:bCs/>
        </w:rPr>
        <w:t xml:space="preserve">Shall fail not here.</w:t>
      </w:r>
      <w:r>
        <w:br/>
      </w:r>
      <w:r>
        <w:t xml:space="preserve">    (a) to attempt; or a project or activity attempted</w:t>
      </w:r>
      <w:r>
        <w:br/>
      </w:r>
      <w:r>
        <w:t xml:space="preserve">    (b) to write or exchange written letters or emails</w:t>
      </w:r>
      <w:r>
        <w:br/>
      </w:r>
      <w:r>
        <w:t xml:space="preserve">    (c) a slight amount; or to contain a slight amount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If chance yetjOjDejtq me Some path, if even now my hand can win Strength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requite</w:t>
      </w:r>
      <w:r>
        <w:rPr>
          <w:b/>
          <w:bCs/>
        </w:rPr>
        <w:t xml:space="preserve"> </w:t>
      </w:r>
      <w:r>
        <w:rPr>
          <w:b/>
          <w:bCs/>
        </w:rPr>
        <w:t xml:space="preserve">this Jason for his sin, Betray me not!</w:t>
      </w:r>
      <w:r>
        <w:br/>
      </w:r>
      <w:r>
        <w:t xml:space="preserve">    (a) strongly desire</w:t>
      </w:r>
      <w:r>
        <w:br/>
      </w:r>
      <w:r>
        <w:t xml:space="preserve">    (b) think carefully</w:t>
      </w:r>
      <w:r>
        <w:br/>
      </w:r>
      <w:r>
        <w:t xml:space="preserve">    (c) repay or return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wise-woman I am; and for that sin To divers ill names men would pen me in; A seed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strife</w:t>
      </w:r>
      <w:r>
        <w:rPr>
          <w:b/>
          <w:bCs/>
        </w:rPr>
        <w:t xml:space="preserve">; an eastern dreamer; one Of brand not theirs; one hard to play upon ...Ah, I am not so wondrous wise!</w:t>
      </w:r>
      <w:r>
        <w:br/>
      </w:r>
      <w:r>
        <w:t xml:space="preserve">    (a) job, reservation, booking, or activity</w:t>
      </w:r>
      <w:r>
        <w:br/>
      </w:r>
      <w:r>
        <w:t xml:space="preserve">    (b) violent conflict or angry disagreement</w:t>
      </w:r>
      <w:r>
        <w:br/>
      </w:r>
      <w:r>
        <w:t xml:space="preserve">    (c) thing that affects a result or outcome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Spurn</w:t>
      </w:r>
      <w:r>
        <w:rPr>
          <w:b/>
          <w:bCs/>
        </w:rPr>
        <w:t xml:space="preserve"> </w:t>
      </w:r>
      <w:r>
        <w:rPr>
          <w:b/>
          <w:bCs/>
        </w:rPr>
        <w:t xml:space="preserve">me when I kneel to thee?</w:t>
      </w:r>
      <w:r>
        <w:br/>
      </w:r>
      <w:r>
        <w:t xml:space="preserve">    (a) being a boundary or limit</w:t>
      </w:r>
      <w:r>
        <w:br/>
      </w:r>
      <w:r>
        <w:t xml:space="preserve">    (b) find, search, or research</w:t>
      </w:r>
      <w:r>
        <w:br/>
      </w:r>
      <w:r>
        <w:t xml:space="preserve">    (c) reject as not good enough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MEDEA I accept mine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exile</w:t>
      </w:r>
      <w:r>
        <w:rPr>
          <w:b/>
          <w:bCs/>
        </w:rPr>
        <w:t xml:space="preserve">.</w:t>
      </w:r>
      <w:r>
        <w:br/>
      </w:r>
      <w:r>
        <w:t xml:space="preserve">    (a) recommend or require what should be done  OR  (of a medical doctor) give medical instructions -- such as writing that a patient should take antibiotics</w:t>
      </w:r>
      <w:r>
        <w:br/>
      </w:r>
      <w:r>
        <w:t xml:space="preserve">    (b) to force someone to live outside of their homeland; or living in such a condition</w:t>
      </w:r>
      <w:r>
        <w:br/>
      </w:r>
      <w:r>
        <w:br/>
      </w:r>
      <w:r>
        <w:t xml:space="preserve">or more rarely:  voluntary absence from a place someone would rather be</w:t>
      </w:r>
      <w:r>
        <w:br/>
      </w:r>
      <w:r>
        <w:t xml:space="preserve">    (c) (noun) something that is lighter and draws attention -- such as an area of a painting  OR  (verb) making something lighter -- such as an area of a painting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Scorn</w:t>
      </w:r>
      <w:r>
        <w:rPr>
          <w:b/>
          <w:bCs/>
        </w:rPr>
        <w:t xml:space="preserve">?</w:t>
      </w:r>
      <w:r>
        <w:br/>
      </w:r>
      <w:r>
        <w:t xml:space="preserve">    (a) disrespect or reject as not good enough</w:t>
      </w:r>
      <w:r>
        <w:br/>
      </w:r>
      <w:r>
        <w:t xml:space="preserve">    (b) not answer questions; or block progress</w:t>
      </w:r>
      <w:r>
        <w:br/>
      </w:r>
      <w:r>
        <w:t xml:space="preserve">    (c) move from more general to more specific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Here I stand Full-willed to succour thee with stintless hand, And send my signet to old friends that dwell On foreign shores, who will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entreat</w:t>
      </w:r>
      <w:r>
        <w:rPr>
          <w:b/>
          <w:bCs/>
        </w:rPr>
        <w:t xml:space="preserve"> </w:t>
      </w:r>
      <w:r>
        <w:rPr>
          <w:b/>
          <w:bCs/>
        </w:rPr>
        <w:t xml:space="preserve">thee well.</w:t>
      </w:r>
      <w:r>
        <w:br/>
      </w:r>
      <w:r>
        <w:t xml:space="preserve">    (a) make possible</w:t>
      </w:r>
      <w:r>
        <w:br/>
      </w:r>
      <w:r>
        <w:t xml:space="preserve">    (b) ask earnestly</w:t>
      </w:r>
      <w:r>
        <w:br/>
      </w:r>
      <w:r>
        <w:t xml:space="preserve">    (c) stop fighting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Once bound by oaths and sanctities Thou canst not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</w:t>
      </w:r>
      <w:r>
        <w:rPr>
          <w:b/>
          <w:bCs/>
        </w:rPr>
        <w:t xml:space="preserve"> </w:t>
      </w:r>
      <w:r>
        <w:rPr>
          <w:b/>
          <w:bCs/>
        </w:rPr>
        <w:t xml:space="preserve">me up for such as these To drag from Athens.</w:t>
      </w:r>
      <w:r>
        <w:br/>
      </w:r>
      <w:r>
        <w:t xml:space="preserve">    (a) stop (something from happening)</w:t>
      </w:r>
      <w:r>
        <w:br/>
      </w:r>
      <w:r>
        <w:t xml:space="preserve">    (b) think deeply or carefully about</w:t>
      </w:r>
      <w:r>
        <w:br/>
      </w:r>
      <w:r>
        <w:t xml:space="preserve">    (c) give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Nay, but with the brand Of strange suns burnt, my hate, by God above,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perilous</w:t>
      </w:r>
      <w:r>
        <w:rPr>
          <w:b/>
          <w:bCs/>
        </w:rPr>
        <w:t xml:space="preserve"> </w:t>
      </w:r>
      <w:r>
        <w:rPr>
          <w:b/>
          <w:bCs/>
        </w:rPr>
        <w:t xml:space="preserve">thing, and passing sweet my love!</w:t>
      </w:r>
      <w:r>
        <w:br/>
      </w:r>
      <w:r>
        <w:t xml:space="preserve">    (a) bent down</w:t>
      </w:r>
      <w:r>
        <w:br/>
      </w:r>
      <w:r>
        <w:t xml:space="preserve">    (b) stuck out</w:t>
      </w:r>
      <w:r>
        <w:br/>
      </w:r>
      <w:r>
        <w:t xml:space="preserve">    (c) dangerous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Thought upon thought So pressed me, till I knew myself full-</w:t>
      </w:r>
      <w:r>
        <w:rPr>
          <w:b/>
          <w:bCs/>
          <w:u w:val="single"/>
        </w:rPr>
        <w:t xml:space="preserve">fraught</w:t>
      </w:r>
      <w:r>
        <w:rPr>
          <w:b/>
          <w:bCs/>
        </w:rPr>
        <w:t xml:space="preserve"> </w:t>
      </w:r>
      <w:r>
        <w:rPr>
          <w:b/>
          <w:bCs/>
        </w:rPr>
        <w:t xml:space="preserve">With bitterness of heart and blinded eyes.</w:t>
      </w:r>
      <w:r>
        <w:br/>
      </w:r>
      <w:r>
        <w:t xml:space="preserve">    (a) the state of not being aware or concerned about something</w:t>
      </w:r>
      <w:r>
        <w:br/>
      </w:r>
      <w:r>
        <w:t xml:space="preserve">    (b) full of negative things; or marked by or causing distress</w:t>
      </w:r>
      <w:r>
        <w:br/>
      </w:r>
      <w:r>
        <w:t xml:space="preserve">    (c) a state similar to sleep where one is unaware of anything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Sons, did ye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perish</w:t>
      </w:r>
      <w:r>
        <w:rPr>
          <w:b/>
          <w:bCs/>
        </w:rPr>
        <w:t xml:space="preserve"> </w:t>
      </w:r>
      <w:r>
        <w:rPr>
          <w:b/>
          <w:bCs/>
        </w:rPr>
        <w:t xml:space="preserve">for your father's shame?</w:t>
      </w:r>
      <w:r>
        <w:br/>
      </w:r>
      <w:r>
        <w:t xml:space="preserve">    (a) move into position to work; or start</w:t>
      </w:r>
      <w:r>
        <w:br/>
      </w:r>
      <w:r>
        <w:t xml:space="preserve">    (b) die, be destroyed, or cease to exist</w:t>
      </w:r>
      <w:r>
        <w:br/>
      </w:r>
      <w:r>
        <w:t xml:space="preserve">    (c) to spread to other parts of the body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Loathe</w:t>
      </w:r>
      <w:r>
        <w:rPr>
          <w:b/>
          <w:bCs/>
        </w:rPr>
        <w:t xml:space="preserve"> </w:t>
      </w:r>
      <w:r>
        <w:rPr>
          <w:b/>
          <w:bCs/>
        </w:rPr>
        <w:t xml:space="preserve">on.</w:t>
      </w:r>
      <w:r>
        <w:br/>
      </w:r>
      <w:r>
        <w:t xml:space="preserve">    (a) quit</w:t>
      </w:r>
      <w:r>
        <w:br/>
      </w:r>
      <w:r>
        <w:t xml:space="preserve">    (b) hate</w:t>
      </w:r>
      <w:r>
        <w:br/>
      </w:r>
      <w:r>
        <w:t xml:space="preserve">    (c) draw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2026-07-31T17:27:22Z</dcterms:created>
  <dcterms:modified xsi:type="dcterms:W3CDTF">2026-07-31T17:27:22Z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