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dedb03e24760fbf9b6ecc4679474e9b4f93fb2"/>
    <w:p>
      <w:pPr>
        <w:pStyle w:val="Heading1"/>
      </w:pPr>
      <w:r>
        <w:rPr>
          <w:b/>
          <w:bCs/>
        </w:rPr>
        <w:t xml:space="preserve">Medea</w:t>
      </w:r>
      <w:r>
        <w:br/>
      </w:r>
      <w:r>
        <w:rPr>
          <w:i/>
          <w:iCs/>
        </w:rPr>
        <w:t xml:space="preserve">Euripides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honey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adulterated</w:t>
      </w:r>
      <w:r>
        <w:rPr>
          <w:b/>
          <w:bCs/>
        </w:rPr>
        <w:t xml:space="preserve">.</w:t>
      </w:r>
      <w:r>
        <w:br/>
      </w:r>
      <w:r>
        <w:t xml:space="preserve">    (a) organic</w:t>
      </w:r>
      <w:r>
        <w:br/>
      </w:r>
      <w:r>
        <w:t xml:space="preserve">    (b) inexpensive</w:t>
      </w:r>
      <w:r>
        <w:br/>
      </w:r>
      <w:r>
        <w:t xml:space="preserve">    (c) not pure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Adams was asked to create a "treaty of peace,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commerce."</w:t>
      </w:r>
      <w:r>
        <w:br/>
      </w:r>
      <w:r>
        <w:t xml:space="preserve">    (a) a state where those in disagreement are separated</w:t>
      </w:r>
      <w:r>
        <w:br/>
      </w:r>
      <w:r>
        <w:t xml:space="preserve">    (b) a state where everyone profits financially</w:t>
      </w:r>
      <w:r>
        <w:br/>
      </w:r>
      <w:r>
        <w:t xml:space="preserve">    (c) a state of friendly relations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made a joke of</w:t>
      </w:r>
      <w:r>
        <w:br/>
      </w:r>
      <w:r>
        <w:t xml:space="preserve">    (b) made worse</w:t>
      </w:r>
      <w:r>
        <w:br/>
      </w:r>
      <w:r>
        <w:t xml:space="preserve">    (c) soothed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hero set out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</w:t>
      </w:r>
      <w:r>
        <w:rPr>
          <w:b/>
          <w:bCs/>
        </w:rPr>
        <w:t xml:space="preserve"> </w:t>
      </w:r>
      <w:r>
        <w:rPr>
          <w:b/>
          <w:bCs/>
        </w:rPr>
        <w:t xml:space="preserve">the cruel treatment of his village by the bandits.</w:t>
      </w:r>
      <w:r>
        <w:br/>
      </w:r>
      <w:r>
        <w:t xml:space="preserve">    (a) kindly forgive</w:t>
      </w:r>
      <w:r>
        <w:br/>
      </w:r>
      <w:r>
        <w:t xml:space="preserve">    (b) quietly forget</w:t>
      </w:r>
      <w:r>
        <w:br/>
      </w:r>
      <w:r>
        <w:t xml:space="preserve">    (c) take revenge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Oprah Winfrey is often praised for overcoming diversity to become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 </w:t>
      </w:r>
      <w:r>
        <w:rPr>
          <w:b/>
          <w:bCs/>
        </w:rPr>
        <w:t xml:space="preserve">to others.</w:t>
      </w:r>
      <w:r>
        <w:br/>
      </w:r>
      <w:r>
        <w:t xml:space="preserve">    (a) helper or supporter</w:t>
      </w:r>
      <w:r>
        <w:br/>
      </w:r>
      <w:r>
        <w:t xml:space="preserve">    (b) inspiration or example</w:t>
      </w:r>
      <w:r>
        <w:br/>
      </w:r>
      <w:r>
        <w:t xml:space="preserve">    (c) taxpayer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until he met his future spouse.</w:t>
      </w:r>
      <w:r>
        <w:br/>
      </w:r>
      <w:r>
        <w:t xml:space="preserve">    (a) unfaithful to anyone</w:t>
      </w:r>
      <w:r>
        <w:br/>
      </w:r>
      <w:r>
        <w:t xml:space="preserve">    (b) disillusioned</w:t>
      </w:r>
      <w:r>
        <w:br/>
      </w:r>
      <w:r>
        <w:t xml:space="preserve">    (c) a virgin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not bring herself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</w:t>
      </w:r>
      <w:r>
        <w:rPr>
          <w:b/>
          <w:bCs/>
        </w:rPr>
        <w:t xml:space="preserve"> </w:t>
      </w:r>
      <w:r>
        <w:rPr>
          <w:b/>
          <w:bCs/>
        </w:rPr>
        <w:t xml:space="preserve">publicly, but she honored her promise by not discussing her concerns.</w:t>
      </w:r>
      <w:r>
        <w:br/>
      </w:r>
      <w:r>
        <w:t xml:space="preserve">    (a) criticize</w:t>
      </w:r>
      <w:r>
        <w:br/>
      </w:r>
      <w:r>
        <w:t xml:space="preserve">    (b) agree</w:t>
      </w:r>
      <w:r>
        <w:br/>
      </w:r>
      <w:r>
        <w:t xml:space="preserve">    (c)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Constantine issued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edict</w:t>
      </w:r>
      <w:r>
        <w:rPr>
          <w:b/>
          <w:bCs/>
        </w:rPr>
        <w:t xml:space="preserve"> </w:t>
      </w:r>
      <w:r>
        <w:rPr>
          <w:b/>
          <w:bCs/>
        </w:rPr>
        <w:t xml:space="preserve">for religious tolerance throughout the Roman Empire.</w:t>
      </w:r>
      <w:r>
        <w:br/>
      </w:r>
      <w:r>
        <w:t xml:space="preserve">    (a) suggestion</w:t>
      </w:r>
      <w:r>
        <w:br/>
      </w:r>
      <w:r>
        <w:t xml:space="preserve">    (b) order</w:t>
      </w:r>
      <w:r>
        <w:br/>
      </w:r>
      <w:r>
        <w:t xml:space="preserve">    (c)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cautious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thoughtfully kind</w:t>
      </w:r>
      <w:r>
        <w:br/>
      </w:r>
      <w:r>
        <w:t xml:space="preserve">    (b) extremely quiet</w:t>
      </w:r>
      <w:r>
        <w:br/>
      </w:r>
      <w:r>
        <w:t xml:space="preserve">    (c) disrespectfully bold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for med school.</w:t>
      </w:r>
      <w:r>
        <w:br/>
      </w:r>
      <w:r>
        <w:t xml:space="preserve">    (a) calm</w:t>
      </w:r>
      <w:r>
        <w:br/>
      </w:r>
      <w:r>
        <w:t xml:space="preserve">    (b) kind</w:t>
      </w:r>
      <w:r>
        <w:br/>
      </w:r>
      <w:r>
        <w:t xml:space="preserve">    (c) lazy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date which will live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br/>
      </w:r>
      <w:r>
        <w:t xml:space="preserve">    (a) fame for something good</w:t>
      </w:r>
      <w:r>
        <w:br/>
      </w:r>
      <w:r>
        <w:t xml:space="preserve">    (b) fame for something exciting</w:t>
      </w:r>
      <w:r>
        <w:br/>
      </w:r>
      <w:r>
        <w:t xml:space="preserve">    (c) fame for something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annoying</w:t>
      </w:r>
      <w:r>
        <w:br/>
      </w:r>
      <w:r>
        <w:t xml:space="preserve">    (b) antique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invocation</w:t>
      </w:r>
      <w:r>
        <w:rPr>
          <w:b/>
          <w:bCs/>
        </w:rPr>
        <w:t xml:space="preserve"> </w:t>
      </w:r>
      <w:r>
        <w:rPr>
          <w:b/>
          <w:bCs/>
        </w:rPr>
        <w:t xml:space="preserve">when opening a school board meeting must not advance any particular faith or belief.</w:t>
      </w:r>
      <w:r>
        <w:br/>
      </w:r>
      <w:r>
        <w:t xml:space="preserve">    (a) song</w:t>
      </w:r>
      <w:r>
        <w:br/>
      </w:r>
      <w:r>
        <w:t xml:space="preserve">    (b) prayer</w:t>
      </w:r>
      <w:r>
        <w:br/>
      </w:r>
      <w:r>
        <w:t xml:space="preserve">    (c) joke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midst of the storm, the sailors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invoke</w:t>
      </w:r>
      <w:r>
        <w:rPr>
          <w:b/>
          <w:bCs/>
        </w:rPr>
        <w:t xml:space="preserve"> </w:t>
      </w:r>
      <w:r>
        <w:rPr>
          <w:b/>
          <w:bCs/>
        </w:rPr>
        <w:t xml:space="preserve">the ancient sea gods, hoping for their protection and a safe journey home.</w:t>
      </w:r>
      <w:r>
        <w:br/>
      </w:r>
      <w:r>
        <w:t xml:space="preserve">    (a) call upon</w:t>
      </w:r>
      <w:r>
        <w:br/>
      </w:r>
      <w:r>
        <w:t xml:space="preserve">    (b) sail towards</w:t>
      </w:r>
      <w:r>
        <w:br/>
      </w:r>
      <w:r>
        <w:t xml:space="preserve">    (c) ignore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seeks immortality through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progeny</w:t>
      </w:r>
      <w:r>
        <w:rPr>
          <w:b/>
          <w:bCs/>
        </w:rPr>
        <w:t xml:space="preserve">.</w:t>
      </w:r>
      <w:r>
        <w:br/>
      </w:r>
      <w:r>
        <w:t xml:space="preserve">    (a) move to an afterlife</w:t>
      </w:r>
      <w:r>
        <w:br/>
      </w:r>
      <w:r>
        <w:t xml:space="preserve">    (b) children and their descendants</w:t>
      </w:r>
      <w:r>
        <w:br/>
      </w:r>
      <w:r>
        <w:t xml:space="preserve">    (c) scientific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election results were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repudiation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incumbent’s policies.</w:t>
      </w:r>
      <w:r>
        <w:br/>
      </w:r>
      <w:r>
        <w:t xml:space="preserve">    (a) rejection</w:t>
      </w:r>
      <w:r>
        <w:br/>
      </w:r>
      <w:r>
        <w:t xml:space="preserve">    (b) explanation</w:t>
      </w:r>
      <w:r>
        <w:br/>
      </w:r>
      <w:r>
        <w:t xml:space="preserve">    (c) approval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introduction</w:t>
      </w:r>
      <w:r>
        <w:br/>
      </w:r>
      <w:r>
        <w:t xml:space="preserve">    (c)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McDonald's menu options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</w:t>
      </w:r>
      <w:r>
        <w:rPr>
          <w:b/>
          <w:bCs/>
        </w:rPr>
        <w:t xml:space="preserve"> </w:t>
      </w:r>
      <w:r>
        <w:rPr>
          <w:b/>
          <w:bCs/>
        </w:rPr>
        <w:t xml:space="preserve">by location.</w:t>
      </w:r>
      <w:r>
        <w:br/>
      </w:r>
      <w:r>
        <w:t xml:space="preserve">    (a) are consistent</w:t>
      </w:r>
      <w:r>
        <w:br/>
      </w:r>
      <w:r>
        <w:t xml:space="preserve">    (b) are different</w:t>
      </w:r>
      <w:r>
        <w:br/>
      </w:r>
      <w:r>
        <w:t xml:space="preserve">    (c) are known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vaunted</w:t>
      </w:r>
      <w:r>
        <w:rPr>
          <w:b/>
          <w:bCs/>
        </w:rPr>
        <w:t xml:space="preserve"> </w:t>
      </w:r>
      <w:r>
        <w:rPr>
          <w:b/>
          <w:bCs/>
        </w:rPr>
        <w:t xml:space="preserve">signature dish is a must-try for any foodie.</w:t>
      </w:r>
      <w:r>
        <w:br/>
      </w:r>
      <w:r>
        <w:t xml:space="preserve">    (a) difficult to make</w:t>
      </w:r>
      <w:r>
        <w:br/>
      </w:r>
      <w:r>
        <w:t xml:space="preserve">    (b) rare or expensive</w:t>
      </w:r>
      <w:r>
        <w:br/>
      </w:r>
      <w:r>
        <w:t xml:space="preserve">    (c) extravagantly praised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2026-07-31T17:27:31Z</dcterms:created>
  <dcterms:modified xsi:type="dcterms:W3CDTF">2026-07-31T17:27:31Z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