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64d6c4d20787d92fa867517095937eab0a5f8e"/>
    <w:p>
      <w:pPr>
        <w:pStyle w:val="Heading1"/>
      </w:pPr>
      <w:r>
        <w:rPr>
          <w:b/>
          <w:bCs/>
        </w:rPr>
        <w:t xml:space="preserve">Medea</w:t>
      </w:r>
      <w:r>
        <w:br/>
      </w:r>
      <w:r>
        <w:rPr>
          <w:i/>
          <w:iCs/>
        </w:rPr>
        <w:t xml:space="preserve">Euripides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nor having persuaded the daughters of Pelias to slay their father would she have inhabited this country of Corinth with her husband and her children, pleasing indeed by her flight[3] the citizens to whose land she came, and herself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concurring</w:t>
      </w:r>
      <w:r>
        <w:rPr>
          <w:b/>
          <w:bCs/>
        </w:rPr>
        <w:t xml:space="preserve"> </w:t>
      </w:r>
      <w:r>
        <w:rPr>
          <w:b/>
          <w:bCs/>
        </w:rPr>
        <w:t xml:space="preserve">in every respect with Jason;</w:t>
      </w:r>
      <w:r>
        <w:br/>
      </w:r>
      <w:r>
        <w:t xml:space="preserve">    (a) changing</w:t>
      </w:r>
      <w:r>
        <w:br/>
      </w:r>
      <w:r>
        <w:t xml:space="preserve">    (b) fighting</w:t>
      </w:r>
      <w:r>
        <w:br/>
      </w:r>
      <w:r>
        <w:t xml:space="preserve">    (c) 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Jove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avenge</w:t>
      </w:r>
      <w:r>
        <w:rPr>
          <w:b/>
          <w:bCs/>
        </w:rPr>
        <w:t xml:space="preserve"> </w:t>
      </w:r>
      <w:r>
        <w:rPr>
          <w:b/>
          <w:bCs/>
        </w:rPr>
        <w:t xml:space="preserve">these wrongs for thee: waste not thyself so, bewailing thy husband.</w:t>
      </w:r>
      <w:r>
        <w:br/>
      </w:r>
      <w:r>
        <w:t xml:space="preserve">    (a) take on or adopt</w:t>
      </w:r>
      <w:r>
        <w:br/>
      </w:r>
      <w:r>
        <w:t xml:space="preserve">    (b) make more varied</w:t>
      </w:r>
      <w:r>
        <w:br/>
      </w:r>
      <w:r>
        <w:t xml:space="preserve">    (c) take revenge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ye hear what she says, and how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invokes</w:t>
      </w:r>
      <w:r>
        <w:rPr>
          <w:b/>
          <w:bCs/>
        </w:rPr>
        <w:t xml:space="preserve"> </w:t>
      </w:r>
      <w:r>
        <w:rPr>
          <w:b/>
          <w:bCs/>
        </w:rPr>
        <w:t xml:space="preserve">Themis hearing the vow, and Jove who is considered the dispenser of oaths to mortals?</w:t>
      </w:r>
      <w:r>
        <w:br/>
      </w:r>
      <w:r>
        <w:t xml:space="preserve">    (a) calls upon</w:t>
      </w:r>
      <w:r>
        <w:br/>
      </w:r>
      <w:r>
        <w:t xml:space="preserve">    (b) criticizes</w:t>
      </w:r>
      <w:r>
        <w:br/>
      </w:r>
      <w:r>
        <w:t xml:space="preserve">    (c) condemns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yet for men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assuage</w:t>
      </w:r>
      <w:r>
        <w:rPr>
          <w:b/>
          <w:bCs/>
        </w:rPr>
        <w:t xml:space="preserve"> </w:t>
      </w:r>
      <w:r>
        <w:rPr>
          <w:b/>
          <w:bCs/>
        </w:rPr>
        <w:t xml:space="preserve">these griefs with music were gain; but where the plenteous banquet is furnished, why raise they the song in vain?</w:t>
      </w:r>
      <w:r>
        <w:br/>
      </w:r>
      <w:r>
        <w:t xml:space="preserve">    (a) soothe</w:t>
      </w:r>
      <w:r>
        <w:br/>
      </w:r>
      <w:r>
        <w:t xml:space="preserve">    (b) follow</w:t>
      </w:r>
      <w:r>
        <w:br/>
      </w:r>
      <w:r>
        <w:t xml:space="preserve">    (c) unwrap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 Corinthian dames, I have come from out my palace; do not in any wise blame me; for I have known many men who have been[11] renowned, some who have lived far from public notice, and others in the world; but those of a retired turn have gained for themselves a character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rPr>
          <w:b/>
          <w:bCs/>
        </w:rPr>
        <w:t xml:space="preserve"> </w:t>
      </w:r>
      <w:r>
        <w:rPr>
          <w:b/>
          <w:bCs/>
        </w:rPr>
        <w:t xml:space="preserve">and indolence.</w:t>
      </w:r>
      <w:r>
        <w:br/>
      </w:r>
      <w:r>
        <w:t xml:space="preserve">    (a) the process or result of learning, discovering, or deciding</w:t>
      </w:r>
      <w:r>
        <w:br/>
      </w:r>
      <w:r>
        <w:t xml:space="preserve">    (b) famous for something that is bad; or an extremely bad event</w:t>
      </w:r>
      <w:r>
        <w:br/>
      </w:r>
      <w:r>
        <w:t xml:space="preserve">    (c) person, organization, or anything with a separate existence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 Corinthian dames, I have come from out my palace; do not in any wise blame me; for I have known many men who have been[11] renowned, some who have lived far from public notice, and others in the world; but those of a retired turn have gained for themselves a character of infamy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indolence</w:t>
      </w:r>
      <w:r>
        <w:rPr>
          <w:b/>
          <w:bCs/>
        </w:rPr>
        <w:t xml:space="preserve">.</w:t>
      </w:r>
      <w:r>
        <w:br/>
      </w:r>
      <w:r>
        <w:t xml:space="preserve">    (a) allowing</w:t>
      </w:r>
      <w:r>
        <w:br/>
      </w:r>
      <w:r>
        <w:t xml:space="preserve">    (b) not real</w:t>
      </w:r>
      <w:r>
        <w:br/>
      </w:r>
      <w:r>
        <w:t xml:space="preserve">    (c) laziness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in this is the greatest risk, whether we receive a bad one or a good one; for divorces bring not good fame to women, nor is it possible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repudiate</w:t>
      </w:r>
      <w:r>
        <w:rPr>
          <w:b/>
          <w:bCs/>
        </w:rPr>
        <w:t xml:space="preserve"> </w:t>
      </w:r>
      <w:r>
        <w:rPr>
          <w:b/>
          <w:bCs/>
        </w:rPr>
        <w:t xml:space="preserve">one's husband.</w:t>
      </w:r>
      <w:r>
        <w:br/>
      </w:r>
      <w:r>
        <w:t xml:space="preserve">    (a) strongly reject</w:t>
      </w:r>
      <w:r>
        <w:br/>
      </w:r>
      <w:r>
        <w:t xml:space="preserve">    (b) work or operate</w:t>
      </w:r>
      <w:r>
        <w:br/>
      </w:r>
      <w:r>
        <w:t xml:space="preserve">    (c) help make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Thee of gloomy countenance, and enraged with thy husband, Medea, I command to depart in exile from out of this land, taking with thee thy two children, and not to delay in any way, since I am the arbiter of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edict</w:t>
      </w:r>
      <w:r>
        <w:rPr>
          <w:b/>
          <w:bCs/>
        </w:rPr>
        <w:t xml:space="preserve">, and I will not return back to my palace, until I shall drive thee beyond the boundaries of this realm.</w:t>
      </w:r>
      <w:r>
        <w:br/>
      </w:r>
      <w:r>
        <w:t xml:space="preserve">    (a) a stone shaped like a disk that spins and is used to grind, sharpen or polish</w:t>
      </w:r>
      <w:r>
        <w:br/>
      </w:r>
      <w:r>
        <w:t xml:space="preserve">    (b) an order -- typically a formal proclamation or a legally binding court decree</w:t>
      </w:r>
      <w:r>
        <w:br/>
      </w:r>
      <w:r>
        <w:t xml:space="preserve">    (c) a psychologist concerned with the treatment of abnormal thinking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being judged superior to others who seem to have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knowledge, thou wilt appear offensive in the city.</w:t>
      </w:r>
      <w:r>
        <w:br/>
      </w:r>
      <w:r>
        <w:t xml:space="preserve">    (a) began fighting again</w:t>
      </w:r>
      <w:r>
        <w:br/>
      </w:r>
      <w:r>
        <w:t xml:space="preserve">    (b) differed; or changed</w:t>
      </w:r>
      <w:r>
        <w:br/>
      </w:r>
      <w:r>
        <w:t xml:space="preserve">    (c) took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not fortitude, or confidence, to look in the face of friends whom thou hast injured, but the worst of all diseases among men,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impudence</w:t>
      </w:r>
      <w:r>
        <w:rPr>
          <w:b/>
          <w:bCs/>
        </w:rPr>
        <w:t xml:space="preserve">.</w:t>
      </w:r>
      <w:r>
        <w:br/>
      </w:r>
      <w:r>
        <w:t xml:space="preserve">    (a) an artists performance of another artist's work that expresses the performer's feelings or ideas about the work</w:t>
      </w:r>
      <w:r>
        <w:br/>
      </w:r>
      <w:r>
        <w:t xml:space="preserve">    (b) improperly bold or disrespectful -- especially toward someone who is older or considered to be of higher status</w:t>
      </w:r>
      <w:r>
        <w:br/>
      </w:r>
      <w:r>
        <w:t xml:space="preserve">    (c) soccer player who typically play in the middle third of the field and who assists with both defense and offense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Jove, why I pray hast thou given to men certain proofs of the gold which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adulterate</w:t>
      </w:r>
      <w:r>
        <w:rPr>
          <w:b/>
          <w:bCs/>
        </w:rPr>
        <w:t xml:space="preserve">, but no mark is set by nature on the person of men by which one may distinguish the bad man.</w:t>
      </w:r>
      <w:r>
        <w:br/>
      </w:r>
      <w:r>
        <w:t xml:space="preserve">    (a) a rough calculation or guess of a value, quantity, or extent of something</w:t>
      </w:r>
      <w:r>
        <w:br/>
      </w:r>
      <w:r>
        <w:t xml:space="preserve">    (b) corrupt, debase, or make impure by adding a foreign or inferior substance</w:t>
      </w:r>
      <w:r>
        <w:br/>
      </w:r>
      <w:r>
        <w:t xml:space="preserve">    (c) add fuel or stir a fire to make it burn hotter; or make feelings stronger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both thou hast some need of children, and to me it were advantageous to advance my present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 </w:t>
      </w:r>
      <w:r>
        <w:rPr>
          <w:b/>
          <w:bCs/>
        </w:rPr>
        <w:t xml:space="preserve">by means of the children which might arise;</w:t>
      </w:r>
      <w:r>
        <w:br/>
      </w:r>
      <w:r>
        <w:t xml:space="preserve">    (a) the belief that God created the universe, but that he doesn't interfere with how it runs</w:t>
      </w:r>
      <w:r>
        <w:br/>
      </w:r>
      <w:r>
        <w:t xml:space="preserve">    (b) a process of urging or commanding someone to do something; or a document for that purpose</w:t>
      </w:r>
      <w:r>
        <w:br/>
      </w:r>
      <w:r>
        <w:t xml:space="preserve">    (c) someone's child or children</w:t>
      </w:r>
      <w:r>
        <w:br/>
      </w:r>
      <w:r>
        <w:br/>
      </w:r>
      <w:r>
        <w:t xml:space="preserve">or less commonly: anything that develops from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vaunting</w:t>
      </w:r>
      <w:r>
        <w:rPr>
          <w:b/>
          <w:bCs/>
        </w:rPr>
        <w:t xml:space="preserve"> </w:t>
      </w:r>
      <w:r>
        <w:rPr>
          <w:b/>
          <w:bCs/>
        </w:rPr>
        <w:t xml:space="preserve">that with his tongue he can well gloze over injustice, he dares to work deceit, but he is not over-wise.</w:t>
      </w:r>
      <w:r>
        <w:br/>
      </w:r>
      <w:r>
        <w:t xml:space="preserve">    (a) finding, searching, or researching</w:t>
      </w:r>
      <w:r>
        <w:br/>
      </w:r>
      <w:r>
        <w:t xml:space="preserve">    (b) extravagantly praising or boasting</w:t>
      </w:r>
      <w:r>
        <w:br/>
      </w:r>
      <w:r>
        <w:t xml:space="preserve">    (c) taking up or receiving into heaven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loves, when they come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impetuously</w:t>
      </w:r>
      <w:r>
        <w:rPr>
          <w:b/>
          <w:bCs/>
        </w:rPr>
        <w:t xml:space="preserve">, have given neither good report nor virtue among men, but if Venus come with moderation, no other Goddess is so benign.</w:t>
      </w:r>
      <w:r>
        <w:br/>
      </w:r>
      <w:r>
        <w:t xml:space="preserve">    (a) in the manner of a logical, systematic examination</w:t>
      </w:r>
      <w:r>
        <w:br/>
      </w:r>
      <w:r>
        <w:t xml:space="preserve">    (b) impulsively (acting suddenly without much thought)</w:t>
      </w:r>
      <w:r>
        <w:br/>
      </w:r>
      <w:r>
        <w:t xml:space="preserve">    (c) in a manner that shows care or concern for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no one hath known a more honorable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to address to friends than this.</w:t>
      </w:r>
      <w:r>
        <w:br/>
      </w:r>
      <w:r>
        <w:t xml:space="preserve">    (a) a greeting -- such as</w:t>
      </w:r>
      <w:r>
        <w:t xml:space="preserve"> </w:t>
      </w:r>
      <w:r>
        <w:rPr>
          <w:i/>
          <w:iCs/>
        </w:rPr>
        <w:t xml:space="preserve">"Hi"</w:t>
      </w:r>
      <w:r>
        <w:t xml:space="preserve">, </w:t>
      </w:r>
      <w:r>
        <w:t xml:space="preserve"> </w:t>
      </w:r>
      <w:r>
        <w:rPr>
          <w:i/>
          <w:iCs/>
        </w:rPr>
        <w:t xml:space="preserve">"Dear John:"</w:t>
      </w:r>
      <w:r>
        <w:t xml:space="preserve">, or</w:t>
      </w:r>
      <w:r>
        <w:t xml:space="preserve"> </w:t>
      </w:r>
      <w:r>
        <w:rPr>
          <w:i/>
          <w:iCs/>
        </w:rPr>
        <w:t xml:space="preserve">"Ladies and Gentlemen"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act of greeting</w:t>
      </w:r>
      <w:r>
        <w:br/>
      </w:r>
      <w:r>
        <w:t xml:space="preserve">    (b) a highly educated person interested in learning and exploring ideas -- sometimes while ignoring practical considerations</w:t>
      </w:r>
      <w:r>
        <w:br/>
      </w:r>
      <w:r>
        <w:t xml:space="preserve">    (c) a small hole or a series of small holes such as are used to make it easy to tear a piece of paper along a specific line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Athenians happy of old, and the descendants of the blessed Gods, feeding on the most exalted wisdom of a country sacred and unconquered, always tripping elegantly through the purest atmosphere, where they say that of old the golden-haired Harmonia gave birth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 </w:t>
      </w:r>
      <w:r>
        <w:rPr>
          <w:b/>
          <w:bCs/>
        </w:rPr>
        <w:t xml:space="preserve">nine Pierian Muses.</w:t>
      </w:r>
      <w:r>
        <w:br/>
      </w:r>
      <w:r>
        <w:t xml:space="preserve">    (a) not having sexual intercourse (ever, outside of marriage, or for a long time); or not involving sexual desire</w:t>
      </w:r>
      <w:r>
        <w:br/>
      </w:r>
      <w:r>
        <w:t xml:space="preserve">    (b) a citizen of Rome between the founding of the city (753 BC) and the fall of the Western Roman Empire (476 AD)</w:t>
      </w:r>
      <w:r>
        <w:br/>
      </w:r>
      <w:r>
        <w:t xml:space="preserve">    (c) able to be portrayed or created in a particular way  OR  able to be interpreted, translated, or extracted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there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amity</w:t>
      </w:r>
      <w:r>
        <w:rPr>
          <w:b/>
          <w:bCs/>
        </w:rPr>
        <w:t xml:space="preserve"> </w:t>
      </w:r>
      <w:r>
        <w:rPr>
          <w:b/>
          <w:bCs/>
        </w:rPr>
        <w:t xml:space="preserve">between us, and my rage hath ceased.</w:t>
      </w:r>
      <w:r>
        <w:br/>
      </w:r>
      <w:r>
        <w:t xml:space="preserve">    (a) aka analysist -- psychiatrist</w:t>
      </w:r>
      <w:r>
        <w:br/>
      </w:r>
      <w:r>
        <w:t xml:space="preserve">    (b) something taken on or adopted</w:t>
      </w:r>
      <w:r>
        <w:br/>
      </w:r>
      <w:r>
        <w:t xml:space="preserve">    (c) a state of friendly relations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No, I swear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deities who dwell with Pluto, never shall this be, that I will give up my children to be insulted by my enemies.</w:t>
      </w:r>
      <w:r>
        <w:br/>
      </w:r>
      <w:r>
        <w:t xml:space="preserve">    (a) strict, firm, or hard (not giving in, not giving way, or not giving up)</w:t>
      </w:r>
      <w:r>
        <w:br/>
      </w:r>
      <w:r>
        <w:t xml:space="preserve">    (b) relating to classical music plays in which most of the dialogue is sung</w:t>
      </w:r>
      <w:r>
        <w:br/>
      </w:r>
      <w:r>
        <w:t xml:space="preserve">    (c) very bad; or very annoying; or characteristic of hell or the underworld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 hast spoken most glad tidings: and hereafter from this time shalt thou be among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benefactors</w:t>
      </w:r>
      <w:r>
        <w:rPr>
          <w:b/>
          <w:bCs/>
        </w:rPr>
        <w:t xml:space="preserve"> </w:t>
      </w:r>
      <w:r>
        <w:rPr>
          <w:b/>
          <w:bCs/>
        </w:rPr>
        <w:t xml:space="preserve">and friends.</w:t>
      </w:r>
      <w:r>
        <w:br/>
      </w:r>
      <w:r>
        <w:t xml:space="preserve">    (a) people who help a person or organization</w:t>
      </w:r>
      <w:r>
        <w:br/>
      </w:r>
      <w:r>
        <w:t xml:space="preserve">    (b) logical conclusions reached by reasoning</w:t>
      </w:r>
      <w:r>
        <w:br/>
      </w:r>
      <w:r>
        <w:t xml:space="preserve">    (c) acts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some aged female attendant, when she thought that the wrath either of Pan or some other Deity[37] had visited her, offered up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invocation</w:t>
      </w:r>
      <w:r>
        <w:rPr>
          <w:b/>
          <w:bCs/>
        </w:rPr>
        <w:t xml:space="preserve">, before at least she sees the white foam bursting from her mouth, and her mistress rolling her eyeballs from their sockets, and the blood no longer in the flesh; then she sent forth a loud shriek of far different sound from the strain of supplication; and straightway one rushed to the apartments of her father, but another to her newly-married husband, to tell the calamity befallen the bride, and all the house was filled with frequent hurryings to and fro.</w:t>
      </w:r>
      <w:r>
        <w:br/>
      </w:r>
      <w:r>
        <w:t xml:space="preserve">    (a) of Norway, Sweden, Denmark and sometimes Finland &amp; Iceland</w:t>
      </w:r>
      <w:r>
        <w:br/>
      </w:r>
      <w:r>
        <w:t xml:space="preserve">    (b) asking for supernatural help -- especially a prayer to God</w:t>
      </w:r>
      <w:r>
        <w:br/>
      </w:r>
      <w:r>
        <w:t xml:space="preserve">    (c) of Athens during the Golden Age of Greece (5th century BC)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2026-07-31T17:27:31Z</dcterms:created>
  <dcterms:modified xsi:type="dcterms:W3CDTF">2026-07-31T17:27:31Z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