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medea-euripides-vocabulary-preview"/>
    <w:p>
      <w:pPr>
        <w:pStyle w:val="Heading1"/>
      </w:pPr>
      <w:r>
        <w:rPr>
          <w:b/>
          <w:bCs/>
        </w:rPr>
        <w:t xml:space="preserve">Medea</w:t>
      </w:r>
      <w:r>
        <w:br/>
      </w:r>
      <w:r>
        <w:rPr>
          <w:i/>
          <w:iCs/>
        </w:rPr>
        <w:t xml:space="preserve">Euripides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from my mind.</w:t>
      </w:r>
      <w:r>
        <w:br/>
      </w:r>
      <w:r>
        <w:t xml:space="preserve">    (a) collect</w:t>
      </w:r>
      <w:r>
        <w:br/>
      </w:r>
      <w:r>
        <w:t xml:space="preserve">    (b) understand</w:t>
      </w:r>
      <w:r>
        <w:br/>
      </w:r>
      <w:r>
        <w:t xml:space="preserve">    (c) send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forced</w:t>
      </w:r>
      <w:r>
        <w:br/>
      </w:r>
      <w:r>
        <w:t xml:space="preserve">    (b) tricked</w:t>
      </w:r>
      <w:r>
        <w:br/>
      </w:r>
      <w:r>
        <w:t xml:space="preserve">    (c)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remote workers, high-speed internet is a real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boon</w:t>
      </w:r>
      <w:r>
        <w:rPr>
          <w:b/>
          <w:bCs/>
        </w:rPr>
        <w:t xml:space="preserve">, making it easier to stay productive from home.</w:t>
      </w:r>
      <w:r>
        <w:br/>
      </w:r>
      <w:r>
        <w:t xml:space="preserve">    (a) something that causes great harm</w:t>
      </w:r>
      <w:r>
        <w:br/>
      </w:r>
      <w:r>
        <w:t xml:space="preserve">    (b) something that is of great benefit</w:t>
      </w:r>
      <w:r>
        <w:br/>
      </w:r>
      <w:r>
        <w:t xml:space="preserve">    (c) a source of constant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large in quantity</w:t>
      </w:r>
      <w:r>
        <w:br/>
      </w:r>
      <w:r>
        <w:t xml:space="preserve">    (b) small in amount</w:t>
      </w:r>
      <w:r>
        <w:br/>
      </w:r>
      <w:r>
        <w:t xml:space="preserve">    (c) rare and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destitute</w:t>
      </w:r>
      <w:r>
        <w:rPr>
          <w:b/>
          <w:bCs/>
        </w:rPr>
        <w:t xml:space="preserve"> </w:t>
      </w:r>
      <w:r>
        <w:rPr>
          <w:b/>
          <w:bCs/>
        </w:rPr>
        <w:t xml:space="preserve">in Paris at the age of 38.</w:t>
      </w:r>
      <w:r>
        <w:br/>
      </w:r>
      <w:r>
        <w:t xml:space="preserve">    (a) too young</w:t>
      </w:r>
      <w:r>
        <w:br/>
      </w:r>
      <w:r>
        <w:t xml:space="preserve">    (b) among family</w:t>
      </w:r>
      <w:r>
        <w:br/>
      </w:r>
      <w:r>
        <w:t xml:space="preserve">    (c) extremely poor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save</w:t>
      </w:r>
      <w:r>
        <w:br/>
      </w:r>
      <w:r>
        <w:t xml:space="preserve">    (b) create</w:t>
      </w:r>
      <w:r>
        <w:br/>
      </w:r>
      <w:r>
        <w:t xml:space="preserve">    (c) consider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Napoleon was forced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exile</w:t>
      </w:r>
      <w:r>
        <w:rPr>
          <w:b/>
          <w:bCs/>
        </w:rPr>
        <w:t xml:space="preserve"> </w:t>
      </w:r>
      <w:r>
        <w:rPr>
          <w:b/>
          <w:bCs/>
        </w:rPr>
        <w:t xml:space="preserve">on the island of Elba.</w:t>
      </w:r>
      <w:r>
        <w:br/>
      </w:r>
      <w:r>
        <w:t xml:space="preserve">    (a) living elsewhere</w:t>
      </w:r>
      <w:r>
        <w:br/>
      </w:r>
      <w:r>
        <w:t xml:space="preserve">    (b) hard labor</w:t>
      </w:r>
      <w:r>
        <w:br/>
      </w:r>
      <w:r>
        <w:t xml:space="preserve">    (c) apologizing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difficulty.</w:t>
      </w:r>
      <w:r>
        <w:br/>
      </w:r>
      <w:r>
        <w:t xml:space="preserve">    (a) preceded</w:t>
      </w:r>
      <w:r>
        <w:br/>
      </w:r>
      <w:r>
        <w:t xml:space="preserve">    (b) followed</w:t>
      </w:r>
      <w:r>
        <w:br/>
      </w:r>
      <w:r>
        <w:t xml:space="preserve">    (c) filled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grievous</w:t>
      </w:r>
      <w:r>
        <w:rPr>
          <w:b/>
          <w:bCs/>
        </w:rPr>
        <w:t xml:space="preserve"> </w:t>
      </w:r>
      <w:r>
        <w:rPr>
          <w:b/>
          <w:bCs/>
        </w:rPr>
        <w:t xml:space="preserve">offense against morality.</w:t>
      </w:r>
      <w:r>
        <w:br/>
      </w:r>
      <w:r>
        <w:t xml:space="preserve">    (a) minor</w:t>
      </w:r>
      <w:r>
        <w:br/>
      </w:r>
      <w:r>
        <w:t xml:space="preserve">    (b) foolish</w:t>
      </w:r>
      <w:r>
        <w:br/>
      </w:r>
      <w:r>
        <w:t xml:space="preserve">    (c)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midst of the storm, the sailors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invoke</w:t>
      </w:r>
      <w:r>
        <w:rPr>
          <w:b/>
          <w:bCs/>
        </w:rPr>
        <w:t xml:space="preserve"> </w:t>
      </w:r>
      <w:r>
        <w:rPr>
          <w:b/>
          <w:bCs/>
        </w:rPr>
        <w:t xml:space="preserve">the ancient sea gods, hoping for their protection and a safe journey home.</w:t>
      </w:r>
      <w:r>
        <w:br/>
      </w:r>
      <w:r>
        <w:t xml:space="preserve">    (a) ignore completely</w:t>
      </w:r>
      <w:r>
        <w:br/>
      </w:r>
      <w:r>
        <w:t xml:space="preserve">    (b) sail towards</w:t>
      </w:r>
      <w:r>
        <w:br/>
      </w:r>
      <w:r>
        <w:t xml:space="preserve">    (c) call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expressed grief about</w:t>
      </w:r>
      <w:r>
        <w:br/>
      </w:r>
      <w:r>
        <w:t xml:space="preserve">    (b) made worse</w:t>
      </w:r>
      <w:r>
        <w:br/>
      </w:r>
      <w:r>
        <w:t xml:space="preserve">    (c) improved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that man. He ruined my life.</w:t>
      </w:r>
      <w:r>
        <w:br/>
      </w:r>
      <w:r>
        <w:t xml:space="preserve">    (a) hate</w:t>
      </w:r>
      <w:r>
        <w:br/>
      </w:r>
      <w:r>
        <w:t xml:space="preserve">    (b) avoid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fail</w:t>
      </w:r>
      <w:r>
        <w:br/>
      </w:r>
      <w:r>
        <w:t xml:space="preserve">    (b) die</w:t>
      </w:r>
      <w:r>
        <w:br/>
      </w:r>
      <w:r>
        <w:t xml:space="preserve">    (c)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sense</w:t>
      </w:r>
      <w:r>
        <w:br/>
      </w:r>
      <w:r>
        <w:t xml:space="preserve">    (b) good purpose</w:t>
      </w:r>
      <w:r>
        <w:br/>
      </w:r>
      <w:r>
        <w:t xml:space="preserve">    (c) good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queen traveled with a large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retinue</w:t>
      </w:r>
      <w:r>
        <w:rPr>
          <w:b/>
          <w:bCs/>
        </w:rPr>
        <w:t xml:space="preserve"> </w:t>
      </w:r>
      <w:r>
        <w:rPr>
          <w:b/>
          <w:bCs/>
        </w:rPr>
        <w:t xml:space="preserve">of servants and guards to ensure her safety and comfort.</w:t>
      </w:r>
      <w:r>
        <w:br/>
      </w:r>
      <w:r>
        <w:t xml:space="preserve">    (a) group</w:t>
      </w:r>
      <w:r>
        <w:br/>
      </w:r>
      <w:r>
        <w:t xml:space="preserve">    (b) car</w:t>
      </w:r>
      <w:r>
        <w:br/>
      </w:r>
      <w:r>
        <w:t xml:space="preserve">    (c) plane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trains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unwitting</w:t>
      </w:r>
      <w:r>
        <w:rPr>
          <w:b/>
          <w:bCs/>
        </w:rPr>
        <w:t xml:space="preserve"> </w:t>
      </w:r>
      <w:r>
        <w:rPr>
          <w:b/>
          <w:bCs/>
        </w:rPr>
        <w:t xml:space="preserve">accomplice in the crime.</w:t>
      </w:r>
      <w:r>
        <w:br/>
      </w:r>
      <w:r>
        <w:t xml:space="preserve">    (a) unkind</w:t>
      </w:r>
      <w:r>
        <w:br/>
      </w:r>
      <w:r>
        <w:t xml:space="preserve">    (b) unintentional</w:t>
      </w:r>
      <w:r>
        <w:br/>
      </w:r>
      <w:r>
        <w:t xml:space="preserve">    (c)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evolutionary benefit theory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is supported by studies showing that a person's desire for revenge increases when others see their mistreatment.</w:t>
      </w:r>
      <w:r>
        <w:br/>
      </w:r>
      <w:r>
        <w:t xml:space="preserve">    (a) fairness</w:t>
      </w:r>
      <w:r>
        <w:br/>
      </w:r>
      <w:r>
        <w:t xml:space="preserve">    (b) revenge</w:t>
      </w:r>
      <w:r>
        <w:br/>
      </w:r>
      <w:r>
        <w:t xml:space="preserve">    (c) status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fears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of God.</w:t>
      </w:r>
      <w:r>
        <w:br/>
      </w:r>
      <w:r>
        <w:t xml:space="preserve">    (a) unpredictable moods</w:t>
      </w:r>
      <w:r>
        <w:br/>
      </w:r>
      <w:r>
        <w:t xml:space="preserve">    (b) angry punishment</w:t>
      </w:r>
      <w:r>
        <w:br/>
      </w:r>
      <w:r>
        <w:t xml:space="preserve">    (c)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produced</w:t>
      </w:r>
      <w:r>
        <w:br/>
      </w:r>
      <w:r>
        <w:t xml:space="preserve">    (b) added</w:t>
      </w:r>
      <w:r>
        <w:br/>
      </w:r>
      <w:r>
        <w:t xml:space="preserve">    (c) gave in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2026-07-31T17:27:41Z</dcterms:created>
  <dcterms:modified xsi:type="dcterms:W3CDTF">2026-07-31T17:27:41Z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