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a64d6c4d20787d92fa867517095937eab0a5f8e"/>
    <w:p>
      <w:pPr>
        <w:pStyle w:val="Heading1"/>
      </w:pPr>
      <w:r>
        <w:rPr>
          <w:b/>
          <w:bCs/>
        </w:rPr>
        <w:t xml:space="preserve">Medea</w:t>
      </w:r>
      <w:r>
        <w:br/>
      </w:r>
      <w:r>
        <w:rPr>
          <w:i/>
          <w:iCs/>
        </w:rPr>
        <w:t xml:space="preserve">Euripides</w:t>
      </w:r>
      <w:r>
        <w:br/>
      </w:r>
      <w:r>
        <w:rPr>
          <w:b/>
          <w:bCs/>
        </w:rPr>
        <w:t xml:space="preserve">Extra Credit Vocabulary in Context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  <w:u w:val="single"/>
        </w:rPr>
        <w:t xml:space="preserve">Crescendo</w:t>
      </w:r>
      <w:r>
        <w:rPr>
          <w:b/>
          <w:bCs/>
        </w:rPr>
        <w:t xml:space="preserve"> </w:t>
      </w:r>
      <w:r>
        <w:rPr>
          <w:b/>
          <w:bCs/>
        </w:rPr>
        <w:t xml:space="preserve">of thunder and lightning.</w:t>
      </w:r>
      <w:r>
        <w:br/>
      </w:r>
      <w:r>
        <w:t xml:space="preserve">    (a) did not find a condition or substance to be present</w:t>
      </w:r>
      <w:r>
        <w:br/>
      </w:r>
      <w:r>
        <w:t xml:space="preserve">    (b) maximum intensity</w:t>
      </w:r>
      <w:r>
        <w:br/>
      </w:r>
      <w:r>
        <w:t xml:space="preserve">    (c) to begin communication with someone about something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This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trepidation</w:t>
      </w:r>
      <w:r>
        <w:rPr>
          <w:b/>
          <w:bCs/>
        </w:rPr>
        <w:t xml:space="preserve"> </w:t>
      </w:r>
      <w:r>
        <w:rPr>
          <w:b/>
          <w:bCs/>
        </w:rPr>
        <w:t xml:space="preserve">has only just started and it's still a long way from half way.</w:t>
      </w:r>
      <w:r>
        <w:br/>
      </w:r>
      <w:r>
        <w:t xml:space="preserve">    (a) nervousness</w:t>
      </w:r>
      <w:r>
        <w:br/>
      </w:r>
      <w:r>
        <w:t xml:space="preserve">    (b) well suited</w:t>
      </w:r>
      <w:r>
        <w:br/>
      </w:r>
      <w:r>
        <w:t xml:space="preserve">    (c) a last name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It is up to you to allocate individual lines to the members of your chorus, depending, of course how many you have at your disposal and how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kinetic</w:t>
      </w:r>
      <w:r>
        <w:rPr>
          <w:b/>
          <w:bCs/>
        </w:rPr>
        <w:t xml:space="preserve"> </w:t>
      </w:r>
      <w:r>
        <w:rPr>
          <w:b/>
          <w:bCs/>
        </w:rPr>
        <w:t xml:space="preserve">you want the stage to be.</w:t>
      </w:r>
      <w:r>
        <w:br/>
      </w:r>
      <w:r>
        <w:t xml:space="preserve">    (a) lively (characterized by motion)</w:t>
      </w:r>
      <w:r>
        <w:br/>
      </w:r>
      <w:r>
        <w:t xml:space="preserve">    (b) not sensible or careful</w:t>
      </w:r>
      <w:r>
        <w:br/>
      </w:r>
      <w:r>
        <w:t xml:space="preserve">    (c) optimistic or agreeable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I've heard her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agony</w:t>
      </w:r>
      <w:r>
        <w:rPr>
          <w:b/>
          <w:bCs/>
        </w:rPr>
        <w:t xml:space="preserve"> </w:t>
      </w:r>
      <w:r>
        <w:rPr>
          <w:b/>
          <w:bCs/>
        </w:rPr>
        <w:t xml:space="preserve">from my room at the court.</w:t>
      </w:r>
      <w:r>
        <w:br/>
      </w:r>
      <w:r>
        <w:t xml:space="preserve">    (a) size or dimension</w:t>
      </w:r>
      <w:r>
        <w:br/>
      </w:r>
      <w:r>
        <w:t xml:space="preserve">    (b) intense suffering</w:t>
      </w:r>
      <w:r>
        <w:br/>
      </w:r>
      <w:r>
        <w:t xml:space="preserve">    (c) circular movement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  <w:u w:val="single"/>
        </w:rPr>
        <w:t xml:space="preserve">Zeus</w:t>
      </w:r>
      <w:r>
        <w:rPr>
          <w:b/>
          <w:bCs/>
        </w:rPr>
        <w:t xml:space="preserve"> </w:t>
      </w:r>
      <w:r>
        <w:rPr>
          <w:b/>
          <w:bCs/>
        </w:rPr>
        <w:t xml:space="preserve">will recompense you.</w:t>
      </w:r>
      <w:r>
        <w:br/>
      </w:r>
      <w:r>
        <w:t xml:space="preserve">    (a) Greek mythology:  the god of war</w:t>
      </w:r>
      <w:r>
        <w:br/>
      </w:r>
      <w:r>
        <w:t xml:space="preserve">    (b) Greek mythology:  the most supreme of the gods</w:t>
      </w:r>
      <w:r>
        <w:br/>
      </w:r>
      <w:r>
        <w:t xml:space="preserve">    (c) Greek mythology:  the most supreme of the gods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Zeus will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recompense</w:t>
      </w:r>
      <w:r>
        <w:rPr>
          <w:b/>
          <w:bCs/>
        </w:rPr>
        <w:t xml:space="preserve"> </w:t>
      </w:r>
      <w:r>
        <w:rPr>
          <w:b/>
          <w:bCs/>
        </w:rPr>
        <w:t xml:space="preserve">you.</w:t>
      </w:r>
      <w:r>
        <w:br/>
      </w:r>
      <w:r>
        <w:t xml:space="preserve">    (a) examine in detail to better understand</w:t>
      </w:r>
      <w:r>
        <w:br/>
      </w:r>
      <w:r>
        <w:t xml:space="preserve">    (b) compensate for a loss; or pay a reward</w:t>
      </w:r>
      <w:r>
        <w:br/>
      </w:r>
      <w:r>
        <w:t xml:space="preserve">    (c) appropriate in size, amount, or degree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That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melancholy</w:t>
      </w:r>
      <w:r>
        <w:rPr>
          <w:b/>
          <w:bCs/>
        </w:rPr>
        <w:t xml:space="preserve"> </w:t>
      </w:r>
      <w:r>
        <w:rPr>
          <w:b/>
          <w:bCs/>
        </w:rPr>
        <w:t xml:space="preserve">of hers seems to deepen by the minute!</w:t>
      </w:r>
      <w:r>
        <w:br/>
      </w:r>
      <w:r>
        <w:t xml:space="preserve">    (a) a sad feeling or manner</w:t>
      </w:r>
      <w:r>
        <w:br/>
      </w:r>
      <w:r>
        <w:t xml:space="preserve">    (b) relating to the outside</w:t>
      </w:r>
      <w:r>
        <w:br/>
      </w:r>
      <w:r>
        <w:t xml:space="preserve">    (c) about (but not exactly)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...born good folk but because they stayed quietly away from society, got themselves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odious</w:t>
      </w:r>
      <w:r>
        <w:rPr>
          <w:b/>
          <w:bCs/>
        </w:rPr>
        <w:t xml:space="preserve"> </w:t>
      </w:r>
      <w:r>
        <w:rPr>
          <w:b/>
          <w:bCs/>
        </w:rPr>
        <w:t xml:space="preserve">reputation of being snobs and conceited individuals.</w:t>
      </w:r>
      <w:r>
        <w:br/>
      </w:r>
      <w:r>
        <w:t xml:space="preserve">    (a) extremely dislikable</w:t>
      </w:r>
      <w:r>
        <w:br/>
      </w:r>
      <w:r>
        <w:t xml:space="preserve">    (b) not trustworthy, or improper, or attracting unwelcome attention</w:t>
      </w:r>
      <w:r>
        <w:br/>
      </w:r>
      <w:r>
        <w:t xml:space="preserve">    (c) the degree to which something is able to change or is different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...were born good folk but because they stayed quietly away from society, got themselves the odious reputation of being snobs and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conceited</w:t>
      </w:r>
      <w:r>
        <w:rPr>
          <w:b/>
          <w:bCs/>
        </w:rPr>
        <w:t xml:space="preserve"> </w:t>
      </w:r>
      <w:r>
        <w:rPr>
          <w:b/>
          <w:bCs/>
        </w:rPr>
        <w:t xml:space="preserve">individuals.</w:t>
      </w:r>
      <w:r>
        <w:br/>
      </w:r>
      <w:r>
        <w:t xml:space="preserve">    (a) not judged in a negative way</w:t>
      </w:r>
      <w:r>
        <w:br/>
      </w:r>
      <w:r>
        <w:t xml:space="preserve">    (b) excessively proud of themselves</w:t>
      </w:r>
      <w:r>
        <w:br/>
      </w:r>
      <w:r>
        <w:t xml:space="preserve">    (c) calculated or judged too low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Corinthian women, you know that I have to suffer an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insufferable</w:t>
      </w:r>
      <w:r>
        <w:rPr>
          <w:b/>
          <w:bCs/>
        </w:rPr>
        <w:t xml:space="preserve"> </w:t>
      </w:r>
      <w:r>
        <w:rPr>
          <w:b/>
          <w:bCs/>
        </w:rPr>
        <w:t xml:space="preserve">thing, a thing that has worn my soul away.</w:t>
      </w:r>
      <w:r>
        <w:br/>
      </w:r>
      <w:r>
        <w:t xml:space="preserve">    (a) dies or is destroyed</w:t>
      </w:r>
      <w:r>
        <w:br/>
      </w:r>
      <w:r>
        <w:t xml:space="preserve">    (b) excessively enjoying</w:t>
      </w:r>
      <w:r>
        <w:br/>
      </w:r>
      <w:r>
        <w:t xml:space="preserve">    (c) extremely unpleasant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Her voice is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plaintive</w:t>
      </w:r>
      <w:r>
        <w:rPr>
          <w:b/>
          <w:bCs/>
        </w:rPr>
        <w:t xml:space="preserve"> </w:t>
      </w:r>
      <w:r>
        <w:rPr>
          <w:b/>
          <w:bCs/>
        </w:rPr>
        <w:t xml:space="preserve">yet unsettling.</w:t>
      </w:r>
      <w:r>
        <w:br/>
      </w:r>
      <w:r>
        <w:t xml:space="preserve">    (a) real</w:t>
      </w:r>
      <w:r>
        <w:br/>
      </w:r>
      <w:r>
        <w:t xml:space="preserve">    (b) sad</w:t>
      </w:r>
      <w:r>
        <w:br/>
      </w:r>
      <w:r>
        <w:t xml:space="preserve">    (c) bad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What an inescapable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tempest</w:t>
      </w:r>
      <w:r>
        <w:rPr>
          <w:b/>
          <w:bCs/>
        </w:rPr>
        <w:t xml:space="preserve"> </w:t>
      </w:r>
      <w:r>
        <w:rPr>
          <w:b/>
          <w:bCs/>
        </w:rPr>
        <w:t xml:space="preserve">the gods have thrown you into, Medea!</w:t>
      </w:r>
      <w:r>
        <w:br/>
      </w:r>
      <w:r>
        <w:t xml:space="preserve">    (a) to dominate harshly and unfairly  OR  to deny equal rights to others or make them suffer</w:t>
      </w:r>
      <w:r>
        <w:br/>
      </w:r>
      <w:r>
        <w:t xml:space="preserve">    (b) a violent commotion or disturbance -- especially a violent storm or emotional outburst</w:t>
      </w:r>
      <w:r>
        <w:br/>
      </w:r>
      <w:r>
        <w:t xml:space="preserve">    (c) a long and determined effort for a cause that is passionately believed to be important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An anger most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implacable</w:t>
      </w:r>
      <w:r>
        <w:rPr>
          <w:b/>
          <w:bCs/>
        </w:rPr>
        <w:t xml:space="preserve">!</w:t>
      </w:r>
      <w:r>
        <w:br/>
      </w:r>
      <w:r>
        <w:t xml:space="preserve">    (a) unyielding</w:t>
      </w:r>
      <w:r>
        <w:br/>
      </w:r>
      <w:r>
        <w:t xml:space="preserve">    (b) increasing</w:t>
      </w:r>
      <w:r>
        <w:br/>
      </w:r>
      <w:r>
        <w:t xml:space="preserve">    (c) diminishing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...you've uttered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sacrilegious</w:t>
      </w:r>
      <w:r>
        <w:rPr>
          <w:b/>
          <w:bCs/>
        </w:rPr>
        <w:t xml:space="preserve"> </w:t>
      </w:r>
      <w:r>
        <w:rPr>
          <w:b/>
          <w:bCs/>
        </w:rPr>
        <w:t xml:space="preserve">curses to the royal family.</w:t>
      </w:r>
      <w:r>
        <w:br/>
      </w:r>
      <w:r>
        <w:t xml:space="preserve">    (a) disrespectful of something others consider important or sacred</w:t>
      </w:r>
      <w:r>
        <w:br/>
      </w:r>
      <w:r>
        <w:t xml:space="preserve">    (b) relating to one-sided information that is purposefully spread to influence opinions</w:t>
      </w:r>
      <w:r>
        <w:br/>
      </w:r>
      <w:r>
        <w:t xml:space="preserve">    (c) able to be persuaded to do something by tempting with pleasure or something desired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Aigeas: The god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uttered</w:t>
      </w:r>
      <w:r>
        <w:rPr>
          <w:b/>
          <w:bCs/>
        </w:rPr>
        <w:t xml:space="preserve"> </w:t>
      </w:r>
      <w:r>
        <w:rPr>
          <w:b/>
          <w:bCs/>
        </w:rPr>
        <w:t xml:space="preserve">words to me that humans can't understand very easily.</w:t>
      </w:r>
      <w:r>
        <w:br/>
      </w:r>
      <w:r>
        <w:t xml:space="preserve">    (a) said (or make a sound) with the voice</w:t>
      </w:r>
      <w:r>
        <w:br/>
      </w:r>
      <w:r>
        <w:t xml:space="preserve">    (b) genetically changed through evolution</w:t>
      </w:r>
      <w:r>
        <w:br/>
      </w:r>
      <w:r>
        <w:t xml:space="preserve">    (c) controlled (how something turned out)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shall think of you as one of my friends and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benefactors</w:t>
      </w:r>
      <w:r>
        <w:rPr>
          <w:b/>
          <w:bCs/>
        </w:rPr>
        <w:t xml:space="preserve"> </w:t>
      </w:r>
      <w:r>
        <w:rPr>
          <w:b/>
          <w:bCs/>
        </w:rPr>
        <w:t xml:space="preserve">from now on.</w:t>
      </w:r>
      <w:r>
        <w:br/>
      </w:r>
      <w:r>
        <w:t xml:space="preserve">    (a) logical conclusions reached by reasoning</w:t>
      </w:r>
      <w:r>
        <w:br/>
      </w:r>
      <w:r>
        <w:t xml:space="preserve">    (b) people who help a person or organization</w:t>
      </w:r>
      <w:r>
        <w:br/>
      </w:r>
      <w:r>
        <w:t xml:space="preserve">    (c) acts of taking something on as one's own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An elderly servant thought it was some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ailment</w:t>
      </w:r>
      <w:r>
        <w:rPr>
          <w:b/>
          <w:bCs/>
        </w:rPr>
        <w:t xml:space="preserve"> </w:t>
      </w:r>
      <w:r>
        <w:rPr>
          <w:b/>
          <w:bCs/>
        </w:rPr>
        <w:t xml:space="preserve">or other, delivered to the Princess by Pan or some other god, so she began to scream all sorts of prayers.</w:t>
      </w:r>
      <w:r>
        <w:br/>
      </w:r>
      <w:r>
        <w:t xml:space="preserve">    (a) illness</w:t>
      </w:r>
      <w:r>
        <w:br/>
      </w:r>
      <w:r>
        <w:t xml:space="preserve">    (b) thought</w:t>
      </w:r>
      <w:r>
        <w:br/>
      </w:r>
      <w:r>
        <w:t xml:space="preserve">    (c) payment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This is no time for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equivocations</w:t>
      </w:r>
      <w:r>
        <w:rPr>
          <w:b/>
          <w:bCs/>
        </w:rPr>
        <w:t xml:space="preserve">.</w:t>
      </w:r>
      <w:r>
        <w:br/>
      </w:r>
      <w:r>
        <w:t xml:space="preserve">    (a) people who follow the philosophical &amp; religious system based on the teachings of Laozi</w:t>
      </w:r>
      <w:r>
        <w:br/>
      </w:r>
      <w:r>
        <w:t xml:space="preserve">    (b) ambiguousness through generalities</w:t>
      </w:r>
      <w:r>
        <w:br/>
      </w:r>
      <w:r>
        <w:t xml:space="preserve">    (c) psychoanalysis:  that part of people's personality structures that act as a conscience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Medea: Laughing sarcastically,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vengefully</w:t>
      </w:r>
      <w:r>
        <w:rPr>
          <w:b/>
          <w:bCs/>
        </w:rPr>
        <w:t xml:space="preserve">.</w:t>
      </w:r>
      <w:r>
        <w:br/>
      </w:r>
      <w:r>
        <w:t xml:space="preserve">    (a) wanting to punish someone for causing harm</w:t>
      </w:r>
      <w:r>
        <w:br/>
      </w:r>
      <w:r>
        <w:t xml:space="preserve">    (b) in a manner that is not aware of something</w:t>
      </w:r>
      <w:r>
        <w:br/>
      </w:r>
      <w:r>
        <w:t xml:space="preserve">    (c) in a manner that is not successful or good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Medea: Which god or spirit will listen to you, Jason,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perjurer</w:t>
      </w:r>
      <w:r>
        <w:rPr>
          <w:b/>
          <w:bCs/>
        </w:rPr>
        <w:t xml:space="preserve"> </w:t>
      </w:r>
      <w:r>
        <w:rPr>
          <w:b/>
          <w:bCs/>
        </w:rPr>
        <w:t xml:space="preserve">who dishonours the strangers?</w:t>
      </w:r>
      <w:r>
        <w:br/>
      </w:r>
      <w:r>
        <w:t xml:space="preserve">    (a) a doctor who tests eyesight and provides glasses or contact lenses to improve vision</w:t>
      </w:r>
      <w:r>
        <w:br/>
      </w:r>
      <w:r>
        <w:t xml:space="preserve">    (b) someone who breaks the law by telling lies after formally promising to tell the truth</w:t>
      </w:r>
      <w:r>
        <w:br/>
      </w:r>
      <w:r>
        <w:t xml:space="preserve">    (c) someone from outside a group, who helps the group to discuss issues and find solutions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2026-07-31T17:27:16Z</dcterms:created>
  <dcterms:modified xsi:type="dcterms:W3CDTF">2026-07-31T17:27:16Z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