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fb0a7647c66047dace46b868d1062b68de2f84a"/>
    <w:p>
      <w:pPr>
        <w:pStyle w:val="Heading1"/>
      </w:pPr>
      <w:r>
        <w:rPr>
          <w:b/>
          <w:bCs/>
        </w:rPr>
        <w:t xml:space="preserve">Measure for Measure</w:t>
      </w:r>
      <w:r>
        <w:br/>
      </w:r>
      <w:r>
        <w:rPr>
          <w:i/>
          <w:iCs/>
        </w:rPr>
        <w:t xml:space="preserve">William Shakespeare</w:t>
      </w:r>
      <w:r>
        <w:br/>
      </w:r>
      <w:r>
        <w:rPr>
          <w:b/>
          <w:bCs/>
        </w:rPr>
        <w:t xml:space="preserve">Extra Credit 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waved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adieu</w:t>
      </w:r>
      <w:r>
        <w:rPr>
          <w:b/>
          <w:bCs/>
        </w:rPr>
        <w:t xml:space="preserve"> </w:t>
      </w:r>
      <w:r>
        <w:rPr>
          <w:b/>
          <w:bCs/>
        </w:rPr>
        <w:t xml:space="preserve">to our friends at the train station.</w:t>
      </w:r>
      <w:r>
        <w:br/>
      </w:r>
      <w:r>
        <w:t xml:space="preserve">    (a) hello</w:t>
      </w:r>
      <w:r>
        <w:br/>
      </w:r>
      <w:r>
        <w:t xml:space="preserve">    (b) goodbye</w:t>
      </w:r>
      <w:r>
        <w:br/>
      </w:r>
      <w:r>
        <w:t xml:space="preserve">    (c) greetings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FDA discovered the problem while reviewing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adverse</w:t>
      </w:r>
      <w:r>
        <w:rPr>
          <w:b/>
          <w:bCs/>
        </w:rPr>
        <w:t xml:space="preserve"> </w:t>
      </w:r>
      <w:r>
        <w:rPr>
          <w:b/>
          <w:bCs/>
        </w:rPr>
        <w:t xml:space="preserve">events reported in the database.</w:t>
      </w:r>
      <w:r>
        <w:br/>
      </w:r>
      <w:r>
        <w:t xml:space="preserve">    (a) routine</w:t>
      </w:r>
      <w:r>
        <w:br/>
      </w:r>
      <w:r>
        <w:t xml:space="preserve">    (b) minor</w:t>
      </w:r>
      <w:r>
        <w:br/>
      </w:r>
      <w:r>
        <w:t xml:space="preserve">    (c) harmful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innovative approach to solving problems earned her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approbation</w:t>
      </w:r>
      <w:r>
        <w:rPr>
          <w:b/>
          <w:bCs/>
        </w:rPr>
        <w:t xml:space="preserve"> </w:t>
      </w:r>
      <w:r>
        <w:rPr>
          <w:b/>
          <w:bCs/>
        </w:rPr>
        <w:t xml:space="preserve">of her peers.</w:t>
      </w:r>
      <w:r>
        <w:br/>
      </w:r>
      <w:r>
        <w:t xml:space="preserve">    (a) sympathy</w:t>
      </w:r>
      <w:r>
        <w:br/>
      </w:r>
      <w:r>
        <w:t xml:space="preserve">    (b) approval</w:t>
      </w:r>
      <w:r>
        <w:br/>
      </w:r>
      <w:r>
        <w:t xml:space="preserve">    (c) distrust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can expect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calumny</w:t>
      </w:r>
      <w:r>
        <w:rPr>
          <w:b/>
          <w:bCs/>
        </w:rPr>
        <w:t xml:space="preserve"> </w:t>
      </w:r>
      <w:r>
        <w:rPr>
          <w:b/>
          <w:bCs/>
        </w:rPr>
        <w:t xml:space="preserve">from our critics.</w:t>
      </w:r>
      <w:r>
        <w:br/>
      </w:r>
      <w:r>
        <w:t xml:space="preserve">    (a) criticism</w:t>
      </w:r>
      <w:r>
        <w:br/>
      </w:r>
      <w:r>
        <w:t xml:space="preserve">    (b) false accusations</w:t>
      </w:r>
      <w:r>
        <w:br/>
      </w:r>
      <w:r>
        <w:t xml:space="preserve">    (c) foolish mistakes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Dowries</w:t>
      </w:r>
      <w:r>
        <w:rPr>
          <w:b/>
          <w:bCs/>
        </w:rPr>
        <w:t xml:space="preserve"> </w:t>
      </w:r>
      <w:r>
        <w:rPr>
          <w:b/>
          <w:bCs/>
        </w:rPr>
        <w:t xml:space="preserve">are common in that culture.</w:t>
      </w:r>
      <w:r>
        <w:br/>
      </w:r>
      <w:r>
        <w:t xml:space="preserve">    (a) extended-families living together</w:t>
      </w:r>
      <w:r>
        <w:br/>
      </w:r>
      <w:r>
        <w:t xml:space="preserve">    (b) large families</w:t>
      </w:r>
      <w:r>
        <w:br/>
      </w:r>
      <w:r>
        <w:t xml:space="preserve">    (c) payment to a husband upon marriage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Exeunt</w:t>
      </w:r>
      <w:r>
        <w:rPr>
          <w:b/>
          <w:bCs/>
        </w:rPr>
        <w:t xml:space="preserve"> </w:t>
      </w:r>
      <w:r>
        <w:rPr>
          <w:b/>
          <w:bCs/>
        </w:rPr>
        <w:t xml:space="preserve">Romeo.</w:t>
      </w:r>
      <w:r>
        <w:br/>
      </w:r>
      <w:r>
        <w:t xml:space="preserve">    (a) exit</w:t>
      </w:r>
      <w:r>
        <w:br/>
      </w:r>
      <w:r>
        <w:t xml:space="preserve">    (b) turn</w:t>
      </w:r>
      <w:r>
        <w:br/>
      </w:r>
      <w:r>
        <w:t xml:space="preserve">    (c) enter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appreciate your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forbearance</w:t>
      </w:r>
      <w:r>
        <w:rPr>
          <w:b/>
          <w:bCs/>
        </w:rPr>
        <w:t xml:space="preserve">.</w:t>
      </w:r>
      <w:r>
        <w:br/>
      </w:r>
      <w:r>
        <w:t xml:space="preserve">    (a) financial loan</w:t>
      </w:r>
      <w:r>
        <w:br/>
      </w:r>
      <w:r>
        <w:t xml:space="preserve">    (b) family concerns</w:t>
      </w:r>
      <w:r>
        <w:br/>
      </w:r>
      <w:r>
        <w:t xml:space="preserve">    (c) patience or tolerance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incident led to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ignominious</w:t>
      </w:r>
      <w:r>
        <w:rPr>
          <w:b/>
          <w:bCs/>
        </w:rPr>
        <w:t xml:space="preserve"> </w:t>
      </w:r>
      <w:r>
        <w:rPr>
          <w:b/>
          <w:bCs/>
        </w:rPr>
        <w:t xml:space="preserve">departure from political office.</w:t>
      </w:r>
      <w:r>
        <w:br/>
      </w:r>
      <w:r>
        <w:t xml:space="preserve">    (a) eventual</w:t>
      </w:r>
      <w:r>
        <w:br/>
      </w:r>
      <w:r>
        <w:t xml:space="preserve">    (b) quick</w:t>
      </w:r>
      <w:r>
        <w:br/>
      </w:r>
      <w:r>
        <w:t xml:space="preserve">    (c) disgraceful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importune</w:t>
      </w:r>
      <w:r>
        <w:rPr>
          <w:b/>
          <w:bCs/>
        </w:rPr>
        <w:t xml:space="preserve"> </w:t>
      </w:r>
      <w:r>
        <w:rPr>
          <w:b/>
          <w:bCs/>
        </w:rPr>
        <w:t xml:space="preserve">you to help them.</w:t>
      </w:r>
      <w:r>
        <w:br/>
      </w:r>
      <w:r>
        <w:t xml:space="preserve">    (a) beg or urge</w:t>
      </w:r>
      <w:r>
        <w:br/>
      </w:r>
      <w:r>
        <w:t xml:space="preserve">    (b) to cause something to move forward</w:t>
      </w:r>
      <w:r>
        <w:br/>
      </w:r>
      <w:r>
        <w:t xml:space="preserve">    (c) make different; or show difference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impudent</w:t>
      </w:r>
      <w:r>
        <w:rPr>
          <w:b/>
          <w:bCs/>
        </w:rPr>
        <w:t xml:space="preserve"> </w:t>
      </w:r>
      <w:r>
        <w:rPr>
          <w:b/>
          <w:bCs/>
        </w:rPr>
        <w:t xml:space="preserve">reply to the manager shocked everyone in the meeting.</w:t>
      </w:r>
      <w:r>
        <w:br/>
      </w:r>
      <w:r>
        <w:t xml:space="preserve">    (a) thoughtfully kind</w:t>
      </w:r>
      <w:r>
        <w:br/>
      </w:r>
      <w:r>
        <w:t xml:space="preserve">    (b) extremely quiet</w:t>
      </w:r>
      <w:r>
        <w:br/>
      </w:r>
      <w:r>
        <w:t xml:space="preserve">    (c) disrespectfully bold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fought against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iniquity</w:t>
      </w:r>
      <w:r>
        <w:rPr>
          <w:b/>
          <w:bCs/>
        </w:rPr>
        <w:t xml:space="preserve"> </w:t>
      </w:r>
      <w:r>
        <w:rPr>
          <w:b/>
          <w:bCs/>
        </w:rPr>
        <w:t xml:space="preserve">of slavery.</w:t>
      </w:r>
      <w:r>
        <w:br/>
      </w:r>
      <w:r>
        <w:t xml:space="preserve">    (a) practice</w:t>
      </w:r>
      <w:r>
        <w:br/>
      </w:r>
      <w:r>
        <w:t xml:space="preserve">    (b) supporters</w:t>
      </w:r>
      <w:r>
        <w:br/>
      </w:r>
      <w:r>
        <w:t xml:space="preserve">    (c) immorality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months of planning, the day of their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nuptials</w:t>
      </w:r>
      <w:r>
        <w:rPr>
          <w:b/>
          <w:bCs/>
        </w:rPr>
        <w:t xml:space="preserve"> </w:t>
      </w:r>
      <w:r>
        <w:rPr>
          <w:b/>
          <w:bCs/>
        </w:rPr>
        <w:t xml:space="preserve">finally arrived.</w:t>
      </w:r>
      <w:r>
        <w:br/>
      </w:r>
      <w:r>
        <w:t xml:space="preserve">    (a) move</w:t>
      </w:r>
      <w:r>
        <w:br/>
      </w:r>
      <w:r>
        <w:t xml:space="preserve">    (b) vacation</w:t>
      </w:r>
      <w:r>
        <w:br/>
      </w:r>
      <w:r>
        <w:t xml:space="preserve">    (c) wedding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Hitler wanted Paris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razed</w:t>
      </w:r>
      <w:r>
        <w:rPr>
          <w:b/>
          <w:bCs/>
        </w:rPr>
        <w:t xml:space="preserve">, but his general ignored the order and surrendered.</w:t>
      </w:r>
      <w:r>
        <w:br/>
      </w:r>
      <w:r>
        <w:t xml:space="preserve">    (a) held up as an example</w:t>
      </w:r>
      <w:r>
        <w:br/>
      </w:r>
      <w:r>
        <w:t xml:space="preserve">    (b) held at all cost</w:t>
      </w:r>
      <w:r>
        <w:br/>
      </w:r>
      <w:r>
        <w:t xml:space="preserve">    (c) completely destroyed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criminal was ordered to pay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recompense</w:t>
      </w:r>
      <w:r>
        <w:rPr>
          <w:b/>
          <w:bCs/>
        </w:rPr>
        <w:t xml:space="preserve"> </w:t>
      </w:r>
      <w:r>
        <w:rPr>
          <w:b/>
          <w:bCs/>
        </w:rPr>
        <w:t xml:space="preserve">to his victims as part of his sentence.</w:t>
      </w:r>
      <w:r>
        <w:br/>
      </w:r>
      <w:r>
        <w:t xml:space="preserve">    (a) compensation for loss</w:t>
      </w:r>
      <w:r>
        <w:br/>
      </w:r>
      <w:r>
        <w:t xml:space="preserve">    (b) a penalty fine</w:t>
      </w:r>
      <w:r>
        <w:br/>
      </w:r>
      <w:r>
        <w:t xml:space="preserve">    (c) an apology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remiss</w:t>
      </w:r>
      <w:r>
        <w:rPr>
          <w:b/>
          <w:bCs/>
        </w:rPr>
        <w:t xml:space="preserve"> </w:t>
      </w:r>
      <w:r>
        <w:rPr>
          <w:b/>
          <w:bCs/>
        </w:rPr>
        <w:t xml:space="preserve">of you not to pay your bills.</w:t>
      </w:r>
      <w:r>
        <w:br/>
      </w:r>
      <w:r>
        <w:t xml:space="preserve">    (a) the state or degree of agreeing or approving</w:t>
      </w:r>
      <w:r>
        <w:br/>
      </w:r>
      <w:r>
        <w:t xml:space="preserve">    (b) exceedingly important, serious, or dangerous</w:t>
      </w:r>
      <w:r>
        <w:br/>
      </w:r>
      <w:r>
        <w:t xml:space="preserve">    (c) careless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don't want to spoil her, but I don't have the heart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reprove</w:t>
      </w:r>
      <w:r>
        <w:rPr>
          <w:b/>
          <w:bCs/>
        </w:rPr>
        <w:t xml:space="preserve"> </w:t>
      </w:r>
      <w:r>
        <w:rPr>
          <w:b/>
          <w:bCs/>
        </w:rPr>
        <w:t xml:space="preserve">her.</w:t>
      </w:r>
      <w:r>
        <w:br/>
      </w:r>
      <w:r>
        <w:t xml:space="preserve">    (a) instruct</w:t>
      </w:r>
      <w:r>
        <w:br/>
      </w:r>
      <w:r>
        <w:t xml:space="preserve">    (b) criticize</w:t>
      </w:r>
      <w:r>
        <w:br/>
      </w:r>
      <w:r>
        <w:t xml:space="preserve">    (c) compliment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scruples</w:t>
      </w:r>
      <w:r>
        <w:rPr>
          <w:b/>
          <w:bCs/>
        </w:rPr>
        <w:t xml:space="preserve"> </w:t>
      </w:r>
      <w:r>
        <w:rPr>
          <w:b/>
          <w:bCs/>
        </w:rPr>
        <w:t xml:space="preserve">were not so strong as to withstand her friend's arguments.</w:t>
      </w:r>
      <w:r>
        <w:br/>
      </w:r>
      <w:r>
        <w:t xml:space="preserve">    (a) principles that discourage certain kinds of action</w:t>
      </w:r>
      <w:r>
        <w:br/>
      </w:r>
      <w:r>
        <w:t xml:space="preserve">    (b) firmness of purpose</w:t>
      </w:r>
      <w:r>
        <w:br/>
      </w:r>
      <w:r>
        <w:t xml:space="preserve">    (c) known facts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Everyone liked the idea. The arguments I prepared to support it were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superfluous</w:t>
      </w:r>
      <w:r>
        <w:rPr>
          <w:b/>
          <w:bCs/>
        </w:rPr>
        <w:t xml:space="preserve">.</w:t>
      </w:r>
      <w:r>
        <w:br/>
      </w:r>
      <w:r>
        <w:t xml:space="preserve">    (a) important</w:t>
      </w:r>
      <w:r>
        <w:br/>
      </w:r>
      <w:r>
        <w:t xml:space="preserve">    (b) unnecessary</w:t>
      </w:r>
      <w:r>
        <w:br/>
      </w:r>
      <w:r>
        <w:t xml:space="preserve">    (c) appreciated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had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surfeit</w:t>
      </w:r>
      <w:r>
        <w:rPr>
          <w:b/>
          <w:bCs/>
        </w:rPr>
        <w:t xml:space="preserve"> </w:t>
      </w:r>
      <w:r>
        <w:rPr>
          <w:b/>
          <w:bCs/>
        </w:rPr>
        <w:t xml:space="preserve">of beer, but not enough food.</w:t>
      </w:r>
      <w:r>
        <w:br/>
      </w:r>
      <w:r>
        <w:t xml:space="preserve">    (a) excessive amount</w:t>
      </w:r>
      <w:r>
        <w:br/>
      </w:r>
      <w:r>
        <w:t xml:space="preserve">    (b) shortage</w:t>
      </w:r>
      <w:r>
        <w:br/>
      </w:r>
      <w:r>
        <w:t xml:space="preserve">    (c) variety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suffers the despair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unrequited</w:t>
      </w:r>
      <w:r>
        <w:rPr>
          <w:b/>
          <w:bCs/>
        </w:rPr>
        <w:t xml:space="preserve"> </w:t>
      </w:r>
      <w:r>
        <w:rPr>
          <w:b/>
          <w:bCs/>
        </w:rPr>
        <w:t xml:space="preserve">love.</w:t>
      </w:r>
      <w:r>
        <w:br/>
      </w:r>
      <w:r>
        <w:t xml:space="preserve">    (a) unreturned</w:t>
      </w:r>
      <w:r>
        <w:br/>
      </w:r>
      <w:r>
        <w:t xml:space="preserve">    (b) beyond normal limits</w:t>
      </w:r>
      <w:r>
        <w:br/>
      </w:r>
      <w:r>
        <w:t xml:space="preserve">    (c) loss (through death)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2026-07-31T14:30:44Z</dcterms:created>
  <dcterms:modified xsi:type="dcterms:W3CDTF">2026-07-31T14:30:44Z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