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97c82b05e01b13933e444cdba3f0c2c56937f6"/>
    <w:p>
      <w:pPr>
        <w:pStyle w:val="Heading1"/>
      </w:pPr>
      <w:r>
        <w:rPr>
          <w:b/>
          <w:bCs/>
        </w:rPr>
        <w:t xml:space="preserve">Measure for Measure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may not so extenuate his offence For I have had such faults; but rather tell me, When I,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him, do so offend, Let mine own judgment pattern out my death, And nothing come in partial.</w:t>
      </w:r>
      <w:r>
        <w:br/>
      </w:r>
      <w:r>
        <w:t xml:space="preserve">    (a) find, search, or research</w:t>
      </w:r>
      <w:r>
        <w:br/>
      </w:r>
      <w:r>
        <w:t xml:space="preserve">    (b) harsh or formal criticism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tapster, sir; parcel-bawd; one that serves a bad woman; whose house, sir, was, as they say, plucked down in the suburbs; and now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professes</w:t>
      </w:r>
      <w:r>
        <w:rPr>
          <w:b/>
          <w:bCs/>
        </w:rPr>
        <w:t xml:space="preserve"> </w:t>
      </w:r>
      <w:r>
        <w:rPr>
          <w:b/>
          <w:bCs/>
        </w:rPr>
        <w:t xml:space="preserve">a hot-house, which, I think, is a very ill house too.</w:t>
      </w:r>
      <w:r>
        <w:br/>
      </w:r>
      <w:r>
        <w:t xml:space="preserve">    (a) copies</w:t>
      </w:r>
      <w:r>
        <w:br/>
      </w:r>
      <w:r>
        <w:t xml:space="preserve">    (b) trades</w:t>
      </w:r>
      <w:r>
        <w:br/>
      </w:r>
      <w:r>
        <w:t xml:space="preserve">    (c) claims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Condemn</w:t>
      </w:r>
      <w:r>
        <w:rPr>
          <w:b/>
          <w:bCs/>
        </w:rPr>
        <w:t xml:space="preserve"> </w:t>
      </w:r>
      <w:r>
        <w:rPr>
          <w:b/>
          <w:bCs/>
        </w:rPr>
        <w:t xml:space="preserve">the fault and not the actor of it!</w:t>
      </w:r>
      <w:r>
        <w:br/>
      </w:r>
      <w:r>
        <w:t xml:space="preserve">    (a) abundant or plentiful</w:t>
      </w:r>
      <w:r>
        <w:br/>
      </w:r>
      <w:r>
        <w:t xml:space="preserve">    (b) criticize</w:t>
      </w:r>
      <w:r>
        <w:br/>
      </w:r>
      <w:r>
        <w:t xml:space="preserve">    (c) express strong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law, not I,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condemns</w:t>
      </w:r>
      <w:r>
        <w:rPr>
          <w:b/>
          <w:bCs/>
        </w:rPr>
        <w:t xml:space="preserve"> </w:t>
      </w:r>
      <w:r>
        <w:rPr>
          <w:b/>
          <w:bCs/>
        </w:rPr>
        <w:t xml:space="preserve">your brother:</w:t>
      </w:r>
      <w:r>
        <w:br/>
      </w:r>
      <w:r>
        <w:t xml:space="preserve">    (a) that finds guilty and sentences to punishment</w:t>
      </w:r>
      <w:r>
        <w:br/>
      </w:r>
      <w:r>
        <w:t xml:space="preserve">    (b) treats in a manner that demonstrates a sense of superiority, but is supposed to seem kind  OR  the actions of a patron (supports someone or something; or is a customer)</w:t>
      </w:r>
      <w:r>
        <w:br/>
      </w:r>
      <w:r>
        <w:t xml:space="preserve">    (c) recommends or requires what should be done  OR  (of a medical doctor) gives medical instructions -- such as writing that a patient should take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brother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of the law, And you but waste your words.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lost (as a penalty)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O, it is excellent To have a giant's strength; but it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tyrannous</w:t>
      </w:r>
      <w:r>
        <w:rPr>
          <w:b/>
          <w:bCs/>
        </w:rPr>
        <w:t xml:space="preserve"> </w:t>
      </w:r>
      <w:r>
        <w:rPr>
          <w:b/>
          <w:bCs/>
        </w:rPr>
        <w:t xml:space="preserve">To use it like a giant.</w:t>
      </w:r>
      <w:r>
        <w:br/>
      </w:r>
      <w:r>
        <w:t xml:space="preserve">    (a) harsh and unjust rule</w:t>
      </w:r>
      <w:r>
        <w:br/>
      </w:r>
      <w:r>
        <w:t xml:space="preserve">    (b) not easily identified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confess it,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it, father.</w:t>
      </w:r>
      <w:r>
        <w:br/>
      </w:r>
      <w:r>
        <w:t xml:space="preserve">    (a) give an opinion of what is wrong with something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feel regret for having done wrong and resolve to be a better person in the future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Pleas'd you to do't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 </w:t>
      </w:r>
      <w:r>
        <w:rPr>
          <w:b/>
          <w:bCs/>
        </w:rPr>
        <w:t xml:space="preserve">of your soul, Were equal poise of sin and charity.</w:t>
      </w:r>
      <w:r>
        <w:br/>
      </w:r>
      <w:r>
        <w:t xml:space="preserve">    (a) useful</w:t>
      </w:r>
      <w:r>
        <w:br/>
      </w:r>
      <w:r>
        <w:t xml:space="preserve">    (b) danger</w:t>
      </w:r>
      <w:r>
        <w:br/>
      </w:r>
      <w:r>
        <w:t xml:space="preserve">    (c) allows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it were a brother died at once</w:t>
      </w:r>
      <w:r>
        <w:br/>
      </w:r>
      <w:r>
        <w:rPr>
          <w:b/>
          <w:bCs/>
        </w:rPr>
        <w:t xml:space="preserve">Than that a sister,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redeeming</w:t>
      </w:r>
      <w:r>
        <w:rPr>
          <w:b/>
          <w:bCs/>
        </w:rPr>
        <w:t xml:space="preserve"> </w:t>
      </w:r>
      <w:r>
        <w:rPr>
          <w:b/>
          <w:bCs/>
        </w:rPr>
        <w:t xml:space="preserve">him,</w:t>
      </w:r>
      <w:r>
        <w:br/>
      </w:r>
      <w:r>
        <w:rPr>
          <w:b/>
          <w:bCs/>
        </w:rPr>
        <w:t xml:space="preserve">Should die for ever.</w:t>
      </w:r>
      <w:r>
        <w:br/>
      </w:r>
      <w:r>
        <w:t xml:space="preserve">    (a) making up (something that is not true)</w:t>
      </w:r>
      <w:r>
        <w:br/>
      </w:r>
      <w:r>
        <w:t xml:space="preserve">    (b) making strips of hair lighter in color</w:t>
      </w:r>
      <w:r>
        <w:br/>
      </w:r>
      <w:r>
        <w:t xml:space="preserve">    (c) saving (by exchanging something else of value)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pernicious</w:t>
      </w:r>
      <w:r>
        <w:rPr>
          <w:b/>
          <w:bCs/>
        </w:rPr>
        <w:t xml:space="preserve"> </w:t>
      </w:r>
      <w:r>
        <w:rPr>
          <w:b/>
          <w:bCs/>
        </w:rPr>
        <w:t xml:space="preserve">purpose!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Ay, just;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durance; a restraint, Though all the world's vastidity you had, To a determin'd scope.</w:t>
      </w:r>
      <w:r>
        <w:br/>
      </w:r>
      <w:r>
        <w:t xml:space="preserve">    (a) continuing forever without change; or occurring so frequently it seems constant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Take my defiance: Die;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!</w:t>
      </w:r>
      <w:r>
        <w:br/>
      </w:r>
      <w:r>
        <w:t xml:space="preserve">    (a) die, be destroyed, or cease to exist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But, indeed, I can do you little harm: you'll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this again.</w:t>
      </w:r>
      <w:r>
        <w:br/>
      </w:r>
      <w:r>
        <w:t xml:space="preserve">    (a) to decide to stop doing something; or to renounce or disavow something</w:t>
      </w:r>
      <w:r>
        <w:br/>
      </w:r>
      <w:r>
        <w:t xml:space="preserve">    (b) the reason for doing something; or the level of desire to do something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Fie upon him; he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our mystery.</w:t>
      </w:r>
      <w:r>
        <w:br/>
      </w:r>
      <w:r>
        <w:t xml:space="preserve">    (a) include consideration of</w:t>
      </w:r>
      <w:r>
        <w:br/>
      </w:r>
      <w:r>
        <w:t xml:space="preserve">    (b) struggle or disagreement</w:t>
      </w:r>
      <w:r>
        <w:br/>
      </w:r>
      <w:r>
        <w:t xml:space="preserve">    (c) damage the reputation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Hath he borne himself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penitently</w:t>
      </w:r>
      <w:r>
        <w:rPr>
          <w:b/>
          <w:bCs/>
        </w:rPr>
        <w:t xml:space="preserve"> </w:t>
      </w:r>
      <w:r>
        <w:rPr>
          <w:b/>
          <w:bCs/>
        </w:rPr>
        <w:t xml:space="preserve">in prison?</w:t>
      </w:r>
      <w:r>
        <w:br/>
      </w:r>
      <w:r>
        <w:t xml:space="preserve">    (a) with remorse for misdeeds (sorrow at having done wrong)</w:t>
      </w:r>
      <w:r>
        <w:br/>
      </w:r>
      <w:r>
        <w:t xml:space="preserve">    (b) in a manner that is not sensible and careful</w:t>
      </w:r>
      <w:r>
        <w:br/>
      </w:r>
      <w:r>
        <w:t xml:space="preserve">    (c) in a manner that is capable of being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in the prison, father, There died this morning of a cruel fever One Ragozine, a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notorious</w:t>
      </w:r>
      <w:r>
        <w:rPr>
          <w:b/>
          <w:bCs/>
        </w:rPr>
        <w:t xml:space="preserve"> </w:t>
      </w:r>
      <w:r>
        <w:rPr>
          <w:b/>
          <w:bCs/>
        </w:rPr>
        <w:t xml:space="preserve">pirate, A man of Claudio's years; his beard and head Just of his colour.</w:t>
      </w:r>
      <w:r>
        <w:br/>
      </w:r>
      <w:r>
        <w:t xml:space="preserve">    (a) not good at making decisions</w:t>
      </w:r>
      <w:r>
        <w:br/>
      </w:r>
      <w:r>
        <w:t xml:space="preserve">    (b) well known for something bad</w:t>
      </w:r>
      <w:r>
        <w:br/>
      </w:r>
      <w:r>
        <w:t xml:space="preserve">    (c) without boundaries or limits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why should we proclaim it in an hour before his entering that, if any crave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of injustice, they should exhibit their petitions in the street?</w:t>
      </w:r>
      <w:r>
        <w:br/>
      </w:r>
      <w:r>
        <w:t xml:space="preserve">    (a) learn, discover, or decide in advance</w:t>
      </w:r>
      <w:r>
        <w:br/>
      </w:r>
      <w:r>
        <w:t xml:space="preserve">    (b) a quick look or partial understanding</w:t>
      </w:r>
      <w:r>
        <w:br/>
      </w:r>
      <w:r>
        <w:t xml:space="preserve">    (c) fix a problem; or make up for a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you set these women 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slander</w:t>
      </w:r>
      <w:r>
        <w:rPr>
          <w:b/>
          <w:bCs/>
        </w:rPr>
        <w:t xml:space="preserve"> </w:t>
      </w:r>
      <w:r>
        <w:rPr>
          <w:b/>
          <w:bCs/>
        </w:rPr>
        <w:t xml:space="preserve">Lord Angelo?</w:t>
      </w:r>
      <w:r>
        <w:br/>
      </w:r>
      <w:r>
        <w:t xml:space="preserve">    (a) a rough calculation or guess of a value, quantity, or extent of something</w:t>
      </w:r>
      <w:r>
        <w:br/>
      </w:r>
      <w:r>
        <w:t xml:space="preserve">    (b) lie to damage the reputation of</w:t>
      </w:r>
      <w:r>
        <w:br/>
      </w:r>
      <w:r>
        <w:t xml:space="preserve">    (c) surgically interrupt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thy fault's thus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manifested</w:t>
      </w:r>
      <w:r>
        <w:rPr>
          <w:b/>
          <w:bCs/>
        </w:rPr>
        <w:t xml:space="preserve">,</w:t>
      </w:r>
      <w:r>
        <w:br/>
      </w:r>
      <w:r>
        <w:t xml:space="preserve">    (a) made obvious or shown</w:t>
      </w:r>
      <w:r>
        <w:br/>
      </w:r>
      <w:r>
        <w:t xml:space="preserve">    (b) unrecognized difference</w:t>
      </w:r>
      <w:r>
        <w:br/>
      </w:r>
      <w:r>
        <w:t xml:space="preserve">    (c) did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deep sticks it in my penitent heart</w:t>
      </w:r>
      <w:r>
        <w:br/>
      </w:r>
      <w:r>
        <w:rPr>
          <w:b/>
          <w:bCs/>
        </w:rPr>
        <w:t xml:space="preserve">That I crave death more willingly than mercy;</w:t>
      </w:r>
      <w:r>
        <w:br/>
      </w:r>
      <w:r>
        <w:rPr>
          <w:b/>
          <w:bCs/>
        </w:rPr>
        <w:t xml:space="preserve">Tis my deserving, and 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stop fighting</w:t>
      </w:r>
      <w:r>
        <w:br/>
      </w:r>
      <w:r>
        <w:t xml:space="preserve">    (b) make possible</w:t>
      </w:r>
      <w:r>
        <w:br/>
      </w:r>
      <w:r>
        <w:t xml:space="preserve">    (c) ask for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2026-07-31T14:30:43Z</dcterms:created>
  <dcterms:modified xsi:type="dcterms:W3CDTF">2026-07-31T14:30:43Z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