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176e9c307a8806cec46c7f03cda796d9aa1d0e"/>
    <w:p>
      <w:pPr>
        <w:pStyle w:val="Heading1"/>
      </w:pPr>
      <w:r>
        <w:rPr>
          <w:b/>
          <w:bCs/>
        </w:rPr>
        <w:t xml:space="preserve">Me and Earl and the Dying Girl</w:t>
      </w:r>
      <w:r>
        <w:br/>
      </w:r>
      <w:r>
        <w:rPr>
          <w:i/>
          <w:iCs/>
        </w:rPr>
        <w:t xml:space="preserve">Jesse Andrews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So, Benson is on the border of Squirrel Hill,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affluent</w:t>
      </w:r>
      <w:r>
        <w:rPr>
          <w:b/>
          <w:bCs/>
        </w:rPr>
        <w:t xml:space="preserve"> </w:t>
      </w:r>
      <w:r>
        <w:rPr>
          <w:b/>
          <w:bCs/>
        </w:rPr>
        <w:t xml:space="preserve">neighborhood, and Homewood, a non-affluent neighborhood, and it draws about equal numbers of students from both.</w:t>
      </w:r>
      <w:r>
        <w:br/>
      </w:r>
      <w:r>
        <w:t xml:space="preserve">    (a) the trait of being difficult to meet and talk with</w:t>
      </w:r>
      <w:r>
        <w:br/>
      </w:r>
      <w:r>
        <w:t xml:space="preserve">    (b) people who are, or the condition of being, wealthy</w:t>
      </w:r>
      <w:r>
        <w:br/>
      </w:r>
      <w:r>
        <w:t xml:space="preserve">    (c) aka analytic -- relating to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Lunch is where you are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your allegiance to one group or another by sitting with them for all to see—or, God forbid, being asked to sit with some poor sap who's not even in a group.</w:t>
      </w:r>
      <w:r>
        <w:br/>
      </w:r>
      <w:r>
        <w:t xml:space="preserve">    (a) quit</w:t>
      </w:r>
      <w:r>
        <w:br/>
      </w:r>
      <w:r>
        <w:t xml:space="preserve">    (b) draw</w:t>
      </w:r>
      <w:r>
        <w:br/>
      </w:r>
      <w:r>
        <w:t xml:space="preserve">    (c)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night Mom had a little too much wine at dinner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to us all that, before we were born, and after she realized her children would have Dad's also-not-Jewish last name, she decided she wanted all of us to be "surprise Jews."</w:t>
      </w:r>
      <w:r>
        <w:br/>
      </w:r>
      <w:r>
        <w:t xml:space="preserve">    (a) made a decision or voiced an opinion by formal group vote</w:t>
      </w:r>
      <w:r>
        <w:br/>
      </w:r>
      <w:r>
        <w:t xml:space="preserve">    (b) viewed in a certain way so as to form a belief or opinion</w:t>
      </w:r>
      <w:r>
        <w:br/>
      </w:r>
      <w:r>
        <w:t xml:space="preserve">    (c) placed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props and costumes were impossible to replicate.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Greg, we are all making a note of your playful bantering friendship with this loud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obnoxious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good or beneficial</w:t>
      </w:r>
      <w:r>
        <w:br/>
      </w:r>
      <w:r>
        <w:t xml:space="preserve">    (b) rude or unpleasant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 of all, it's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state of low-level food fight.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about things beyond the physical world, such as existence, reality, or the soul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like the Joseph Stalin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narrators</w:t>
      </w:r>
      <w:r>
        <w:rPr>
          <w:b/>
          <w:bCs/>
        </w:rPr>
        <w:t xml:space="preserve">.</w:t>
      </w:r>
      <w:r>
        <w:br/>
      </w:r>
      <w:r>
        <w:t xml:space="preserve">    (a) translations</w:t>
      </w:r>
      <w:r>
        <w:br/>
      </w:r>
      <w:r>
        <w:t xml:space="preserve">    (b) storytellers</w:t>
      </w:r>
      <w:r>
        <w:br/>
      </w:r>
      <w:r>
        <w:t xml:space="preserve">    (c) concentrates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our classmates; we didn't care about their opinions, not after the Aguirre,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 fiasco.</w:t>
      </w:r>
      <w:r>
        <w:br/>
      </w:r>
      <w:r>
        <w:t xml:space="preserve">    (a) determination</w:t>
      </w:r>
      <w:r>
        <w:br/>
      </w:r>
      <w:r>
        <w:t xml:space="preserve">    (b) extreme anger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our classmates; we didn't care about their opinions, not after the Aguirre, the Wrath of God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.</w:t>
      </w:r>
      <w:r>
        <w:br/>
      </w:r>
      <w:r>
        <w:t xml:space="preserve">    (a) the act of taking something on as one's own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a complete failure or humiliating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 was sitting there silently taking note of everything that was going wrong while Rachel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emitted</w:t>
      </w:r>
      <w:r>
        <w:rPr>
          <w:b/>
          <w:bCs/>
        </w:rPr>
        <w:t xml:space="preserve"> </w:t>
      </w:r>
      <w:r>
        <w:rPr>
          <w:b/>
          <w:bCs/>
        </w:rPr>
        <w:t xml:space="preserve">a constant stream of giggling and snorting, with occasional eruptions, like a human mud pot.</w:t>
      </w:r>
      <w:r>
        <w:br/>
      </w:r>
      <w:r>
        <w:t xml:space="preserve">    (a) restored</w:t>
      </w:r>
      <w:r>
        <w:br/>
      </w:r>
      <w:r>
        <w:t xml:space="preserve">    (b) not said</w:t>
      </w:r>
      <w:r>
        <w:br/>
      </w:r>
      <w:r>
        <w:t xml:space="preserve">    (c) sent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person gets to observe all of the various details of their environment, reconsider their course of action, maybe 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contemplate</w:t>
      </w:r>
      <w:r>
        <w:rPr>
          <w:b/>
          <w:bCs/>
        </w:rPr>
        <w:t xml:space="preserve"> </w:t>
      </w:r>
      <w:r>
        <w:rPr>
          <w:b/>
          <w:bCs/>
        </w:rPr>
        <w:t xml:space="preserve">the notion of God.</w:t>
      </w:r>
      <w:r>
        <w:br/>
      </w:r>
      <w:r>
        <w:t xml:space="preserve">    (a) consider or ponder</w:t>
      </w:r>
      <w:r>
        <w:br/>
      </w:r>
      <w:r>
        <w:t xml:space="preserve">    (b) restarted (a fire)</w:t>
      </w:r>
      <w:r>
        <w:br/>
      </w:r>
      <w:r>
        <w:t xml:space="preserve">    (c) wrongly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it was the end of visiting hours, and a nurse came in and told me I had to go, and if we're being honest, I sort of regretted that, just because I felt like I had done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job of cheering Rachel up and wanted to keep going for a bit.</w:t>
      </w:r>
      <w:r>
        <w:br/>
      </w:r>
      <w:r>
        <w:t xml:space="preserve">    (a) average or a bit below average in quality</w:t>
      </w:r>
      <w:r>
        <w:br/>
      </w:r>
      <w:r>
        <w:t xml:space="preserve">    (b) unable or difficult to meet and talk with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 felt deeply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conflicted</w:t>
      </w:r>
      <w:r>
        <w:rPr>
          <w:b/>
          <w:bCs/>
        </w:rPr>
        <w:t xml:space="preserve"> </w:t>
      </w:r>
      <w:r>
        <w:rPr>
          <w:b/>
          <w:bCs/>
        </w:rPr>
        <w:t xml:space="preserve">here.</w:t>
      </w:r>
      <w:r>
        <w:br/>
      </w:r>
      <w:r>
        <w:t xml:space="preserve">    (a) moved into position to work; or started</w:t>
      </w:r>
      <w:r>
        <w:br/>
      </w:r>
      <w:r>
        <w:t xml:space="preserve">    (b) tension from opposing ideas or feelings</w:t>
      </w:r>
      <w:r>
        <w:br/>
      </w:r>
      <w:r>
        <w:t xml:space="preserve">    (c) examined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Plan A was: Get the well-wishes of everyone at school,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synagogue</w:t>
      </w:r>
      <w:r>
        <w:rPr>
          <w:b/>
          <w:bCs/>
        </w:rPr>
        <w:t xml:space="preserve">, etc., and put them in a film, and have that be the film.</w:t>
      </w:r>
      <w:r>
        <w:br/>
      </w:r>
      <w:r>
        <w:t xml:space="preserve">    (a) collection of star systems held together by gravity</w:t>
      </w:r>
      <w:r>
        <w:br/>
      </w:r>
      <w:r>
        <w:t xml:space="preserve">    (b) a particular way of seeing or thinking about things</w:t>
      </w:r>
      <w:r>
        <w:br/>
      </w:r>
      <w:r>
        <w:t xml:space="preserve">    (c) a place of worship for a people of the Jewish faith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decided pretty quickly, however, that that was not going to work, and might also bring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apocalypse</w:t>
      </w:r>
      <w:r>
        <w:rPr>
          <w:b/>
          <w:bCs/>
        </w:rPr>
        <w:t xml:space="preserve">.</w:t>
      </w:r>
      <w:r>
        <w:br/>
      </w:r>
      <w:r>
        <w:t xml:space="preserve">    (a) worry or concern about what will happen</w:t>
      </w:r>
      <w:r>
        <w:br/>
      </w:r>
      <w:r>
        <w:t xml:space="preserve">    (b) an event involving terrible destruction</w:t>
      </w:r>
      <w:r>
        <w:br/>
      </w:r>
      <w:r>
        <w:t xml:space="preserve">    (c) something that causes ongoing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tried to do somethin with sock puppets, and it didn't seem to be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your, uh, situation.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relating in a meaningful way to the issue in question</w:t>
      </w:r>
      <w:r>
        <w:br/>
      </w:r>
      <w:r>
        <w:t xml:space="preserve">    (c)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fact, directors Gaines and Jackson begin the film with a grainy, pixilated apology to Rachel herself, admitting that the film is badly organized and basically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incoherent</w:t>
      </w:r>
      <w:r>
        <w:rPr>
          <w:b/>
          <w:bCs/>
        </w:rPr>
        <w:t xml:space="preserve">.</w:t>
      </w:r>
      <w:r>
        <w:br/>
      </w:r>
      <w:r>
        <w:t xml:space="preserve">    (a) related to the change of a light wave (or other wave) when it passes an opaque edge or narrow opening</w:t>
      </w:r>
      <w:r>
        <w:br/>
      </w:r>
      <w:r>
        <w:t xml:space="preserve">    (b) not sensible or clear; or describing parts as not fitting together in a consistent or pleasing manner</w:t>
      </w:r>
      <w:r>
        <w:br/>
      </w:r>
      <w:r>
        <w:t xml:space="preserve">    (c) related to a scale where each step is a multiple of the prior step rather than a fixed addition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weepy,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melodramatic</w:t>
      </w:r>
      <w:r>
        <w:rPr>
          <w:b/>
          <w:bCs/>
        </w:rPr>
        <w:t xml:space="preserve"> </w:t>
      </w:r>
      <w:r>
        <w:rPr>
          <w:b/>
          <w:bCs/>
        </w:rPr>
        <w:t xml:space="preserve">conclusion, again featuring the directors, is frankly unwatchable.</w:t>
      </w:r>
      <w:r>
        <w:br/>
      </w:r>
      <w:r>
        <w:t xml:space="preserve">    (a) a story or behavior that is overly dramatic</w:t>
      </w:r>
      <w:r>
        <w:br/>
      </w:r>
      <w:r>
        <w:t xml:space="preserve">    (b) devices that convert light into electricity</w:t>
      </w:r>
      <w:r>
        <w:br/>
      </w:r>
      <w:r>
        <w:t xml:space="preserve">    (c) temperature scale used in most of the 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few days, this came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unprecedented</w:t>
      </w:r>
      <w:r>
        <w:rPr>
          <w:b/>
          <w:bCs/>
        </w:rPr>
        <w:t xml:space="preserve"> </w:t>
      </w:r>
      <w:r>
        <w:rPr>
          <w:b/>
          <w:bCs/>
        </w:rPr>
        <w:t xml:space="preserve">halt.</w:t>
      </w:r>
      <w:r>
        <w:br/>
      </w:r>
      <w:r>
        <w:t xml:space="preserve">    (a) relating to understanding or explaining something in a particular way</w:t>
      </w:r>
      <w:r>
        <w:br/>
      </w:r>
      <w:r>
        <w:t xml:space="preserve">    (b) not having happened before; or nothing similar having happened before</w:t>
      </w:r>
      <w:r>
        <w:br/>
      </w:r>
      <w:r>
        <w:t xml:space="preserve">    (c) [of food] able to be prepared in a manner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the first ...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thing that happened to you in your life.</w:t>
      </w:r>
      <w:r>
        <w:br/>
      </w:r>
      <w:r>
        <w:t xml:space="preserve">    (a) begin fighting</w:t>
      </w:r>
      <w:r>
        <w:br/>
      </w:r>
      <w:r>
        <w:t xml:space="preserve">    (b) tell (a story)</w:t>
      </w:r>
      <w:r>
        <w:br/>
      </w:r>
      <w:r>
        <w:t xml:space="preserve">    (c) bad or harmful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2026-07-31T20:10:25Z</dcterms:created>
  <dcterms:modified xsi:type="dcterms:W3CDTF">2026-07-31T20:10:25Z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