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f2fed06b71992313f545f6ba944a31229131b8"/>
    <w:p>
      <w:pPr>
        <w:pStyle w:val="Heading1"/>
      </w:pPr>
      <w:r>
        <w:rPr>
          <w:b/>
          <w:bCs/>
        </w:rPr>
        <w:t xml:space="preserve">Me Before You</w:t>
      </w:r>
      <w:r>
        <w:br/>
      </w:r>
      <w:r>
        <w:rPr>
          <w:i/>
          <w:iCs/>
        </w:rPr>
        <w:t xml:space="preserve">Jojo Moyes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no point in me trying to look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conventional</w:t>
      </w:r>
      <w:r>
        <w:rPr>
          <w:b/>
          <w:bCs/>
        </w:rPr>
        <w:t xml:space="preserve">.</w:t>
      </w:r>
      <w:r>
        <w:br/>
      </w:r>
      <w:r>
        <w:t xml:space="preserve">    (a) complete or total</w:t>
      </w:r>
      <w:r>
        <w:br/>
      </w:r>
      <w:r>
        <w:t xml:space="preserve">    (b) able to challenge</w:t>
      </w:r>
      <w:r>
        <w:br/>
      </w:r>
      <w:r>
        <w:t xml:space="preserve">    (c) normal or typical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would you feel if I said I was going to some keep-fit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with—I don't know—Leanne from the Terrors because she needed cheering up?</w:t>
      </w:r>
      <w:r>
        <w:br/>
      </w:r>
      <w:r>
        <w:t xml:space="preserve">    (a) a long uninterrupted speech</w:t>
      </w:r>
      <w:r>
        <w:br/>
      </w:r>
      <w:r>
        <w:t xml:space="preserve">    (b) large conference</w:t>
      </w:r>
      <w:r>
        <w:br/>
      </w:r>
      <w:r>
        <w:t xml:space="preserve">    (c) result or predictable value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things you don't notice until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someone with a wheelchair.</w:t>
      </w:r>
      <w:r>
        <w:br/>
      </w:r>
      <w:r>
        <w:t xml:space="preserve">    (a) differ; or change</w:t>
      </w:r>
      <w:r>
        <w:br/>
      </w:r>
      <w:r>
        <w:t xml:space="preserve">    (b) travel with</w:t>
      </w:r>
      <w:r>
        <w:br/>
      </w:r>
      <w:r>
        <w:t xml:space="preserve">    (c) influence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the front of the envelope, in typed capitals, it said, under my name: ONLY TO BE READ IN THE CAFE MARQUIS, RUE DES FRANCS BOURGEOIS,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BY CROISSANTS AND A LARGE CAFE CRÈME.</w:t>
      </w:r>
      <w:r>
        <w:br/>
      </w:r>
      <w:r>
        <w:t xml:space="preserve">    (a) exercised privileges to which one is not entitled</w:t>
      </w:r>
      <w:r>
        <w:br/>
      </w:r>
      <w:r>
        <w:t xml:space="preserve">    (b) joined (was present at the same time)</w:t>
      </w:r>
      <w:r>
        <w:br/>
      </w:r>
      <w:r>
        <w:t xml:space="preserve">    (c) having multiple areas of control or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are two steps between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annex</w:t>
      </w:r>
      <w:r>
        <w:rPr>
          <w:b/>
          <w:bCs/>
        </w:rPr>
        <w:t xml:space="preserve"> </w:t>
      </w:r>
      <w:r>
        <w:rPr>
          <w:b/>
          <w:bCs/>
        </w:rPr>
        <w:t xml:space="preserve">and the main house,</w:t>
      </w:r>
      <w:r>
        <w:br/>
      </w:r>
      <w:r>
        <w:t xml:space="preserve">    (a) main character of Mark Twain's classic novel about Huck and Jim's journey down the Mississippi River to find freedom (1884)</w:t>
      </w:r>
      <w:r>
        <w:br/>
      </w:r>
      <w:r>
        <w:t xml:space="preserve">    (b) an addition added to a main building</w:t>
      </w:r>
      <w:r>
        <w:br/>
      </w:r>
      <w:r>
        <w:t xml:space="preserve">    (c) an agent that works against a bacterial infection that is typically contracted through a puncture wound with a dirty object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ran over and over the conversation I had heard, trying to interpret it in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way, trying to convince myself that I had misunderstood what they had said.</w:t>
      </w:r>
      <w:r>
        <w:br/>
      </w:r>
      <w:r>
        <w:t xml:space="preserve">    (a) different</w:t>
      </w:r>
      <w:r>
        <w:br/>
      </w:r>
      <w:r>
        <w:t xml:space="preserve">    (b) acts to tendency to engage in acts that resist government authority or attempt to overthrow a government</w:t>
      </w:r>
      <w:r>
        <w:br/>
      </w:r>
      <w:r>
        <w:t xml:space="preserve">    (c) a mental disorder characterized by alternating episodes of major depression and abnormally elevated mood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Unless this is one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-style statements.</w:t>
      </w:r>
      <w:r>
        <w:br/>
      </w:r>
      <w:r>
        <w:t xml:space="preserve">    (a) poor ability to make a decision</w:t>
      </w:r>
      <w:r>
        <w:br/>
      </w:r>
      <w:r>
        <w:t xml:space="preserve">    (b) non-traditional or non-standard</w:t>
      </w:r>
      <w:r>
        <w:br/>
      </w:r>
      <w:r>
        <w:t xml:space="preserve">    (c) relating to a period of testing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Management had called a series of meetings at the furniture factory for the end of that week, and Dad was convinced that he would be among those made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redundant</w:t>
      </w:r>
      <w:r>
        <w:rPr>
          <w:b/>
          <w:bCs/>
        </w:rPr>
        <w:t xml:space="preserve">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laid off (a British usage based on there having been more employees than needed)</w:t>
      </w:r>
      <w:r>
        <w:br/>
      </w:r>
      <w:r>
        <w:t xml:space="preserve">    (c) the degree to which a performance of or to someone else's work lends itself to the expression of personal artistic ideas or feelings by the performer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 diners had begun to turn in their seats, curious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 </w:t>
      </w:r>
      <w:r>
        <w:rPr>
          <w:b/>
          <w:bCs/>
        </w:rPr>
        <w:t xml:space="preserve">by the door.</w:t>
      </w:r>
      <w:r>
        <w:br/>
      </w:r>
      <w:r>
        <w:t xml:space="preserve">    (a) a particular understanding or explanation</w:t>
      </w:r>
      <w:r>
        <w:br/>
      </w:r>
      <w:r>
        <w:t xml:space="preserve">    (b) noisy argument</w:t>
      </w:r>
      <w:r>
        <w:br/>
      </w:r>
      <w:r>
        <w:t xml:space="preserve">    (c) the time during which something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hadn't realized that music could unlock things in you, could transport you to somewhere even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composer</w:t>
      </w:r>
      <w:r>
        <w:rPr>
          <w:b/>
          <w:bCs/>
        </w:rPr>
        <w:t xml:space="preserve"> </w:t>
      </w:r>
      <w:r>
        <w:rPr>
          <w:b/>
          <w:bCs/>
        </w:rPr>
        <w:t xml:space="preserve">hadn't predicted.</w:t>
      </w:r>
      <w:r>
        <w:br/>
      </w:r>
      <w:r>
        <w:t xml:space="preserve">    (a) someone who crosses something</w:t>
      </w:r>
      <w:r>
        <w:br/>
      </w:r>
      <w:r>
        <w:t xml:space="preserve">    (b) someone who hinders something</w:t>
      </w:r>
      <w:r>
        <w:br/>
      </w:r>
      <w:r>
        <w:t xml:space="preserve">    (c) someone who writes music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took a deep breath, as if he were trying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himself.</w:t>
      </w:r>
      <w:r>
        <w:br/>
      </w:r>
      <w:r>
        <w:t xml:space="preserve">    (a) begin fighting</w:t>
      </w:r>
      <w:r>
        <w:br/>
      </w:r>
      <w:r>
        <w:t xml:space="preserve">    (b) calm or settle</w:t>
      </w:r>
      <w:r>
        <w:br/>
      </w:r>
      <w:r>
        <w:t xml:space="preserve">    (c) less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opened it slowly, feeling vaguely panicked for a moment that it might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engagement</w:t>
      </w:r>
      <w:r>
        <w:rPr>
          <w:b/>
          <w:bCs/>
        </w:rPr>
        <w:t xml:space="preserve"> </w:t>
      </w:r>
      <w:r>
        <w:rPr>
          <w:b/>
          <w:bCs/>
        </w:rPr>
        <w:t xml:space="preserve">ring.</w:t>
      </w:r>
      <w:r>
        <w:br/>
      </w:r>
      <w:r>
        <w:t xml:space="preserve">    (a) the process or result of learning, discovering, or deciding</w:t>
      </w:r>
      <w:r>
        <w:br/>
      </w:r>
      <w:r>
        <w:t xml:space="preserve">    (b) related to an agreement to marry</w:t>
      </w:r>
      <w:r>
        <w:br/>
      </w:r>
      <w:r>
        <w:t xml:space="preserve">    (c) person, organization, or anything with a separate existence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never a time when I spoke to her that I didn't still feel like 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engaged</w:t>
      </w:r>
      <w:r>
        <w:rPr>
          <w:b/>
          <w:bCs/>
        </w:rPr>
        <w:t xml:space="preserve"> </w:t>
      </w:r>
      <w:r>
        <w:rPr>
          <w:b/>
          <w:bCs/>
        </w:rPr>
        <w:t xml:space="preserve">in some kind of interview.</w:t>
      </w:r>
      <w:r>
        <w:br/>
      </w:r>
      <w:r>
        <w:t xml:space="preserve">    (a) involved</w:t>
      </w:r>
      <w:r>
        <w:br/>
      </w:r>
      <w:r>
        <w:t xml:space="preserve">    (b) promised to marry</w:t>
      </w:r>
      <w:r>
        <w:br/>
      </w:r>
      <w:r>
        <w:t xml:space="preserve">    (c) studying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you think it's actually harder for you ….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adapt</w:t>
      </w:r>
      <w:r>
        <w:rPr>
          <w:b/>
          <w:bCs/>
        </w:rPr>
        <w:t xml:space="preserve">, I mean?</w:t>
      </w:r>
      <w:r>
        <w:br/>
      </w:r>
      <w:r>
        <w:t xml:space="preserve">    (a) to spread one-sided information to influence opinions</w:t>
      </w:r>
      <w:r>
        <w:br/>
      </w:r>
      <w:r>
        <w:t xml:space="preserve">    (b) alter the regular state of an otherwise stable system</w:t>
      </w:r>
      <w:r>
        <w:br/>
      </w:r>
      <w:r>
        <w:t xml:space="preserve">    (c) change to fit a different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animated</w:t>
      </w:r>
      <w:r>
        <w:rPr>
          <w:b/>
          <w:bCs/>
        </w:rPr>
        <w:t xml:space="preserve">, more so than I had seen him for months.</w:t>
      </w:r>
      <w:r>
        <w:br/>
      </w:r>
      <w:r>
        <w:t xml:space="preserve">    (a) competed in a contest to knock each other off horses with blunted lances  OR  competed in any kind of contest</w:t>
      </w:r>
      <w:r>
        <w:br/>
      </w:r>
      <w:r>
        <w:t xml:space="preserve">    (b) enthusiastic</w:t>
      </w:r>
      <w:r>
        <w:br/>
      </w:r>
      <w:r>
        <w:t xml:space="preserve">    (c) not happening at the same time or in a coordinated sequence; or (of watches/clocks) not set to show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watched some Japanese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animated</w:t>
      </w:r>
      <w:r>
        <w:rPr>
          <w:b/>
          <w:bCs/>
        </w:rPr>
        <w:t xml:space="preserve"> </w:t>
      </w:r>
      <w:r>
        <w:rPr>
          <w:b/>
          <w:bCs/>
        </w:rPr>
        <w:t xml:space="preserve">film that Will said was perfect hangover viewing, and I stuck around—partly because I wanted to keep an eye on his blood pressure and partly, to be honest, because I was being a bit mischievous.</w:t>
      </w:r>
      <w:r>
        <w:br/>
      </w:r>
      <w:r>
        <w:t xml:space="preserve">    (a) made something lighter -- such as an area of a painting</w:t>
      </w:r>
      <w:r>
        <w:br/>
      </w:r>
      <w:r>
        <w:t xml:space="preserve">    (b) moving cartoon</w:t>
      </w:r>
      <w:r>
        <w:br/>
      </w:r>
      <w:r>
        <w:t xml:space="preserve">    (c) excessively examined in an attempt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sat down, and typed "Michael Lawler" and "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 </w:t>
      </w:r>
      <w:r>
        <w:rPr>
          <w:b/>
          <w:bCs/>
        </w:rPr>
        <w:t xml:space="preserve">Street, London" into the search engine.</w:t>
      </w:r>
      <w:r>
        <w:br/>
      </w:r>
      <w:r>
        <w:t xml:space="preserve">    (a) relating to an artistic movement pioneered by Pablo Picasso and Georges Braque that featured surfaces of geometrical planes to depict three-dimensional organic forms</w:t>
      </w:r>
      <w:r>
        <w:br/>
      </w:r>
      <w:r>
        <w:t xml:space="preserve">    (b) someone appointed to a position of temporary or delegated authority -- such as a temporarily while the king or queen is too young, too sick, or away; or a member of a governing board</w:t>
      </w:r>
      <w:r>
        <w:br/>
      </w:r>
      <w:r>
        <w:t xml:space="preserve">    (c) someone who walks slowly without definite direction  OR  someone who writes or talks without definite direction (changing subjects or rambling rather than in a purposeful direct way)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girl stood there just long enough to let us know she was offended and then stalked off, her notepad swinging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conspicuously</w:t>
      </w:r>
      <w:r>
        <w:rPr>
          <w:b/>
          <w:bCs/>
        </w:rPr>
        <w:t xml:space="preserve"> </w:t>
      </w:r>
      <w:r>
        <w:rPr>
          <w:b/>
          <w:bCs/>
        </w:rPr>
        <w:t xml:space="preserve">from one hand.</w:t>
      </w:r>
      <w:r>
        <w:br/>
      </w:r>
      <w:r>
        <w:t xml:space="preserve">    (a) in a manner that explains or demonstrates an understanding of something in a particular way</w:t>
      </w:r>
      <w:r>
        <w:br/>
      </w:r>
      <w:r>
        <w:t xml:space="preserve">    (b) easily noticed -- typically attracting attention such as by being large, flashy, or unusual</w:t>
      </w:r>
      <w:r>
        <w:br/>
      </w:r>
      <w:r>
        <w:t xml:space="preserve">    (c) of mental activity of which one is not aware, but which can influence feelings and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told you,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theme parks</w:t>
      </w:r>
      <w:r>
        <w:rPr>
          <w:b/>
          <w:bCs/>
        </w:rPr>
        <w:t xml:space="preserve">.</w:t>
      </w:r>
      <w:r>
        <w:br/>
      </w:r>
      <w:r>
        <w:t xml:space="preserve">    (a) people characterized by withdrawal, an inability to form close relationships, and taking pleasure in few activities</w:t>
      </w:r>
      <w:r>
        <w:br/>
      </w:r>
      <w:r>
        <w:t xml:space="preserve">    (b) amusement parks each of which have one or more basic underlying ideas -- such as the "Magic Kingdom" of Disneyworld</w:t>
      </w:r>
      <w:r>
        <w:br/>
      </w:r>
      <w:r>
        <w:t xml:space="preserve">    (c) removals and examination of tissues or liquids from the living body to determine the existence or cause of diseases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allocated</w:t>
      </w:r>
      <w:r>
        <w:rPr>
          <w:b/>
          <w:bCs/>
        </w:rPr>
        <w:t xml:space="preserve"> </w:t>
      </w:r>
      <w:r>
        <w:rPr>
          <w:b/>
          <w:bCs/>
        </w:rPr>
        <w:t xml:space="preserve">three seats in a row so that Nathan could complete any medical assistance that Will needed without prying eyes.</w:t>
      </w:r>
      <w:r>
        <w:br/>
      </w:r>
      <w:r>
        <w:t xml:space="preserve">    (a) set apart for a special purpose</w:t>
      </w:r>
      <w:r>
        <w:br/>
      </w:r>
      <w:r>
        <w:t xml:space="preserve">    (b) took up or received into heaven</w:t>
      </w:r>
      <w:r>
        <w:br/>
      </w:r>
      <w:r>
        <w:t xml:space="preserve">    (c) selected (on a computer screen)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2026-07-31T19:56:31Z</dcterms:created>
  <dcterms:modified xsi:type="dcterms:W3CDTF">2026-07-31T19:56:31Z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