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37cff7043551df13268b37e79cf04583272e120"/>
    <w:p>
      <w:pPr>
        <w:pStyle w:val="Heading1"/>
      </w:pPr>
      <w:r>
        <w:rPr>
          <w:b/>
          <w:bCs/>
        </w:rPr>
        <w:t xml:space="preserve">Matched</w:t>
      </w:r>
      <w:r>
        <w:br/>
      </w:r>
      <w:r>
        <w:rPr>
          <w:i/>
          <w:iCs/>
        </w:rPr>
        <w:t xml:space="preserve">Ally Condie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"Xander," his mother says next to him, amusement mingled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in her voice.</w:t>
      </w:r>
      <w:r>
        <w:br/>
      </w:r>
      <w:r>
        <w:t xml:space="preserve">    (a) a criticism; or to express criticism</w:t>
      </w:r>
      <w:r>
        <w:br/>
      </w:r>
      <w:r>
        <w:t xml:space="preserve">    (b) to spread to other parts of the body</w:t>
      </w:r>
      <w:r>
        <w:br/>
      </w:r>
      <w:r>
        <w:t xml:space="preserve">    (c) move into position to work; or start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rounded lid of the compact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distorts</w:t>
      </w:r>
      <w:r>
        <w:rPr>
          <w:b/>
          <w:bCs/>
        </w:rPr>
        <w:t xml:space="preserve"> </w:t>
      </w:r>
      <w:r>
        <w:rPr>
          <w:b/>
          <w:bCs/>
        </w:rPr>
        <w:t xml:space="preserve">my features a little, but it's still me.</w:t>
      </w:r>
      <w:r>
        <w:br/>
      </w:r>
      <w:r>
        <w:t xml:space="preserve">    (a) to alter something in an unnatural or untrue way</w:t>
      </w:r>
      <w:r>
        <w:br/>
      </w:r>
      <w:r>
        <w:t xml:space="preserve">    (b) interferes in other people's affairs or business</w:t>
      </w:r>
      <w:r>
        <w:br/>
      </w:r>
      <w:r>
        <w:t xml:space="preserve">    (c) gives an opinion of what is wrong with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smile back at him and give him the best greeting we have in the Society "I wish you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optimal</w:t>
      </w:r>
      <w:r>
        <w:rPr>
          <w:b/>
          <w:bCs/>
        </w:rPr>
        <w:t xml:space="preserve"> </w:t>
      </w:r>
      <w:r>
        <w:rPr>
          <w:b/>
          <w:bCs/>
        </w:rPr>
        <w:t xml:space="preserve">results," I tell Xander.</w:t>
      </w:r>
      <w:r>
        <w:br/>
      </w:r>
      <w:r>
        <w:t xml:space="preserve">    (a) most desirable possible</w:t>
      </w:r>
      <w:r>
        <w:br/>
      </w:r>
      <w:r>
        <w:t xml:space="preserve">    (b) not sensible or careful</w:t>
      </w:r>
      <w:r>
        <w:br/>
      </w:r>
      <w:r>
        <w:t xml:space="preserve">    (c) unable to get closer to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Bram grins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mischievously</w:t>
      </w:r>
      <w:r>
        <w:rPr>
          <w:b/>
          <w:bCs/>
        </w:rPr>
        <w:t xml:space="preserve"> </w:t>
      </w:r>
      <w:r>
        <w:rPr>
          <w:b/>
          <w:bCs/>
        </w:rPr>
        <w:t xml:space="preserve">at me, still wearing his sleep-clothes.</w:t>
      </w:r>
      <w:r>
        <w:br/>
      </w:r>
      <w:r>
        <w:t xml:space="preserve">    (a) in a manner that playfully causes minor trouble</w:t>
      </w:r>
      <w:r>
        <w:br/>
      </w:r>
      <w:r>
        <w:t xml:space="preserve">    (b) in an excessively unhappy and unsociable manner</w:t>
      </w:r>
      <w:r>
        <w:br/>
      </w:r>
      <w:r>
        <w:t xml:space="preserve">    (c) in a manner that is not attractive or desirable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Officials don't often allow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deviation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usual free-rec options; but on the eve of someone's Final Banquet, visiting is encouraged and permitted.</w:t>
      </w:r>
      <w:r>
        <w:br/>
      </w:r>
      <w:r>
        <w:t xml:space="preserve">    (a) thigh bone</w:t>
      </w:r>
      <w:r>
        <w:br/>
      </w:r>
      <w:r>
        <w:t xml:space="preserve">    (b) difference</w:t>
      </w:r>
      <w:r>
        <w:br/>
      </w:r>
      <w:r>
        <w:t xml:space="preserve">    (c)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system tracks how soon we notice the changes and how quickly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</w:t>
      </w:r>
      <w:r>
        <w:rPr>
          <w:b/>
          <w:bCs/>
        </w:rPr>
        <w:t xml:space="preserve"> </w:t>
      </w:r>
      <w:r>
        <w:rPr>
          <w:b/>
          <w:bCs/>
        </w:rPr>
        <w:t xml:space="preserve">our sorts.</w:t>
      </w:r>
      <w:r>
        <w:br/>
      </w:r>
      <w:r>
        <w:t xml:space="preserve">    (a) to spread one-sided information to influence opinions</w:t>
      </w:r>
      <w:r>
        <w:br/>
      </w:r>
      <w:r>
        <w:t xml:space="preserve">    (b) alter the regular state of an otherwise stable system</w:t>
      </w:r>
      <w:r>
        <w:br/>
      </w:r>
      <w:r>
        <w:t xml:space="preserve">    (c) change to fit a different situation; or make suitable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Suddenly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irrationally</w:t>
      </w:r>
      <w:r>
        <w:rPr>
          <w:b/>
          <w:bCs/>
        </w:rPr>
        <w:t xml:space="preserve"> </w:t>
      </w:r>
      <w:r>
        <w:rPr>
          <w:b/>
          <w:bCs/>
        </w:rPr>
        <w:t xml:space="preserve">I am tempted to lie.</w:t>
      </w:r>
      <w:r>
        <w:br/>
      </w:r>
      <w:r>
        <w:t xml:space="preserve">    (a) in a manner that is not reasonable</w:t>
      </w:r>
      <w:r>
        <w:br/>
      </w:r>
      <w:r>
        <w:t xml:space="preserve">    (b) in a manner that involves betrayal</w:t>
      </w:r>
      <w:r>
        <w:br/>
      </w:r>
      <w:r>
        <w:t xml:space="preserve">    (c) following as a result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Aberrations live among us; they're not dangerous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Anomalies</w:t>
      </w:r>
      <w:r>
        <w:rPr>
          <w:b/>
          <w:bCs/>
        </w:rPr>
        <w:t xml:space="preserve">, who have to be separated from Society.</w:t>
      </w:r>
      <w:r>
        <w:br/>
      </w:r>
      <w:r>
        <w:t xml:space="preserve">    (a) successive pairs of lines of poetry; usually rhymed</w:t>
      </w:r>
      <w:r>
        <w:br/>
      </w:r>
      <w:r>
        <w:t xml:space="preserve">    (b) things falling outside of what is normally expected</w:t>
      </w:r>
      <w:r>
        <w:br/>
      </w:r>
      <w:r>
        <w:t xml:space="preserve">    (c) experts in the branch of geology that studies rocks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Obviously, when you talk to your grandfather, you will tell him that he will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cited</w:t>
      </w:r>
      <w:r>
        <w:rPr>
          <w:b/>
          <w:bCs/>
        </w:rPr>
        <w:t xml:space="preserve"> </w:t>
      </w:r>
      <w:r>
        <w:rPr>
          <w:b/>
          <w:bCs/>
        </w:rPr>
        <w:t xml:space="preserve">if he mentions this to anyone else.</w:t>
      </w:r>
      <w:r>
        <w:br/>
      </w:r>
      <w:r>
        <w:t xml:space="preserve">    (a) learned, discovered, or decided</w:t>
      </w:r>
      <w:r>
        <w:br/>
      </w:r>
      <w:r>
        <w:t xml:space="preserve">    (b) charged (with breaking the law)</w:t>
      </w:r>
      <w:r>
        <w:br/>
      </w:r>
      <w:r>
        <w:t xml:space="preserve">    (c) selected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Official sees the twist of my lips and launches into a list of examples, of ways I've broken with the Society's rules in the past two months—and she doesn't even know the worst of them—but she doesn't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cite</w:t>
      </w:r>
      <w:r>
        <w:rPr>
          <w:b/>
          <w:bCs/>
        </w:rPr>
        <w:t xml:space="preserve"> </w:t>
      </w:r>
      <w:r>
        <w:rPr>
          <w:b/>
          <w:bCs/>
        </w:rPr>
        <w:t xml:space="preserve">a single example from all the years before.</w:t>
      </w:r>
      <w:r>
        <w:br/>
      </w:r>
      <w:r>
        <w:t xml:space="preserve">    (a) not feeling or showing sympathy for another's suffering</w:t>
      </w:r>
      <w:r>
        <w:br/>
      </w:r>
      <w:r>
        <w:t xml:space="preserve">    (b) suntanned; or reddish-brown or yellowish-brown in color</w:t>
      </w:r>
      <w:r>
        <w:br/>
      </w:r>
      <w:r>
        <w:t xml:space="preserve">    (c) list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"Her nephew," my mother said, her voice filled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empathy</w:t>
      </w:r>
      <w:r>
        <w:rPr>
          <w:b/>
          <w:bCs/>
        </w:rPr>
        <w:t xml:space="preserve">.</w:t>
      </w:r>
      <w:r>
        <w:br/>
      </w:r>
      <w:r>
        <w:t xml:space="preserve">    (a) a place where conditions are kept as they were to protect wildlife</w:t>
      </w:r>
      <w:r>
        <w:br/>
      </w:r>
      <w:r>
        <w:t xml:space="preserve">    (b) the ability or tendency to understand or share in others' feelings</w:t>
      </w:r>
      <w:r>
        <w:br/>
      </w:r>
      <w:r>
        <w:t xml:space="preserve">    (c) someone who believes that all knowledge is derived from experience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don't know what made me do it now; perhaps Grandfather's death and what I've read in the woods have left me on edge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vulnerable</w:t>
      </w:r>
      <w:r>
        <w:rPr>
          <w:b/>
          <w:bCs/>
        </w:rPr>
        <w:t xml:space="preserve">.</w:t>
      </w:r>
      <w:r>
        <w:br/>
      </w:r>
      <w:r>
        <w:t xml:space="preserve">    (a) suffering from too few red blood cells</w:t>
      </w:r>
      <w:r>
        <w:br/>
      </w:r>
      <w:r>
        <w:br/>
      </w:r>
      <w:r>
        <w:t xml:space="preserve">or (less commonly):  lacking vitality</w:t>
      </w:r>
      <w:r>
        <w:br/>
      </w:r>
      <w:r>
        <w:t xml:space="preserve">    (b) having the characteristic of or relating to bouncing back light/heat/sound...</w:t>
      </w:r>
      <w:r>
        <w:br/>
      </w:r>
      <w:r>
        <w:t xml:space="preserve">    (c) easily hurt or in need of help; or easily influenced or subject to temptation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 contrast</w:t>
      </w:r>
      <w:r>
        <w:rPr>
          <w:b/>
          <w:bCs/>
        </w:rPr>
        <w:t xml:space="preserve">, my mother looks flushed and angry.</w:t>
      </w:r>
      <w:r>
        <w:br/>
      </w:r>
      <w:r>
        <w:t xml:space="preserve">    (a) in a comparison that shows differences</w:t>
      </w:r>
      <w:r>
        <w:br/>
      </w:r>
      <w:r>
        <w:t xml:space="preserve">    (b) injured muscles or tendons in the back</w:t>
      </w:r>
      <w:r>
        <w:br/>
      </w:r>
      <w:r>
        <w:t xml:space="preserve">    (c) beyond the permitted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a rise in the curve on the tracker screen: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simulated</w:t>
      </w:r>
      <w:r>
        <w:rPr>
          <w:b/>
          <w:bCs/>
        </w:rPr>
        <w:t xml:space="preserve"> </w:t>
      </w:r>
      <w:r>
        <w:rPr>
          <w:b/>
          <w:bCs/>
        </w:rPr>
        <w:t xml:space="preserve">hill.</w:t>
      </w:r>
      <w:r>
        <w:br/>
      </w:r>
      <w:r>
        <w:t xml:space="preserve">    (a) not good at concentrating on one thing</w:t>
      </w:r>
      <w:r>
        <w:br/>
      </w:r>
      <w:r>
        <w:t xml:space="preserve">    (b) adjusted a lens to make an image clear</w:t>
      </w:r>
      <w:r>
        <w:br/>
      </w:r>
      <w:r>
        <w:t xml:space="preserve">    (c) made an imitation or representation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mother always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laments</w:t>
      </w:r>
      <w:r>
        <w:rPr>
          <w:b/>
          <w:bCs/>
        </w:rPr>
        <w:t xml:space="preserve"> </w:t>
      </w:r>
      <w:r>
        <w:rPr>
          <w:b/>
          <w:bCs/>
        </w:rPr>
        <w:t xml:space="preserve">the waste, since decayed leaves can be good fertilizer, just as my father laments the waste of the paper that could be recycled when he has to incinerate a library.</w:t>
      </w:r>
      <w:r>
        <w:br/>
      </w:r>
      <w:r>
        <w:t xml:space="preserve">    (a) expresses grief or regret</w:t>
      </w:r>
      <w:r>
        <w:br/>
      </w:r>
      <w:r>
        <w:t xml:space="preserve">    (b) changes through evolution</w:t>
      </w:r>
      <w:r>
        <w:br/>
      </w:r>
      <w:r>
        <w:t xml:space="preserve">    (c) gradually adds or removes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an exceptional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demonstration</w:t>
      </w:r>
      <w:r>
        <w:rPr>
          <w:b/>
          <w:bCs/>
        </w:rPr>
        <w:t xml:space="preserve"> </w:t>
      </w:r>
      <w:r>
        <w:rPr>
          <w:b/>
          <w:bCs/>
        </w:rPr>
        <w:t xml:space="preserve">of sorting ability.</w:t>
      </w:r>
      <w:r>
        <w:br/>
      </w:r>
      <w:r>
        <w:t xml:space="preserve">    (a) easily set on fire</w:t>
      </w:r>
      <w:r>
        <w:br/>
      </w:r>
      <w:r>
        <w:t xml:space="preserve">    (b) untied or released</w:t>
      </w:r>
      <w:r>
        <w:br/>
      </w:r>
      <w:r>
        <w:t xml:space="preserve">    (c) display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Coming across an unknown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in the middle of an otherwise straightforward sort just when you thought you were done.</w:t>
      </w:r>
      <w:r>
        <w:br/>
      </w:r>
      <w:r>
        <w:t xml:space="preserve">    (a) job, reservation, booking, or activity</w:t>
      </w:r>
      <w:r>
        <w:br/>
      </w:r>
      <w:r>
        <w:t xml:space="preserve">    (b) thing that affects a result or outcome</w:t>
      </w:r>
      <w:r>
        <w:br/>
      </w:r>
      <w:r>
        <w:t xml:space="preserve">    (c) something that is made or manufactured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these walls weren't so thin and my life weren't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transparent</w:t>
      </w:r>
      <w:r>
        <w:rPr>
          <w:b/>
          <w:bCs/>
        </w:rPr>
        <w:t xml:space="preserve">, I could throw the glass against the wall, smash it with a rock, destroy with abandon and noise.</w:t>
      </w:r>
      <w:r>
        <w:br/>
      </w:r>
      <w:r>
        <w:t xml:space="preserve">    (a) non-traditional or non-standard</w:t>
      </w:r>
      <w:r>
        <w:br/>
      </w:r>
      <w:r>
        <w:t xml:space="preserve">    (b) poor ability to make a decision</w:t>
      </w:r>
      <w:r>
        <w:br/>
      </w:r>
      <w:r>
        <w:t xml:space="preserve">    (c) easily observable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so intriguing; we could control so many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variables</w:t>
      </w:r>
      <w:r>
        <w:rPr>
          <w:b/>
          <w:bCs/>
        </w:rPr>
        <w:t xml:space="preserve">.</w:t>
      </w:r>
      <w:r>
        <w:br/>
      </w:r>
      <w:r>
        <w:t xml:space="preserve">    (a) calculating or judging too low</w:t>
      </w:r>
      <w:r>
        <w:br/>
      </w:r>
      <w:r>
        <w:t xml:space="preserve">    (b) someone who disturbs or annoys</w:t>
      </w:r>
      <w:r>
        <w:br/>
      </w:r>
      <w:r>
        <w:t xml:space="preserve">    (c) things that are able to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Officials in our new village checked my data;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correlated</w:t>
      </w:r>
      <w:r>
        <w:rPr>
          <w:b/>
          <w:bCs/>
        </w:rPr>
        <w:t xml:space="preserve"> </w:t>
      </w:r>
      <w:r>
        <w:rPr>
          <w:b/>
          <w:bCs/>
        </w:rPr>
        <w:t xml:space="preserve">with my parents' statement.</w:t>
      </w:r>
      <w:r>
        <w:br/>
      </w:r>
      <w:r>
        <w:t xml:space="preserve">    (a) frolicked (skipped, jumped, and/or ran around in a happy, playful manner)</w:t>
      </w:r>
      <w:r>
        <w:br/>
      </w:r>
      <w:r>
        <w:t xml:space="preserve">    (b) agreed or matched</w:t>
      </w:r>
      <w:r>
        <w:br/>
      </w:r>
      <w:r>
        <w:t xml:space="preserve">    (c) (verb) drew pictures to accompany  OR  (adjective) accompanied by pictures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2026-07-31T19:26:32Z</dcterms:created>
  <dcterms:modified xsi:type="dcterms:W3CDTF">2026-07-31T19:26:32Z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