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c6c6d9aa81c4e120aab2db53dc08ed7a5411976"/>
    <w:p>
      <w:pPr>
        <w:pStyle w:val="Heading1"/>
      </w:pPr>
      <w:r>
        <w:rPr>
          <w:b/>
          <w:bCs/>
        </w:rPr>
        <w:t xml:space="preserve">Master Harold...and the Boys</w:t>
      </w:r>
      <w:r>
        <w:br/>
      </w:r>
      <w:r>
        <w:rPr>
          <w:i/>
          <w:iCs/>
        </w:rPr>
        <w:t xml:space="preserve">Athol Fugard</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I oskillate (mispronounces oscillate) between hope and</w:t>
      </w:r>
      <w:r>
        <w:rPr>
          <w:b/>
          <w:bCs/>
        </w:rPr>
        <w:t xml:space="preserve"> </w:t>
      </w:r>
      <w:r>
        <w:rPr>
          <w:b/>
          <w:bCs/>
          <w:u w:val="single"/>
        </w:rPr>
        <w:t xml:space="preserve">despair</w:t>
      </w:r>
      <w:r>
        <w:rPr>
          <w:b/>
          <w:bCs/>
        </w:rPr>
        <w:t xml:space="preserve"> </w:t>
      </w:r>
      <w:r>
        <w:rPr>
          <w:b/>
          <w:bCs/>
        </w:rPr>
        <w:t xml:space="preserve">for this world as well, Sam.</w:t>
      </w:r>
      <w:r>
        <w:br/>
      </w:r>
      <w:r>
        <w:t xml:space="preserve">    (a) adjusts a lens to make an image clear</w:t>
      </w:r>
      <w:r>
        <w:br/>
      </w:r>
      <w:r>
        <w:t xml:space="preserve">    (b) not creating disagreement or struggle</w:t>
      </w:r>
      <w:r>
        <w:br/>
      </w:r>
      <w:r>
        <w:t xml:space="preserve">    (c) hopelessness</w:t>
      </w:r>
    </w:p>
    <w:p>
      <w:pPr>
        <w:pStyle w:val="Compact"/>
        <w:numPr>
          <w:ilvl w:val="0"/>
          <w:numId w:val="1001"/>
        </w:numPr>
      </w:pPr>
      <w:r>
        <w:rPr>
          <w:b/>
          <w:bCs/>
        </w:rPr>
        <w:t xml:space="preserve">We mustn't</w:t>
      </w:r>
      <w:r>
        <w:rPr>
          <w:b/>
          <w:bCs/>
        </w:rPr>
        <w:t xml:space="preserve"> </w:t>
      </w:r>
      <w:r>
        <w:rPr>
          <w:b/>
          <w:bCs/>
          <w:u w:val="single"/>
        </w:rPr>
        <w:t xml:space="preserve">despair</w:t>
      </w:r>
      <w:r>
        <w:rPr>
          <w:b/>
          <w:bCs/>
        </w:rPr>
        <w:t xml:space="preserve">.</w:t>
      </w:r>
      <w:r>
        <w:br/>
      </w:r>
      <w:r>
        <w:t xml:space="preserve">    (a) give up hope</w:t>
      </w:r>
      <w:r>
        <w:br/>
      </w:r>
      <w:r>
        <w:t xml:space="preserve">    (b) come to terms with</w:t>
      </w:r>
      <w:r>
        <w:br/>
      </w:r>
      <w:r>
        <w:t xml:space="preserve">    (c) notable difference</w:t>
      </w:r>
    </w:p>
    <w:p>
      <w:pPr>
        <w:pStyle w:val="Compact"/>
        <w:numPr>
          <w:ilvl w:val="0"/>
          <w:numId w:val="1001"/>
        </w:numPr>
      </w:pPr>
      <w:r>
        <w:rPr>
          <w:b/>
          <w:bCs/>
        </w:rPr>
        <w:t xml:space="preserve">An intrepid social reformer will not be</w:t>
      </w:r>
      <w:r>
        <w:rPr>
          <w:b/>
          <w:bCs/>
        </w:rPr>
        <w:t xml:space="preserve"> </w:t>
      </w:r>
      <w:r>
        <w:rPr>
          <w:b/>
          <w:bCs/>
          <w:u w:val="single"/>
        </w:rPr>
        <w:t xml:space="preserve">daunted</w:t>
      </w:r>
      <w:r>
        <w:rPr>
          <w:b/>
          <w:bCs/>
        </w:rPr>
        <w:t xml:space="preserve"> </w:t>
      </w:r>
      <w:r>
        <w:rPr>
          <w:b/>
          <w:bCs/>
        </w:rPr>
        <w:t xml:space="preserve">by the magnitude of the task he has undertaken.</w:t>
      </w:r>
      <w:r>
        <w:br/>
      </w:r>
      <w:r>
        <w:t xml:space="preserve">    (a) discouraged or intimidated</w:t>
      </w:r>
      <w:r>
        <w:br/>
      </w:r>
      <w:r>
        <w:t xml:space="preserve">    (b) limited or with boundaries</w:t>
      </w:r>
      <w:r>
        <w:br/>
      </w:r>
      <w:r>
        <w:t xml:space="preserve">    (c) gradually added or removed</w:t>
      </w:r>
    </w:p>
    <w:p>
      <w:pPr>
        <w:pStyle w:val="Compact"/>
        <w:numPr>
          <w:ilvl w:val="0"/>
          <w:numId w:val="1001"/>
        </w:numPr>
      </w:pPr>
      <w:r>
        <w:rPr>
          <w:b/>
          <w:bCs/>
        </w:rPr>
        <w:t xml:space="preserve">All</w:t>
      </w:r>
      <w:r>
        <w:rPr>
          <w:b/>
          <w:bCs/>
        </w:rPr>
        <w:t xml:space="preserve"> </w:t>
      </w:r>
      <w:r>
        <w:rPr>
          <w:b/>
          <w:bCs/>
          <w:u w:val="single"/>
        </w:rPr>
        <w:t xml:space="preserve">vestiges</w:t>
      </w:r>
      <w:r>
        <w:rPr>
          <w:b/>
          <w:bCs/>
        </w:rPr>
        <w:t xml:space="preserve"> </w:t>
      </w:r>
      <w:r>
        <w:rPr>
          <w:b/>
          <w:bCs/>
        </w:rPr>
        <w:t xml:space="preserve">of the feudal system with its oppression of the poor were abolished.</w:t>
      </w:r>
      <w:r>
        <w:br/>
      </w:r>
      <w:r>
        <w:t xml:space="preserve">    (a) relative amounts</w:t>
      </w:r>
      <w:r>
        <w:br/>
      </w:r>
      <w:r>
        <w:t xml:space="preserve">    (b) acts of betrayal</w:t>
      </w:r>
      <w:r>
        <w:br/>
      </w:r>
      <w:r>
        <w:t xml:space="preserve">    (c) traces of something that was previously there</w:t>
      </w:r>
    </w:p>
    <w:p>
      <w:pPr>
        <w:pStyle w:val="Compact"/>
        <w:numPr>
          <w:ilvl w:val="0"/>
          <w:numId w:val="1001"/>
        </w:numPr>
      </w:pPr>
      <w:r>
        <w:rPr>
          <w:b/>
          <w:bCs/>
        </w:rPr>
        <w:t xml:space="preserve">All vestiges of the feudal system with its</w:t>
      </w:r>
      <w:r>
        <w:rPr>
          <w:b/>
          <w:bCs/>
        </w:rPr>
        <w:t xml:space="preserve"> </w:t>
      </w:r>
      <w:r>
        <w:rPr>
          <w:b/>
          <w:bCs/>
          <w:u w:val="single"/>
        </w:rPr>
        <w:t xml:space="preserve">oppression</w:t>
      </w:r>
      <w:r>
        <w:rPr>
          <w:b/>
          <w:bCs/>
        </w:rPr>
        <w:t xml:space="preserve"> </w:t>
      </w:r>
      <w:r>
        <w:rPr>
          <w:b/>
          <w:bCs/>
        </w:rPr>
        <w:t xml:space="preserve">of the poor were abolished.</w:t>
      </w:r>
      <w:r>
        <w:br/>
      </w:r>
      <w:r>
        <w:t xml:space="preserve">    (a) unfair treatment</w:t>
      </w:r>
      <w:r>
        <w:br/>
      </w:r>
      <w:r>
        <w:t xml:space="preserve">    (b) a secret agreement or plot</w:t>
      </w:r>
      <w:r>
        <w:br/>
      </w:r>
      <w:r>
        <w:t xml:space="preserve">    (c) the best or most important</w:t>
      </w:r>
    </w:p>
    <w:p>
      <w:pPr>
        <w:pStyle w:val="Compact"/>
        <w:numPr>
          <w:ilvl w:val="0"/>
          <w:numId w:val="1001"/>
        </w:numPr>
      </w:pPr>
      <w:r>
        <w:rPr>
          <w:b/>
          <w:bCs/>
        </w:rPr>
        <w:t xml:space="preserve">All vestiges of the feudal system with its oppression of the poor were</w:t>
      </w:r>
      <w:r>
        <w:rPr>
          <w:b/>
          <w:bCs/>
        </w:rPr>
        <w:t xml:space="preserve"> </w:t>
      </w:r>
      <w:r>
        <w:rPr>
          <w:b/>
          <w:bCs/>
          <w:u w:val="single"/>
        </w:rPr>
        <w:t xml:space="preserve">abolished</w:t>
      </w:r>
      <w:r>
        <w:rPr>
          <w:b/>
          <w:bCs/>
        </w:rPr>
        <w:t xml:space="preserve">.</w:t>
      </w:r>
      <w:r>
        <w:br/>
      </w:r>
      <w:r>
        <w:t xml:space="preserve">    (a) translated</w:t>
      </w:r>
      <w:r>
        <w:br/>
      </w:r>
      <w:r>
        <w:t xml:space="preserve">    (b) subtracted</w:t>
      </w:r>
      <w:r>
        <w:br/>
      </w:r>
      <w:r>
        <w:t xml:space="preserve">    (c) eliminated</w:t>
      </w:r>
    </w:p>
    <w:p>
      <w:pPr>
        <w:pStyle w:val="Compact"/>
        <w:numPr>
          <w:ilvl w:val="0"/>
          <w:numId w:val="1001"/>
        </w:numPr>
      </w:pPr>
      <w:r>
        <w:rPr>
          <w:b/>
          <w:bCs/>
        </w:rPr>
        <w:t xml:space="preserve">Not many intellectuals are prepared to shovel manure with the</w:t>
      </w:r>
      <w:r>
        <w:rPr>
          <w:b/>
          <w:bCs/>
        </w:rPr>
        <w:t xml:space="preserve"> </w:t>
      </w:r>
      <w:r>
        <w:rPr>
          <w:b/>
          <w:bCs/>
          <w:u w:val="single"/>
        </w:rPr>
        <w:t xml:space="preserve">peasants</w:t>
      </w:r>
      <w:r>
        <w:rPr>
          <w:b/>
          <w:bCs/>
        </w:rPr>
        <w:t xml:space="preserve"> </w:t>
      </w:r>
      <w:r>
        <w:rPr>
          <w:b/>
          <w:bCs/>
        </w:rPr>
        <w:t xml:space="preserve">and then go home and write a "little book" called</w:t>
      </w:r>
      <w:r>
        <w:rPr>
          <w:b/>
          <w:bCs/>
        </w:rPr>
        <w:t xml:space="preserve"> </w:t>
      </w:r>
      <w:r>
        <w:rPr>
          <w:b/>
          <w:bCs/>
          <w:i/>
          <w:iCs/>
        </w:rPr>
        <w:t xml:space="preserve">War and Peace</w:t>
      </w:r>
      <w:r>
        <w:rPr>
          <w:b/>
          <w:bCs/>
        </w:rPr>
        <w:t xml:space="preserve">.</w:t>
      </w:r>
      <w:r>
        <w:br/>
      </w:r>
      <w:r>
        <w:t xml:space="preserve">    (a) organisms in the early stages of growth prior to birth, hatching, or sprouting; in humans organisms during the first eight weeks of development (prior to the fetal stage)</w:t>
      </w:r>
      <w:r>
        <w:br/>
      </w:r>
      <w:r>
        <w:t xml:space="preserve">    (b) used historically or possibly in relation to a very poor country:  people of low income, education, and social standing -- especially those who raise crops or livestock</w:t>
      </w:r>
      <w:r>
        <w:br/>
      </w:r>
      <w:r>
        <w:t xml:space="preserve">    (c) members of an artistic movement pioneered by Pablo Picasso and Georges Braque that featured surfaces of geometrical planes to depict three-dimensional organic forms</w:t>
      </w:r>
    </w:p>
    <w:p>
      <w:pPr>
        <w:pStyle w:val="Compact"/>
        <w:numPr>
          <w:ilvl w:val="0"/>
          <w:numId w:val="1001"/>
        </w:numPr>
      </w:pPr>
      <w:r>
        <w:rPr>
          <w:b/>
          <w:bCs/>
        </w:rPr>
        <w:t xml:space="preserve">Somebody was always complaining about the food or my mother was having a fight with Micky Nash because she'd caught her with a</w:t>
      </w:r>
      <w:r>
        <w:rPr>
          <w:b/>
          <w:bCs/>
        </w:rPr>
        <w:t xml:space="preserve"> </w:t>
      </w:r>
      <w:r>
        <w:rPr>
          <w:b/>
          <w:bCs/>
          <w:u w:val="single"/>
        </w:rPr>
        <w:t xml:space="preserve">petty officer</w:t>
      </w:r>
      <w:r>
        <w:rPr>
          <w:b/>
          <w:bCs/>
        </w:rPr>
        <w:t xml:space="preserve"> </w:t>
      </w:r>
      <w:r>
        <w:rPr>
          <w:b/>
          <w:bCs/>
        </w:rPr>
        <w:t xml:space="preserve">in her room.</w:t>
      </w:r>
      <w:r>
        <w:br/>
      </w:r>
      <w:r>
        <w:t xml:space="preserve">    (a) changing or not reliable</w:t>
      </w:r>
      <w:r>
        <w:br/>
      </w:r>
      <w:r>
        <w:t xml:space="preserve">    (b) lowering moral standards</w:t>
      </w:r>
      <w:r>
        <w:br/>
      </w:r>
      <w:r>
        <w:t xml:space="preserve">    (c) non-commissioned officer</w:t>
      </w:r>
    </w:p>
    <w:p>
      <w:pPr>
        <w:pStyle w:val="Compact"/>
        <w:numPr>
          <w:ilvl w:val="0"/>
          <w:numId w:val="1001"/>
        </w:numPr>
      </w:pPr>
      <w:r>
        <w:rPr>
          <w:b/>
          <w:bCs/>
        </w:rPr>
        <w:t xml:space="preserve">You're on your bed trimming your toenails with a knife — not a very</w:t>
      </w:r>
      <w:r>
        <w:rPr>
          <w:b/>
          <w:bCs/>
        </w:rPr>
        <w:t xml:space="preserve"> </w:t>
      </w:r>
      <w:r>
        <w:rPr>
          <w:b/>
          <w:bCs/>
          <w:u w:val="single"/>
        </w:rPr>
        <w:t xml:space="preserve">edifying</w:t>
      </w:r>
      <w:r>
        <w:rPr>
          <w:b/>
          <w:bCs/>
        </w:rPr>
        <w:t xml:space="preserve"> </w:t>
      </w:r>
      <w:r>
        <w:rPr>
          <w:b/>
          <w:bCs/>
        </w:rPr>
        <w:t xml:space="preserve">sight — and as for me….</w:t>
      </w:r>
      <w:r>
        <w:br/>
      </w:r>
      <w:r>
        <w:t xml:space="preserve">    (a) translating</w:t>
      </w:r>
      <w:r>
        <w:br/>
      </w:r>
      <w:r>
        <w:t xml:space="preserve">    (b) disagreeing</w:t>
      </w:r>
      <w:r>
        <w:br/>
      </w:r>
      <w:r>
        <w:t xml:space="preserve">    (c) instructive</w:t>
      </w:r>
    </w:p>
    <w:p>
      <w:pPr>
        <w:pStyle w:val="Compact"/>
        <w:numPr>
          <w:ilvl w:val="0"/>
          <w:numId w:val="1001"/>
        </w:numPr>
      </w:pPr>
      <w:r>
        <w:rPr>
          <w:b/>
          <w:bCs/>
        </w:rPr>
        <w:t xml:space="preserve">Like everything else in my life, here comes another</w:t>
      </w:r>
      <w:r>
        <w:rPr>
          <w:b/>
          <w:bCs/>
        </w:rPr>
        <w:t xml:space="preserve"> </w:t>
      </w:r>
      <w:r>
        <w:rPr>
          <w:b/>
          <w:bCs/>
          <w:u w:val="single"/>
        </w:rPr>
        <w:t xml:space="preserve">fiasco</w:t>
      </w:r>
      <w:r>
        <w:rPr>
          <w:b/>
          <w:bCs/>
        </w:rPr>
        <w:t xml:space="preserve">.</w:t>
      </w:r>
      <w:r>
        <w:br/>
      </w:r>
      <w:r>
        <w:t xml:space="preserve">    (a) something that helps clarify or demonstrate</w:t>
      </w:r>
      <w:r>
        <w:br/>
      </w:r>
      <w:r>
        <w:t xml:space="preserve">    (b) the act of taking something on as one's own</w:t>
      </w:r>
      <w:r>
        <w:br/>
      </w:r>
      <w:r>
        <w:t xml:space="preserve">    (c) a complete failure</w:t>
      </w:r>
    </w:p>
    <w:p>
      <w:pPr>
        <w:pStyle w:val="Compact"/>
        <w:numPr>
          <w:ilvl w:val="0"/>
          <w:numId w:val="1001"/>
        </w:numPr>
      </w:pPr>
      <w:r>
        <w:rPr>
          <w:b/>
          <w:bCs/>
        </w:rPr>
        <w:t xml:space="preserve">The principle of</w:t>
      </w:r>
      <w:r>
        <w:rPr>
          <w:b/>
          <w:bCs/>
        </w:rPr>
        <w:t xml:space="preserve"> </w:t>
      </w:r>
      <w:r>
        <w:rPr>
          <w:b/>
          <w:bCs/>
          <w:u w:val="single"/>
        </w:rPr>
        <w:t xml:space="preserve">perpetual</w:t>
      </w:r>
      <w:r>
        <w:rPr>
          <w:b/>
          <w:bCs/>
        </w:rPr>
        <w:t xml:space="preserve"> </w:t>
      </w:r>
      <w:r>
        <w:rPr>
          <w:b/>
          <w:bCs/>
        </w:rPr>
        <w:t xml:space="preserve">disappointment.</w:t>
      </w:r>
      <w:r>
        <w:br/>
      </w:r>
      <w:r>
        <w:t xml:space="preserve">    (a) continuing forever</w:t>
      </w:r>
      <w:r>
        <w:br/>
      </w:r>
      <w:r>
        <w:t xml:space="preserve">    (b) having the characteristics of a</w:t>
      </w:r>
      <w:r>
        <w:t xml:space="preserve"> </w:t>
      </w:r>
      <w:r>
        <w:rPr>
          <w:i/>
          <w:iCs/>
        </w:rPr>
        <w:t xml:space="preserve">monk</w:t>
      </w:r>
      <w:r>
        <w:t xml:space="preserve"> </w:t>
      </w:r>
      <w:r>
        <w:t xml:space="preserve">(often inclined toward self-denial)</w:t>
      </w:r>
      <w:r>
        <w:br/>
      </w:r>
      <w:r>
        <w:t xml:space="preserve">    (c) about things beyond the physical world, such as existence, reality, or the soul</w:t>
      </w:r>
    </w:p>
    <w:p>
      <w:pPr>
        <w:pStyle w:val="Compact"/>
        <w:numPr>
          <w:ilvl w:val="0"/>
          <w:numId w:val="1001"/>
        </w:numPr>
      </w:pPr>
      <w:r>
        <w:rPr>
          <w:b/>
          <w:bCs/>
        </w:rPr>
        <w:t xml:space="preserve">(</w:t>
      </w:r>
      <w:r>
        <w:rPr>
          <w:b/>
          <w:bCs/>
          <w:u w:val="single"/>
        </w:rPr>
        <w:t xml:space="preserve">appalled</w:t>
      </w:r>
      <w:r>
        <w:rPr>
          <w:b/>
          <w:bCs/>
        </w:rPr>
        <w:t xml:space="preserve">) You mean don't dance?</w:t>
      </w:r>
      <w:r>
        <w:br/>
      </w:r>
      <w:r>
        <w:t xml:space="preserve">    (a) gave an opinion of what was wrong with something</w:t>
      </w:r>
      <w:r>
        <w:br/>
      </w:r>
      <w:r>
        <w:t xml:space="preserve">    (b) with an unadjusted lens so the image isn't clear</w:t>
      </w:r>
      <w:r>
        <w:br/>
      </w:r>
      <w:r>
        <w:t xml:space="preserve">    (c) shocked by how terrible or horrible something is</w:t>
      </w:r>
    </w:p>
    <w:p>
      <w:pPr>
        <w:pStyle w:val="Compact"/>
        <w:numPr>
          <w:ilvl w:val="0"/>
          <w:numId w:val="1001"/>
        </w:numPr>
      </w:pPr>
      <w:r>
        <w:rPr>
          <w:b/>
          <w:bCs/>
        </w:rPr>
        <w:t xml:space="preserve">(</w:t>
      </w:r>
      <w:r>
        <w:rPr>
          <w:b/>
          <w:bCs/>
          <w:u w:val="single"/>
        </w:rPr>
        <w:t xml:space="preserve">adamant</w:t>
      </w:r>
      <w:r>
        <w:rPr>
          <w:b/>
          <w:bCs/>
        </w:rPr>
        <w:t xml:space="preserve">) No</w:t>
      </w:r>
      <w:r>
        <w:br/>
      </w:r>
      <w:r>
        <w:t xml:space="preserve">    (a) determined not to change a decision or belief</w:t>
      </w:r>
      <w:r>
        <w:br/>
      </w:r>
      <w:r>
        <w:t xml:space="preserve">    (b) the quality of not being sensible and careful</w:t>
      </w:r>
      <w:r>
        <w:br/>
      </w:r>
      <w:r>
        <w:t xml:space="preserve">    (c) the characteristic of demonstrating something</w:t>
      </w:r>
    </w:p>
    <w:p>
      <w:pPr>
        <w:pStyle w:val="Compact"/>
        <w:numPr>
          <w:ilvl w:val="0"/>
          <w:numId w:val="1001"/>
        </w:numPr>
      </w:pPr>
      <w:r>
        <w:rPr>
          <w:b/>
          <w:bCs/>
        </w:rPr>
        <w:t xml:space="preserve">He keeps up his</w:t>
      </w:r>
      <w:r>
        <w:rPr>
          <w:b/>
          <w:bCs/>
        </w:rPr>
        <w:t xml:space="preserve"> </w:t>
      </w:r>
      <w:r>
        <w:rPr>
          <w:b/>
          <w:bCs/>
          <w:u w:val="single"/>
        </w:rPr>
        <w:t xml:space="preserve">tirade</w:t>
      </w:r>
      <w:r>
        <w:rPr>
          <w:b/>
          <w:bCs/>
        </w:rPr>
        <w:t xml:space="preserve"> </w:t>
      </w:r>
      <w:r>
        <w:rPr>
          <w:b/>
          <w:bCs/>
        </w:rPr>
        <w:t xml:space="preserve">as... But what really makes me bitter is that I allow you chaps a little freedom in here — when business is bad and what do you do with it?</w:t>
      </w:r>
      <w:r>
        <w:br/>
      </w:r>
      <w:r>
        <w:t xml:space="preserve">    (a) something made from parts</w:t>
      </w:r>
      <w:r>
        <w:br/>
      </w:r>
      <w:r>
        <w:t xml:space="preserve">    (b) speech of angry criticism</w:t>
      </w:r>
      <w:r>
        <w:br/>
      </w:r>
      <w:r>
        <w:t xml:space="preserve">    (c) something that stands out</w:t>
      </w:r>
    </w:p>
    <w:p>
      <w:pPr>
        <w:pStyle w:val="Compact"/>
        <w:numPr>
          <w:ilvl w:val="0"/>
          <w:numId w:val="1001"/>
        </w:numPr>
      </w:pPr>
      <w:r>
        <w:rPr>
          <w:b/>
          <w:bCs/>
        </w:rPr>
        <w:t xml:space="preserve">And then finally, your imagination also left out the</w:t>
      </w:r>
      <w:r>
        <w:rPr>
          <w:b/>
          <w:bCs/>
        </w:rPr>
        <w:t xml:space="preserve"> </w:t>
      </w:r>
      <w:r>
        <w:rPr>
          <w:b/>
          <w:bCs/>
          <w:u w:val="single"/>
        </w:rPr>
        <w:t xml:space="preserve">climax</w:t>
      </w:r>
      <w:r>
        <w:rPr>
          <w:b/>
          <w:bCs/>
        </w:rPr>
        <w:t xml:space="preserve"> </w:t>
      </w:r>
      <w:r>
        <w:rPr>
          <w:b/>
          <w:bCs/>
        </w:rPr>
        <w:t xml:space="preserve">of the evening when the dancing is finished, the judges have stopped whispering among themselves and the Master of Ceremonies collects their score cards and goes onto the stage to announce the winners.</w:t>
      </w:r>
      <w:r>
        <w:br/>
      </w:r>
      <w:r>
        <w:t xml:space="preserve">    (a) "spiritually renew" (a person) in a Christian ceremony  OR  initiate or purify by a challenging experience</w:t>
      </w:r>
      <w:r>
        <w:br/>
      </w:r>
      <w:r>
        <w:t xml:space="preserve">    (b) the most exciting or important part of a story, musical piece, or other thing that has a series of events</w:t>
      </w:r>
      <w:r>
        <w:br/>
      </w:r>
      <w:r>
        <w:t xml:space="preserve">    (c) treat something in an educated, intellectual way -- often excluding emotional or practical considerations</w:t>
      </w:r>
    </w:p>
    <w:p>
      <w:pPr>
        <w:pStyle w:val="Compact"/>
        <w:numPr>
          <w:ilvl w:val="0"/>
          <w:numId w:val="1001"/>
        </w:numPr>
      </w:pPr>
      <w:r>
        <w:rPr>
          <w:b/>
          <w:bCs/>
        </w:rPr>
        <w:t xml:space="preserve">To put my</w:t>
      </w:r>
      <w:r>
        <w:rPr>
          <w:b/>
          <w:bCs/>
        </w:rPr>
        <w:t xml:space="preserve"> </w:t>
      </w:r>
      <w:r>
        <w:rPr>
          <w:b/>
          <w:bCs/>
          <w:u w:val="single"/>
        </w:rPr>
        <w:t xml:space="preserve">thesis</w:t>
      </w:r>
      <w:r>
        <w:rPr>
          <w:b/>
          <w:bCs/>
        </w:rPr>
        <w:t xml:space="preserve"> </w:t>
      </w:r>
      <w:r>
        <w:rPr>
          <w:b/>
          <w:bCs/>
        </w:rPr>
        <w:t xml:space="preserve">in a nutshell: the war-dance has been replaced by the waltz.</w:t>
      </w:r>
      <w:r>
        <w:br/>
      </w:r>
      <w:r>
        <w:t xml:space="preserve">    (a) theory</w:t>
      </w:r>
      <w:r>
        <w:br/>
      </w:r>
      <w:r>
        <w:t xml:space="preserve">    (b) the state or degree of being able to be taken on as one's own</w:t>
      </w:r>
      <w:r>
        <w:br/>
      </w:r>
      <w:r>
        <w:t xml:space="preserve">    (c) not trustworthy with secrets, and/or conspicuous or obtrusive</w:t>
      </w:r>
    </w:p>
    <w:p>
      <w:pPr>
        <w:pStyle w:val="Compact"/>
        <w:numPr>
          <w:ilvl w:val="0"/>
          <w:numId w:val="1001"/>
        </w:numPr>
      </w:pPr>
      <w:r>
        <w:rPr>
          <w:b/>
          <w:bCs/>
        </w:rPr>
        <w:t xml:space="preserve">(</w:t>
      </w:r>
      <w:r>
        <w:rPr>
          <w:b/>
          <w:bCs/>
          <w:u w:val="single"/>
        </w:rPr>
        <w:t xml:space="preserve">perplexed</w:t>
      </w:r>
      <w:r>
        <w:rPr>
          <w:b/>
          <w:bCs/>
        </w:rPr>
        <w:t xml:space="preserve">) Why? What did I say?</w:t>
      </w:r>
      <w:r>
        <w:br/>
      </w:r>
      <w:r>
        <w:t xml:space="preserve">    (a) confused or puzzled</w:t>
      </w:r>
      <w:r>
        <w:br/>
      </w:r>
      <w:r>
        <w:t xml:space="preserve">    (b) excessively excited</w:t>
      </w:r>
      <w:r>
        <w:br/>
      </w:r>
      <w:r>
        <w:t xml:space="preserve">    (c) nervous or confused</w:t>
      </w:r>
    </w:p>
    <w:p>
      <w:pPr>
        <w:pStyle w:val="Compact"/>
        <w:numPr>
          <w:ilvl w:val="0"/>
          <w:numId w:val="1001"/>
        </w:numPr>
      </w:pPr>
      <w:r>
        <w:rPr>
          <w:b/>
          <w:bCs/>
        </w:rPr>
        <w:t xml:space="preserve">A</w:t>
      </w:r>
      <w:r>
        <w:rPr>
          <w:b/>
          <w:bCs/>
        </w:rPr>
        <w:t xml:space="preserve"> </w:t>
      </w:r>
      <w:r>
        <w:rPr>
          <w:b/>
          <w:bCs/>
          <w:u w:val="single"/>
        </w:rPr>
        <w:t xml:space="preserve">desolate</w:t>
      </w:r>
      <w:r>
        <w:rPr>
          <w:b/>
          <w:bCs/>
        </w:rPr>
        <w:t xml:space="preserve"> </w:t>
      </w:r>
      <w:r>
        <w:rPr>
          <w:b/>
          <w:bCs/>
        </w:rPr>
        <w:t xml:space="preserve">Hally doesn't move.</w:t>
      </w:r>
      <w:r>
        <w:br/>
      </w:r>
      <w:r>
        <w:t xml:space="preserve">    (a) make different; or show difference</w:t>
      </w:r>
      <w:r>
        <w:br/>
      </w:r>
      <w:r>
        <w:t xml:space="preserve">    (b) to cause something to move forward</w:t>
      </w:r>
      <w:r>
        <w:br/>
      </w:r>
      <w:r>
        <w:t xml:space="preserve">    (c) sad or miserable--and often lonely</w:t>
      </w:r>
    </w:p>
    <w:p>
      <w:pPr>
        <w:pStyle w:val="Compact"/>
        <w:numPr>
          <w:ilvl w:val="0"/>
          <w:numId w:val="1001"/>
        </w:numPr>
      </w:pPr>
      <w:r>
        <w:rPr>
          <w:b/>
          <w:bCs/>
        </w:rPr>
        <w:t xml:space="preserve">(SAM and WILLIE work away as</w:t>
      </w:r>
      <w:r>
        <w:rPr>
          <w:b/>
          <w:bCs/>
        </w:rPr>
        <w:t xml:space="preserve"> </w:t>
      </w:r>
      <w:r>
        <w:rPr>
          <w:b/>
          <w:bCs/>
          <w:u w:val="single"/>
        </w:rPr>
        <w:t xml:space="preserve">unobtrusively</w:t>
      </w:r>
      <w:r>
        <w:rPr>
          <w:b/>
          <w:bCs/>
        </w:rPr>
        <w:t xml:space="preserve"> </w:t>
      </w:r>
      <w:r>
        <w:rPr>
          <w:b/>
          <w:bCs/>
        </w:rPr>
        <w:t xml:space="preserve">as possible.)</w:t>
      </w:r>
      <w:r>
        <w:br/>
      </w:r>
      <w:r>
        <w:t xml:space="preserve">    (a) in a manner based on speech sounds (rather than on dictionary spelling)</w:t>
      </w:r>
      <w:r>
        <w:br/>
      </w:r>
      <w:r>
        <w:t xml:space="preserve">    (b) in a continuing manner -- especially despite difficulties or opposition</w:t>
      </w:r>
      <w:r>
        <w:br/>
      </w:r>
      <w:r>
        <w:t xml:space="preserve">    (c) in a manner that fits in so as not to attract much attention or disturb</w:t>
      </w:r>
    </w:p>
    <w:p>
      <w:pPr>
        <w:pStyle w:val="Compact"/>
        <w:numPr>
          <w:ilvl w:val="0"/>
          <w:numId w:val="1001"/>
        </w:numPr>
      </w:pPr>
      <w:r>
        <w:rPr>
          <w:b/>
          <w:bCs/>
        </w:rPr>
        <w:t xml:space="preserve">(his violence</w:t>
      </w:r>
      <w:r>
        <w:rPr>
          <w:b/>
          <w:bCs/>
        </w:rPr>
        <w:t xml:space="preserve"> </w:t>
      </w:r>
      <w:r>
        <w:rPr>
          <w:b/>
          <w:bCs/>
          <w:u w:val="single"/>
        </w:rPr>
        <w:t xml:space="preserve">ebbing</w:t>
      </w:r>
      <w:r>
        <w:rPr>
          <w:b/>
          <w:bCs/>
        </w:rPr>
        <w:t xml:space="preserve"> </w:t>
      </w:r>
      <w:r>
        <w:rPr>
          <w:b/>
          <w:bCs/>
        </w:rPr>
        <w:t xml:space="preserve">away into defeat as quickly as it flooded) You're right.</w:t>
      </w:r>
      <w:r>
        <w:br/>
      </w:r>
      <w:r>
        <w:t xml:space="preserve">    (a) declining</w:t>
      </w:r>
      <w:r>
        <w:br/>
      </w:r>
      <w:r>
        <w:t xml:space="preserve">    (b) supporting a beam, bracket, or other structure on only one side</w:t>
      </w:r>
      <w:r>
        <w:br/>
      </w:r>
      <w:r>
        <w:t xml:space="preserve">    (c) making uncomfortable (weighing heavily on the senses or spirit)</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2026-07-31T18:06:48Z</dcterms:created>
  <dcterms:modified xsi:type="dcterms:W3CDTF">2026-07-31T18:06:48Z</dcterms:modified>
</cp:coreProperties>
</file>

<file path=docProps/custom.xml><?xml version="1.0" encoding="utf-8"?>
<Properties xmlns="http://schemas.openxmlformats.org/officeDocument/2006/custom-properties" xmlns:vt="http://schemas.openxmlformats.org/officeDocument/2006/docPropsVTypes"/>
</file>