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56f328e68ee01792f932725a97d54c76caa7c83"/>
    <w:p>
      <w:pPr>
        <w:pStyle w:val="Heading1"/>
      </w:pPr>
      <w:r>
        <w:rPr>
          <w:b/>
          <w:bCs/>
        </w:rPr>
        <w:t xml:space="preserve">Mao’s Last Dancer</w:t>
      </w:r>
      <w:r>
        <w:br/>
      </w:r>
      <w:r>
        <w:rPr>
          <w:i/>
          <w:iCs/>
        </w:rPr>
        <w:t xml:space="preserve">Li Cunxin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commune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allocated</w:t>
      </w:r>
      <w:r>
        <w:rPr>
          <w:b/>
          <w:bCs/>
        </w:rPr>
        <w:t xml:space="preserve"> </w:t>
      </w:r>
      <w:r>
        <w:rPr>
          <w:b/>
          <w:bCs/>
        </w:rPr>
        <w:t xml:space="preserve">each family in the village a piece of land.</w:t>
      </w:r>
      <w:r>
        <w:br/>
      </w:r>
      <w:r>
        <w:t xml:space="preserve">    (a) selected (on a computer screen)</w:t>
      </w:r>
      <w:r>
        <w:br/>
      </w:r>
      <w:r>
        <w:t xml:space="preserve">    (b) took up or received into heaven</w:t>
      </w:r>
      <w:r>
        <w:br/>
      </w:r>
      <w:r>
        <w:t xml:space="preserve">    (c) set apart for a special purpose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My mother's earnings, as with all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peasants</w:t>
      </w:r>
      <w:r>
        <w:rPr>
          <w:b/>
          <w:bCs/>
        </w:rPr>
        <w:t xml:space="preserve">', depended on the weather and luck.</w:t>
      </w:r>
      <w:r>
        <w:br/>
      </w:r>
      <w:r>
        <w:t xml:space="preserve">    (a) organisms in the early stages of growth prior to birth, hatching, or sprouting; in humans organisms during the first eight weeks of development (prior to the fetal stage)</w:t>
      </w:r>
      <w:r>
        <w:br/>
      </w:r>
      <w:r>
        <w:t xml:space="preserve">    (b) used historically or possibly in relation to a very poor country:  people of low income, education, and social standing -- especially those who raise crops or livestock</w:t>
      </w:r>
      <w:r>
        <w:br/>
      </w:r>
      <w:r>
        <w:t xml:space="preserve">    (c) members of an artistic movement pioneered by Pablo Picasso and Georges Braque that featured surfaces of geometrical planes to depict three-dimensional organic forms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My joy and sadness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fluctuated</w:t>
      </w:r>
      <w:r>
        <w:rPr>
          <w:b/>
          <w:bCs/>
        </w:rPr>
        <w:t xml:space="preserve"> </w:t>
      </w:r>
      <w:r>
        <w:rPr>
          <w:b/>
          <w:bCs/>
        </w:rPr>
        <w:t xml:space="preserve">along with my niang's.</w:t>
      </w:r>
      <w:r>
        <w:br/>
      </w:r>
      <w:r>
        <w:t xml:space="preserve">    (a) not found guilty or forced into a bad situation</w:t>
      </w:r>
      <w:r>
        <w:br/>
      </w:r>
      <w:r>
        <w:t xml:space="preserve">    (b) alternately increased and decreased in quantity</w:t>
      </w:r>
      <w:r>
        <w:br/>
      </w:r>
      <w:r>
        <w:t xml:space="preserve">    (c) a non-doctor who assisted a women in childbirth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looked scary, comical—like an evil Beijing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Opera</w:t>
      </w:r>
      <w:r>
        <w:rPr>
          <w:b/>
          <w:bCs/>
        </w:rPr>
        <w:t xml:space="preserve"> </w:t>
      </w:r>
      <w:r>
        <w:rPr>
          <w:b/>
          <w:bCs/>
        </w:rPr>
        <w:t xml:space="preserve">character.</w:t>
      </w:r>
      <w:r>
        <w:br/>
      </w:r>
      <w:r>
        <w:t xml:space="preserve">    (a) the act of forcing into an undesired activity or situation -- such as legally sentencing someone to punishment  OR  the act of finding guilty -- especially in court</w:t>
      </w:r>
      <w:r>
        <w:br/>
      </w:r>
      <w:r>
        <w:t xml:space="preserve">    (b) a musical play with orchestra in which most of the dialogue is sung (or the art form that consists of such musicals; or describing something as related to that art form)</w:t>
      </w:r>
      <w:r>
        <w:br/>
      </w:r>
      <w:r>
        <w:t xml:space="preserve">    (c) a person with or something related to an eating disorder in which overeating is followed by guilt and unhealthy attempts at correction -- especially self-induced vomiting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was politically astute, and the head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propaganda</w:t>
      </w:r>
      <w:r>
        <w:rPr>
          <w:b/>
          <w:bCs/>
        </w:rPr>
        <w:t xml:space="preserve"> </w:t>
      </w:r>
      <w:r>
        <w:rPr>
          <w:b/>
          <w:bCs/>
        </w:rPr>
        <w:t xml:space="preserve">department for the Building Materials Bureau in Qingdao.</w:t>
      </w:r>
      <w:r>
        <w:br/>
      </w:r>
      <w:r>
        <w:t xml:space="preserve">    (a) a psychological disorder characterized by excessive distrust of others</w:t>
      </w:r>
      <w:r>
        <w:br/>
      </w:r>
      <w:r>
        <w:t xml:space="preserve">    (b) an approach to psychology that emphasizes observable measurable behavior</w:t>
      </w:r>
      <w:r>
        <w:br/>
      </w:r>
      <w:r>
        <w:t xml:space="preserve">    (c) one-sided information that is purposefully spread to influence opinions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tore down temples and shrines: Mao wanted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communism</w:t>
      </w:r>
      <w:r>
        <w:rPr>
          <w:b/>
          <w:bCs/>
        </w:rPr>
        <w:t xml:space="preserve"> </w:t>
      </w:r>
      <w:r>
        <w:rPr>
          <w:b/>
          <w:bCs/>
        </w:rPr>
        <w:t xml:space="preserve">to have no competition from other religions.</w:t>
      </w:r>
      <w:r>
        <w:br/>
      </w:r>
      <w:r>
        <w:t xml:space="preserve">    (a) a will (written instructions expressing how somebody wants their property distributed after they die)</w:t>
      </w:r>
      <w:r>
        <w:br/>
      </w:r>
      <w:r>
        <w:t xml:space="preserve">    (b) infectious disease characterized by inflammation of the tissues that surround the brain or spinal cord</w:t>
      </w:r>
      <w:r>
        <w:br/>
      </w:r>
      <w:r>
        <w:t xml:space="preserve">    (c) an economic system that abolishes private ownership of property with the goal of a classless society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If anyone looked up, he would be regarded as arrogant or too stubborn to change and too deeply influenced by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capitalist</w:t>
      </w:r>
      <w:r>
        <w:rPr>
          <w:b/>
          <w:bCs/>
        </w:rPr>
        <w:t xml:space="preserve"> </w:t>
      </w:r>
      <w:r>
        <w:rPr>
          <w:b/>
          <w:bCs/>
        </w:rPr>
        <w:t xml:space="preserve">filth.</w:t>
      </w:r>
      <w:r>
        <w:br/>
      </w:r>
      <w:r>
        <w:t xml:space="preserve">    (a) one who believes in an economic system based on voluntary exchange in a competitive environment with private ownership of property and businesses</w:t>
      </w:r>
      <w:r>
        <w:br/>
      </w:r>
      <w:r>
        <w:t xml:space="preserve">    (b) any of the military expeditions in the 11th to 13th centuries when Christian powers of Europe invaded Muslims in the Holy Land in the Middle East</w:t>
      </w:r>
      <w:r>
        <w:br/>
      </w:r>
      <w:r>
        <w:t xml:space="preserve">    (c) part of the brain responsible for hormone levels which influence such things as appetite, digestion, sexuality, circulation, emotions, and sleep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Despite seeing a few local healers, her sickness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persisted</w:t>
      </w:r>
      <w:r>
        <w:rPr>
          <w:b/>
          <w:bCs/>
        </w:rPr>
        <w:t xml:space="preserve"> </w:t>
      </w:r>
      <w:r>
        <w:rPr>
          <w:b/>
          <w:bCs/>
        </w:rPr>
        <w:t xml:space="preserve">and on the second night she had a strange dream: Na-na accused her and my dia of not looking after her.</w:t>
      </w:r>
      <w:r>
        <w:br/>
      </w:r>
      <w:r>
        <w:t xml:space="preserve">    (a) stuck out</w:t>
      </w:r>
      <w:r>
        <w:br/>
      </w:r>
      <w:r>
        <w:t xml:space="preserve">    (b) disagreed</w:t>
      </w:r>
      <w:r>
        <w:br/>
      </w:r>
      <w:r>
        <w:t xml:space="preserve">    (c) continued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hunter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ecstatic</w:t>
      </w:r>
      <w:r>
        <w:rPr>
          <w:b/>
          <w:bCs/>
        </w:rPr>
        <w:t xml:space="preserve">.</w:t>
      </w:r>
      <w:r>
        <w:br/>
      </w:r>
      <w:r>
        <w:t xml:space="preserve">    (a) intensely concerned</w:t>
      </w:r>
      <w:r>
        <w:br/>
      </w:r>
      <w:r>
        <w:t xml:space="preserve">    (b) feeling intense happiness and excitement</w:t>
      </w:r>
      <w:r>
        <w:br/>
      </w:r>
      <w:r>
        <w:t xml:space="preserve">    (c) deeply disappointed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sports teacher stood in front of everyone with a loudspeaker in hand and shouted out the eight exercise routines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accompanied</w:t>
      </w:r>
      <w:r>
        <w:rPr>
          <w:b/>
          <w:bCs/>
        </w:rPr>
        <w:t xml:space="preserve"> </w:t>
      </w:r>
      <w:r>
        <w:rPr>
          <w:b/>
          <w:bCs/>
        </w:rPr>
        <w:t xml:space="preserve">by recorded music.</w:t>
      </w:r>
      <w:r>
        <w:br/>
      </w:r>
      <w:r>
        <w:t xml:space="preserve">    (a) having multiple areas of control or concentration</w:t>
      </w:r>
      <w:r>
        <w:br/>
      </w:r>
      <w:r>
        <w:t xml:space="preserve">    (b) joined at the same time</w:t>
      </w:r>
      <w:r>
        <w:br/>
      </w:r>
      <w:r>
        <w:t xml:space="preserve">    (c) exercised privileges to which one is not entitled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frequently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accompanied</w:t>
      </w:r>
      <w:r>
        <w:rPr>
          <w:b/>
          <w:bCs/>
        </w:rPr>
        <w:t xml:space="preserve"> </w:t>
      </w:r>
      <w:r>
        <w:rPr>
          <w:b/>
          <w:bCs/>
        </w:rPr>
        <w:t xml:space="preserve">by a handsome retired dancer, or a retired opera singer, a movie actor or a Ping-Pong champion.</w:t>
      </w:r>
      <w:r>
        <w:br/>
      </w:r>
      <w:r>
        <w:t xml:space="preserve">    (a) joined</w:t>
      </w:r>
      <w:r>
        <w:br/>
      </w:r>
      <w:r>
        <w:t xml:space="preserve">    (b) got closer to</w:t>
      </w:r>
      <w:r>
        <w:br/>
      </w:r>
      <w:r>
        <w:t xml:space="preserve">    (c) made possible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Lin Biao had been planning a major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coup</w:t>
      </w:r>
      <w:r>
        <w:rPr>
          <w:b/>
          <w:bCs/>
        </w:rPr>
        <w:t xml:space="preserve"> </w:t>
      </w:r>
      <w:r>
        <w:rPr>
          <w:b/>
          <w:bCs/>
        </w:rPr>
        <w:t xml:space="preserve">for a number of years, and Chairman Mao had narrowly escaped several assassination attempts.</w:t>
      </w:r>
      <w:r>
        <w:br/>
      </w:r>
      <w:r>
        <w:t xml:space="preserve">    (a) sudden overthrow of a government by use of limited force</w:t>
      </w:r>
      <w:r>
        <w:br/>
      </w:r>
      <w:r>
        <w:t xml:space="preserve">    (b) tile designed to affect noise -- typically to decrease noise</w:t>
      </w:r>
      <w:r>
        <w:br/>
      </w:r>
      <w:r>
        <w:t xml:space="preserve">    (c) an important Christian ceremony such as baptism or communion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"Jeano, is it true that Mary McKendry is coming?" I asked our general manager eagerly.</w:t>
      </w:r>
      <w:r>
        <w:br/>
      </w:r>
      <w:r>
        <w:rPr>
          <w:b/>
          <w:bCs/>
        </w:rPr>
        <w:t xml:space="preserve">"Yes, a real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coup</w:t>
      </w:r>
      <w:r>
        <w:rPr>
          <w:b/>
          <w:bCs/>
        </w:rPr>
        <w:t xml:space="preserve">," he replied, beaming.</w:t>
      </w:r>
      <w:r>
        <w:br/>
      </w:r>
      <w:r>
        <w:t xml:space="preserve">    (a) brilliant and notable success</w:t>
      </w:r>
      <w:r>
        <w:br/>
      </w:r>
      <w:r>
        <w:t xml:space="preserve">    (b) measure of general intelligence</w:t>
      </w:r>
      <w:r>
        <w:br/>
      </w:r>
      <w:r>
        <w:t xml:space="preserve">    (c) a firm decision to do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Chairman Mao's communist theory about the so-called "three classes of people"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crucial</w:t>
      </w:r>
      <w:r>
        <w:rPr>
          <w:b/>
          <w:bCs/>
        </w:rPr>
        <w:t xml:space="preserve"> </w:t>
      </w:r>
      <w:r>
        <w:rPr>
          <w:b/>
          <w:bCs/>
        </w:rPr>
        <w:t xml:space="preserve">when selecting us.</w:t>
      </w:r>
      <w:r>
        <w:br/>
      </w:r>
      <w:r>
        <w:t xml:space="preserve">    (a) very important</w:t>
      </w:r>
      <w:r>
        <w:br/>
      </w:r>
      <w:r>
        <w:t xml:space="preserve">    (b) natural</w:t>
      </w:r>
      <w:r>
        <w:br/>
      </w:r>
      <w:r>
        <w:t xml:space="preserve">    (c) more than is needed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had absolute power and would become our political and ideological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mentors</w:t>
      </w:r>
      <w:r>
        <w:rPr>
          <w:b/>
          <w:bCs/>
        </w:rPr>
        <w:t xml:space="preserve">.</w:t>
      </w:r>
      <w:r>
        <w:br/>
      </w:r>
      <w:r>
        <w:t xml:space="preserve">    (a) expresses personal artistic ideas or feelings while performing (or performing to) someone else's work</w:t>
      </w:r>
      <w:r>
        <w:br/>
      </w:r>
      <w:r>
        <w:t xml:space="preserve">    (b) someone who guides and advises another who is less experienced; or the act of providing such guidance</w:t>
      </w:r>
      <w:r>
        <w:br/>
      </w:r>
      <w:r>
        <w:t xml:space="preserve">    (c) gradually destroys or changes the purpose of something -- such as a government, institution, or rule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Being freed from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consulate</w:t>
      </w:r>
      <w:r>
        <w:rPr>
          <w:b/>
          <w:bCs/>
        </w:rPr>
        <w:t xml:space="preserve"> </w:t>
      </w:r>
      <w:r>
        <w:rPr>
          <w:b/>
          <w:bCs/>
        </w:rPr>
        <w:t xml:space="preserve">with Elizabeth Mackey and Charles Foster With Barbara Bush at the White 11011se in 1991.</w:t>
      </w:r>
      <w:r>
        <w:br/>
      </w:r>
      <w:r>
        <w:t xml:space="preserve">    (a) a math value that tells how many times a number is multiplied by itself to reach another number -- often used to describe very big or very small quantities</w:t>
      </w:r>
      <w:r>
        <w:br/>
      </w:r>
      <w:r>
        <w:t xml:space="preserve">    (b) someone who believes in the teaching of Buddha -- that aims to end suffering by ending selfish desire and following a path of wisdom, ethics, and meditation</w:t>
      </w:r>
      <w:r>
        <w:br/>
      </w:r>
      <w:r>
        <w:t xml:space="preserve">    (c) a diplomat appointed by a government to live in a foreign country and help its citizens visiting that country; or the offices of that person and assistants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magical, and New York was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</w:t>
      </w:r>
      <w:r>
        <w:rPr>
          <w:b/>
          <w:bCs/>
        </w:rPr>
        <w:t xml:space="preserve">.</w:t>
      </w:r>
      <w:r>
        <w:br/>
      </w:r>
      <w:r>
        <w:t xml:space="preserve">    (a) the ability to take on or adopt</w:t>
      </w:r>
      <w:r>
        <w:br/>
      </w:r>
      <w:r>
        <w:t xml:space="preserve">    (b) where attention is concentrated</w:t>
      </w:r>
      <w:r>
        <w:br/>
      </w:r>
      <w:r>
        <w:t xml:space="preserve">    (c) calculating or judging too high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When I had danced this role at eighteen, I bashed through the performance,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focusing</w:t>
      </w:r>
      <w:r>
        <w:rPr>
          <w:b/>
          <w:bCs/>
        </w:rPr>
        <w:t xml:space="preserve"> </w:t>
      </w:r>
      <w:r>
        <w:rPr>
          <w:b/>
          <w:bCs/>
        </w:rPr>
        <w:t xml:space="preserve">only on the technical aspect of the role.</w:t>
      </w:r>
      <w:r>
        <w:br/>
      </w:r>
      <w:r>
        <w:t xml:space="preserve">    (a) stopping (something from happening)</w:t>
      </w:r>
      <w:r>
        <w:br/>
      </w:r>
      <w:r>
        <w:t xml:space="preserve">    (b) making someone want to do something</w:t>
      </w:r>
      <w:r>
        <w:br/>
      </w:r>
      <w:r>
        <w:t xml:space="preserve">    (c) concentrating, or looking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Ben's relationship with China mended after that trip and I was happy for him for that, but I still worried about the possible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implications</w:t>
      </w:r>
      <w:r>
        <w:rPr>
          <w:b/>
          <w:bCs/>
        </w:rPr>
        <w:t xml:space="preserve"> </w:t>
      </w:r>
      <w:r>
        <w:rPr>
          <w:b/>
          <w:bCs/>
        </w:rPr>
        <w:t xml:space="preserve">my defection might have had on my family and for several years I didn't write or call them, fearing I would get them into further trouble.</w:t>
      </w:r>
      <w:r>
        <w:br/>
      </w:r>
      <w:r>
        <w:t xml:space="preserve">    (a) supporters of dramatic change -- sometimes people fighting for overthrow of a government</w:t>
      </w:r>
      <w:r>
        <w:br/>
      </w:r>
      <w:r>
        <w:t xml:space="preserve">    (b) workplaces where people do scientific or medical research, or produce drugs or chemicals</w:t>
      </w:r>
      <w:r>
        <w:br/>
      </w:r>
      <w:r>
        <w:t xml:space="preserve">    (c) consequences or impact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Some of my relatives and friends had distanced themselves from my family, for fear of being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implicated</w:t>
      </w:r>
      <w:r>
        <w:rPr>
          <w:b/>
          <w:bCs/>
        </w:rPr>
        <w:t xml:space="preserve"> </w:t>
      </w:r>
      <w:r>
        <w:rPr>
          <w:b/>
          <w:bCs/>
        </w:rPr>
        <w:t xml:space="preserve">in my defection, but the officials never contacted my family again.</w:t>
      </w:r>
      <w:r>
        <w:br/>
      </w:r>
      <w:r>
        <w:t xml:space="preserve">    (a) not provided with investment funds</w:t>
      </w:r>
      <w:r>
        <w:br/>
      </w:r>
      <w:r>
        <w:t xml:space="preserve">    (b) accused of involvement</w:t>
      </w:r>
      <w:r>
        <w:br/>
      </w:r>
      <w:r>
        <w:t xml:space="preserve">    (c) not interacting; or not interested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2026-07-31T19:03:25Z</dcterms:created>
  <dcterms:modified xsi:type="dcterms:W3CDTF">2026-07-31T19:03:25Z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