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1c999690edf59c82e7ff9d952f30cc4a95fa2b"/>
    <w:p>
      <w:pPr>
        <w:pStyle w:val="Heading1"/>
      </w:pPr>
      <w:r>
        <w:rPr>
          <w:b/>
          <w:bCs/>
        </w:rPr>
        <w:t xml:space="preserve">Mansfield Park</w:t>
      </w:r>
      <w:r>
        <w:br/>
      </w:r>
      <w:r>
        <w:rPr>
          <w:i/>
          <w:iCs/>
        </w:rPr>
        <w:t xml:space="preserve">Jane Austen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passage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adapted</w:t>
      </w:r>
      <w:r>
        <w:rPr>
          <w:b/>
          <w:bCs/>
        </w:rPr>
        <w:t xml:space="preserve"> </w:t>
      </w:r>
      <w:r>
        <w:rPr>
          <w:b/>
          <w:bCs/>
        </w:rPr>
        <w:t xml:space="preserve">from Ralph Ellison,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Invisible Man</w:t>
      </w:r>
      <w:r>
        <w:rPr>
          <w:b/>
          <w:bCs/>
        </w:rPr>
        <w:t xml:space="preserve"> </w:t>
      </w:r>
      <w:r>
        <w:rPr>
          <w:b/>
          <w:bCs/>
        </w:rPr>
        <w:t xml:space="preserve">©1952.</w:t>
      </w:r>
      <w:r>
        <w:br/>
      </w:r>
      <w:r>
        <w:t xml:space="preserve">    (a) copied</w:t>
      </w:r>
      <w:r>
        <w:br/>
      </w:r>
      <w:r>
        <w:t xml:space="preserve">    (b) read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human spine is not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well adapted</w:t>
      </w:r>
      <w:r>
        <w:rPr>
          <w:b/>
          <w:bCs/>
        </w:rPr>
        <w:t xml:space="preserve"> </w:t>
      </w:r>
      <w:r>
        <w:rPr>
          <w:b/>
          <w:bCs/>
        </w:rPr>
        <w:t xml:space="preserve">to walking upright as we would like.</w:t>
      </w:r>
      <w:r>
        <w:br/>
      </w:r>
      <w:r>
        <w:t xml:space="preserve">    (a) well suited</w:t>
      </w:r>
      <w:r>
        <w:br/>
      </w:r>
      <w:r>
        <w:t xml:space="preserve">    (b) insured</w:t>
      </w:r>
      <w:r>
        <w:br/>
      </w:r>
      <w:r>
        <w:t xml:space="preserve">    (c) known widely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spoke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animated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silly</w:t>
      </w:r>
      <w:r>
        <w:br/>
      </w:r>
      <w:r>
        <w:t xml:space="preserve">    (b) enthusiastic</w:t>
      </w:r>
      <w:r>
        <w:br/>
      </w:r>
      <w:r>
        <w:t xml:space="preserve">    (c) soft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it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animate</w:t>
      </w:r>
      <w:r>
        <w:rPr>
          <w:b/>
          <w:bCs/>
        </w:rPr>
        <w:t xml:space="preserve"> </w:t>
      </w:r>
      <w:r>
        <w:rPr>
          <w:b/>
          <w:bCs/>
        </w:rPr>
        <w:t xml:space="preserve">noun?</w:t>
      </w:r>
      <w:r>
        <w:br/>
      </w:r>
      <w:r>
        <w:t xml:space="preserve">    (a) capitalized</w:t>
      </w:r>
      <w:r>
        <w:br/>
      </w:r>
      <w:r>
        <w:t xml:space="preserve">    (b) living</w:t>
      </w:r>
      <w:r>
        <w:br/>
      </w:r>
      <w:r>
        <w:t xml:space="preserve">    (c) countable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approval</w:t>
      </w:r>
      <w:r>
        <w:br/>
      </w:r>
      <w:r>
        <w:t xml:space="preserve">    (b) distrust</w:t>
      </w:r>
      <w:r>
        <w:br/>
      </w:r>
      <w:r>
        <w:t xml:space="preserve">    (c) sympathy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result</w:t>
      </w:r>
      <w:r>
        <w:br/>
      </w:r>
      <w:r>
        <w:t xml:space="preserve">    (b) important part</w:t>
      </w:r>
      <w:r>
        <w:br/>
      </w:r>
      <w:r>
        <w:t xml:space="preserve">    (c) unimportant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important</w:t>
      </w:r>
      <w:r>
        <w:br/>
      </w:r>
      <w:r>
        <w:t xml:space="preserve">    (b) harmful</w:t>
      </w:r>
      <w:r>
        <w:br/>
      </w:r>
      <w:r>
        <w:t xml:space="preserve">    (c) unethical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express</w:t>
      </w:r>
      <w:r>
        <w:br/>
      </w:r>
      <w:r>
        <w:t xml:space="preserve">    (b) understand</w:t>
      </w:r>
      <w:r>
        <w:br/>
      </w:r>
      <w:r>
        <w:t xml:space="preserve">    (c) accept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give service of</w:t>
      </w:r>
      <w:r>
        <w:br/>
      </w:r>
      <w:r>
        <w:t xml:space="preserve">    (b) transport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a method of counting</w:t>
      </w:r>
      <w:r>
        <w:br/>
      </w:r>
      <w:r>
        <w:t xml:space="preserve">    (b) voice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terrorism.</w:t>
      </w:r>
      <w:r>
        <w:br/>
      </w:r>
      <w:r>
        <w:t xml:space="preserve">    (a) show favor for</w:t>
      </w:r>
      <w:r>
        <w:br/>
      </w:r>
      <w:r>
        <w:t xml:space="preserve">    (b) discourage</w:t>
      </w:r>
      <w:r>
        <w:br/>
      </w:r>
      <w:r>
        <w:t xml:space="preserve">    (c) provide funds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act like a bull in a china shop, the negotiations will fail.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Delicacy</w:t>
      </w:r>
      <w:r>
        <w:rPr>
          <w:b/>
          <w:bCs/>
        </w:rPr>
        <w:t xml:space="preserve"> </w:t>
      </w:r>
      <w:r>
        <w:rPr>
          <w:b/>
          <w:bCs/>
        </w:rPr>
        <w:t xml:space="preserve">is required.</w:t>
      </w:r>
      <w:r>
        <w:br/>
      </w:r>
      <w:r>
        <w:t xml:space="preserve">    (a) sensitivity and tact</w:t>
      </w:r>
      <w:r>
        <w:br/>
      </w:r>
      <w:r>
        <w:t xml:space="preserve">    (b) thoughtful strategy</w:t>
      </w:r>
      <w:r>
        <w:br/>
      </w:r>
      <w:r>
        <w:t xml:space="preserve">    (c) teamwork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delicacy</w:t>
      </w:r>
      <w:r>
        <w:rPr>
          <w:b/>
          <w:bCs/>
        </w:rPr>
        <w:t xml:space="preserve"> </w:t>
      </w:r>
      <w:r>
        <w:rPr>
          <w:b/>
          <w:bCs/>
        </w:rPr>
        <w:t xml:space="preserve">in blending flavors makes her an outstanding chef.</w:t>
      </w:r>
      <w:r>
        <w:br/>
      </w:r>
      <w:r>
        <w:t xml:space="preserve">    (a) quick manner</w:t>
      </w:r>
      <w:r>
        <w:br/>
      </w:r>
      <w:r>
        <w:t xml:space="preserve">    (b) elegance</w:t>
      </w:r>
      <w:r>
        <w:br/>
      </w:r>
      <w:r>
        <w:t xml:space="preserve">    (c) creativity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mistakenly thought I could trust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discretion</w:t>
      </w:r>
      <w:r>
        <w:rPr>
          <w:b/>
          <w:bCs/>
        </w:rPr>
        <w:t xml:space="preserve">, so I gave her my cell phone number. Now I need a new number.</w:t>
      </w:r>
      <w:r>
        <w:br/>
      </w:r>
      <w:r>
        <w:t xml:space="preserve">    (a) wisdom to finish a job quickly</w:t>
      </w:r>
      <w:r>
        <w:br/>
      </w:r>
      <w:r>
        <w:t xml:space="preserve">    (b) ability to memorize important things</w:t>
      </w:r>
      <w:r>
        <w:br/>
      </w:r>
      <w:r>
        <w:t xml:space="preserve">    (c) behavior that does not reveal private information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count on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discretion</w:t>
      </w:r>
      <w:r>
        <w:rPr>
          <w:b/>
          <w:bCs/>
        </w:rPr>
        <w:t xml:space="preserve"> </w:t>
      </w:r>
      <w:r>
        <w:rPr>
          <w:b/>
          <w:bCs/>
        </w:rPr>
        <w:t xml:space="preserve">to recommend sound investments.</w:t>
      </w:r>
      <w:r>
        <w:br/>
      </w:r>
      <w:r>
        <w:t xml:space="preserve">    (a) information sources</w:t>
      </w:r>
      <w:r>
        <w:br/>
      </w:r>
      <w:r>
        <w:t xml:space="preserve">    (b) communication skills</w:t>
      </w:r>
      <w:r>
        <w:br/>
      </w:r>
      <w:r>
        <w:t xml:space="preserve">    (c) good judgment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bond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matrimony</w:t>
      </w:r>
      <w:r>
        <w:rPr>
          <w:b/>
          <w:bCs/>
        </w:rPr>
        <w:t xml:space="preserve"> </w:t>
      </w:r>
      <w:r>
        <w:rPr>
          <w:b/>
          <w:bCs/>
        </w:rPr>
        <w:t xml:space="preserve">lasted for over fifty years.</w:t>
      </w:r>
      <w:r>
        <w:br/>
      </w:r>
      <w:r>
        <w:t xml:space="preserve">    (a) friendship</w:t>
      </w:r>
      <w:r>
        <w:br/>
      </w:r>
      <w:r>
        <w:t xml:space="preserve">    (b) divorce</w:t>
      </w:r>
      <w:r>
        <w:br/>
      </w:r>
      <w:r>
        <w:t xml:space="preserve">    (c)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Researchers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a clear pattern in how the disease spreads through families.</w:t>
      </w:r>
      <w:r>
        <w:br/>
      </w:r>
      <w:r>
        <w:t xml:space="preserve">    (a) actively prevent</w:t>
      </w:r>
      <w:r>
        <w:br/>
      </w:r>
      <w:r>
        <w:t xml:space="preserve">    (b) carefully measure</w:t>
      </w:r>
      <w:r>
        <w:br/>
      </w:r>
      <w:r>
        <w:t xml:space="preserve">    (c) view or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one thing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 with the senses and another to understand its importance.</w:t>
      </w:r>
      <w:r>
        <w:br/>
      </w:r>
      <w:r>
        <w:t xml:space="preserve">    (a) become aware of</w:t>
      </w:r>
      <w:r>
        <w:br/>
      </w:r>
      <w:r>
        <w:t xml:space="preserve">    (b) physically touch</w:t>
      </w:r>
      <w:r>
        <w:br/>
      </w:r>
      <w:r>
        <w:t xml:space="preserve">    (c) clearly see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future</w:t>
      </w:r>
      <w:r>
        <w:br/>
      </w:r>
      <w:r>
        <w:t xml:space="preserve">    (b) other's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European Parliament refuses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trifled with</w:t>
      </w:r>
      <w:r>
        <w:rPr>
          <w:b/>
          <w:bCs/>
        </w:rPr>
        <w:t xml:space="preserve">.</w:t>
      </w:r>
      <w:r>
        <w:br/>
      </w:r>
      <w:r>
        <w:t xml:space="preserve">    (a) negotiated with</w:t>
      </w:r>
      <w:r>
        <w:br/>
      </w:r>
      <w:r>
        <w:t xml:space="preserve">    (b) argued with</w:t>
      </w:r>
      <w:r>
        <w:br/>
      </w:r>
      <w:r>
        <w:t xml:space="preserve">    (c) treated without respect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2026-07-31T14:48:06Z</dcterms:created>
  <dcterms:modified xsi:type="dcterms:W3CDTF">2026-07-31T14:48:06Z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