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be6409961ba09ee8a7517f512068d5d2ca8cee"/>
    <w:p>
      <w:pPr>
        <w:pStyle w:val="Heading1"/>
      </w:pPr>
      <w:r>
        <w:rPr>
          <w:b/>
          <w:bCs/>
        </w:rPr>
        <w:t xml:space="preserve">Mansfield Park</w:t>
      </w:r>
      <w:r>
        <w:br/>
      </w:r>
      <w:r>
        <w:rPr>
          <w:i/>
          <w:iCs/>
        </w:rPr>
        <w:t xml:space="preserve">Jane Austen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abstracted</w:t>
      </w:r>
      <w:r>
        <w:rPr>
          <w:b/>
          <w:bCs/>
        </w:rPr>
        <w:t xml:space="preserve"> </w:t>
      </w:r>
      <w:r>
        <w:rPr>
          <w:b/>
          <w:bCs/>
        </w:rPr>
        <w:t xml:space="preserve">look.</w:t>
      </w:r>
      <w:r>
        <w:br/>
      </w:r>
      <w:r>
        <w:t xml:space="preserve">    (a) questioning</w:t>
      </w:r>
      <w:r>
        <w:br/>
      </w:r>
      <w:r>
        <w:t xml:space="preserve">    (b) distracted</w:t>
      </w:r>
      <w:r>
        <w:br/>
      </w:r>
      <w:r>
        <w:t xml:space="preserve">    (c) beautiful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water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abstraction</w:t>
      </w:r>
      <w:r>
        <w:rPr>
          <w:b/>
          <w:bCs/>
        </w:rPr>
        <w:t xml:space="preserve"> </w:t>
      </w:r>
      <w:r>
        <w:rPr>
          <w:b/>
          <w:bCs/>
        </w:rPr>
        <w:t xml:space="preserve">license is required.</w:t>
      </w:r>
      <w:r>
        <w:br/>
      </w:r>
      <w:r>
        <w:t xml:space="preserve">    (a) knowledge</w:t>
      </w:r>
      <w:r>
        <w:br/>
      </w:r>
      <w:r>
        <w:t xml:space="preserve">    (b) removal</w:t>
      </w:r>
      <w:r>
        <w:br/>
      </w:r>
      <w:r>
        <w:t xml:space="preserve">    (c) of the sea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acquitted</w:t>
      </w:r>
      <w:r>
        <w:rPr>
          <w:b/>
          <w:bCs/>
        </w:rPr>
        <w:t xml:space="preserve"> </w:t>
      </w:r>
      <w:r>
        <w:rPr>
          <w:b/>
          <w:bCs/>
        </w:rPr>
        <w:t xml:space="preserve">herself well at the interview.</w:t>
      </w:r>
      <w:r>
        <w:br/>
      </w:r>
      <w:r>
        <w:t xml:space="preserve">    (a) tired</w:t>
      </w:r>
      <w:r>
        <w:br/>
      </w:r>
      <w:r>
        <w:t xml:space="preserve">    (b) exercised</w:t>
      </w:r>
      <w:r>
        <w:br/>
      </w:r>
      <w:r>
        <w:t xml:space="preserve">    (c) handled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drug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aggravates</w:t>
      </w:r>
      <w:r>
        <w:rPr>
          <w:b/>
          <w:bCs/>
        </w:rPr>
        <w:t xml:space="preserve"> </w:t>
      </w:r>
      <w:r>
        <w:rPr>
          <w:b/>
          <w:bCs/>
        </w:rPr>
        <w:t xml:space="preserve">the pain.</w:t>
      </w:r>
      <w:r>
        <w:br/>
      </w:r>
      <w:r>
        <w:t xml:space="preserve">    (a) makes better</w:t>
      </w:r>
      <w:r>
        <w:br/>
      </w:r>
      <w:r>
        <w:t xml:space="preserve">    (b) makes worse</w:t>
      </w:r>
      <w:r>
        <w:br/>
      </w:r>
      <w:r>
        <w:t xml:space="preserve">    (c) has no effect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defines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intelligence</w:t>
      </w:r>
      <w:r>
        <w:rPr>
          <w:b/>
          <w:bCs/>
        </w:rPr>
        <w:t xml:space="preserve"> </w:t>
      </w:r>
      <w:r>
        <w:rPr>
          <w:b/>
          <w:bCs/>
        </w:rPr>
        <w:t xml:space="preserve">as "the ability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apprehend</w:t>
      </w:r>
      <w:r>
        <w:rPr>
          <w:b/>
          <w:bCs/>
        </w:rPr>
        <w:t xml:space="preserve"> </w:t>
      </w:r>
      <w:r>
        <w:rPr>
          <w:b/>
          <w:bCs/>
        </w:rPr>
        <w:t xml:space="preserve">the interrelationships of presented facts in such a way as to guide action toward a desired goal."</w:t>
      </w:r>
      <w:r>
        <w:br/>
      </w:r>
      <w:r>
        <w:t xml:space="preserve">    (a) get along with</w:t>
      </w:r>
      <w:r>
        <w:br/>
      </w:r>
      <w:r>
        <w:t xml:space="preserve">    (b) interact with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it is better than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apprehend</w:t>
      </w:r>
      <w:r>
        <w:rPr>
          <w:b/>
          <w:bCs/>
        </w:rPr>
        <w:t xml:space="preserve">.</w:t>
      </w:r>
      <w:r>
        <w:br/>
      </w:r>
      <w:r>
        <w:t xml:space="preserve">    (a) can capture</w:t>
      </w:r>
      <w:r>
        <w:br/>
      </w:r>
      <w:r>
        <w:t xml:space="preserve">    (b) fear</w:t>
      </w:r>
      <w:r>
        <w:br/>
      </w:r>
      <w:r>
        <w:t xml:space="preserve">    (c) have seen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startled and thrilled with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painting.</w:t>
      </w:r>
      <w:r>
        <w:br/>
      </w:r>
      <w:r>
        <w:t xml:space="preserve">    (a) nervousness</w:t>
      </w:r>
      <w:r>
        <w:br/>
      </w:r>
      <w:r>
        <w:t xml:space="preserve">    (b) understanding</w:t>
      </w:r>
      <w:r>
        <w:br/>
      </w:r>
      <w:r>
        <w:t xml:space="preserve">    (c) capture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criticism</w:t>
      </w:r>
      <w:r>
        <w:br/>
      </w:r>
      <w:r>
        <w:t xml:space="preserve">    (b) disinterest</w:t>
      </w:r>
      <w:r>
        <w:br/>
      </w:r>
      <w:r>
        <w:t xml:space="preserve">    (c)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important to her future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felicity</w:t>
      </w:r>
      <w:r>
        <w:rPr>
          <w:b/>
          <w:bCs/>
        </w:rPr>
        <w:t xml:space="preserve">.</w:t>
      </w:r>
      <w:r>
        <w:br/>
      </w:r>
      <w:r>
        <w:t xml:space="preserve">    (a) career</w:t>
      </w:r>
      <w:r>
        <w:br/>
      </w:r>
      <w:r>
        <w:t xml:space="preserve">    (b) education</w:t>
      </w:r>
      <w:r>
        <w:br/>
      </w:r>
      <w:r>
        <w:t xml:space="preserve">    (c) happiness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her usual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felicity</w:t>
      </w:r>
      <w:r>
        <w:rPr>
          <w:b/>
          <w:bCs/>
        </w:rPr>
        <w:t xml:space="preserve"> </w:t>
      </w:r>
      <w:r>
        <w:rPr>
          <w:b/>
          <w:bCs/>
        </w:rPr>
        <w:t xml:space="preserve">of phrase, she said...</w:t>
      </w:r>
      <w:r>
        <w:br/>
      </w:r>
      <w:r>
        <w:t xml:space="preserve">    (a) pleasing and appropriate</w:t>
      </w:r>
      <w:r>
        <w:br/>
      </w:r>
      <w:r>
        <w:t xml:space="preserve">    (b) limited vocabulary</w:t>
      </w:r>
      <w:r>
        <w:br/>
      </w:r>
      <w:r>
        <w:t xml:space="preserve">    (c) understatement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family concerns</w:t>
      </w:r>
      <w:r>
        <w:br/>
      </w:r>
      <w:r>
        <w:t xml:space="preserve">    (b) financial loan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indolent</w:t>
      </w:r>
      <w:r>
        <w:rPr>
          <w:b/>
          <w:bCs/>
        </w:rPr>
        <w:t xml:space="preserve"> </w:t>
      </w:r>
      <w:r>
        <w:rPr>
          <w:b/>
          <w:bCs/>
        </w:rPr>
        <w:t xml:space="preserve">for med school.</w:t>
      </w:r>
      <w:r>
        <w:br/>
      </w:r>
      <w:r>
        <w:t xml:space="preserve">    (a) lazy</w:t>
      </w:r>
      <w:r>
        <w:br/>
      </w:r>
      <w:r>
        <w:t xml:space="preserve">    (b) kind</w:t>
      </w:r>
      <w:r>
        <w:br/>
      </w:r>
      <w:r>
        <w:t xml:space="preserve">    (c) calm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been seen</w:t>
      </w:r>
      <w:r>
        <w:br/>
      </w:r>
      <w:r>
        <w:t xml:space="preserve">    (b) hidden</w:t>
      </w:r>
      <w:r>
        <w:br/>
      </w:r>
      <w:r>
        <w:t xml:space="preserve">    (c) inserted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There's also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nominal</w:t>
      </w:r>
      <w:r>
        <w:rPr>
          <w:b/>
          <w:bCs/>
        </w:rPr>
        <w:t xml:space="preserve"> </w:t>
      </w:r>
      <w:r>
        <w:rPr>
          <w:b/>
          <w:bCs/>
        </w:rPr>
        <w:t xml:space="preserve">airport tax as you depart.</w:t>
      </w:r>
      <w:r>
        <w:br/>
      </w:r>
      <w:r>
        <w:t xml:space="preserve">    (a) exactness or accuracy</w:t>
      </w:r>
      <w:r>
        <w:br/>
      </w:r>
      <w:r>
        <w:t xml:space="preserve">    (b) able to be translated</w:t>
      </w:r>
      <w:r>
        <w:br/>
      </w:r>
      <w:r>
        <w:t xml:space="preserve">    (c) small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King became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nominal</w:t>
      </w:r>
      <w:r>
        <w:rPr>
          <w:b/>
          <w:bCs/>
        </w:rPr>
        <w:t xml:space="preserve"> </w:t>
      </w:r>
      <w:r>
        <w:rPr>
          <w:b/>
          <w:bCs/>
        </w:rPr>
        <w:t xml:space="preserve">monarch when he was forced to accept the constitution and democratic control of the state.</w:t>
      </w:r>
      <w:r>
        <w:br/>
      </w:r>
      <w:r>
        <w:t xml:space="preserve">    (a) in a manner that takes on or adopts</w:t>
      </w:r>
      <w:r>
        <w:br/>
      </w:r>
      <w:r>
        <w:t xml:space="preserve">    (b) in name, but not in reality</w:t>
      </w:r>
      <w:r>
        <w:br/>
      </w:r>
      <w:r>
        <w:t xml:space="preserve">    (c) full of strong desire for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Are there questions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relative</w:t>
      </w:r>
      <w:r>
        <w:rPr>
          <w:b/>
          <w:bCs/>
        </w:rPr>
        <w:t xml:space="preserve"> </w:t>
      </w:r>
      <w:r>
        <w:rPr>
          <w:b/>
          <w:bCs/>
        </w:rPr>
        <w:t xml:space="preserve">to our discussion?</w:t>
      </w:r>
      <w:r>
        <w:br/>
      </w:r>
      <w:r>
        <w:t xml:space="preserve">    (a) related to</w:t>
      </w:r>
      <w:r>
        <w:br/>
      </w:r>
      <w:r>
        <w:t xml:space="preserve">    (b) unrelated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received an invoice for $100 for services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rendered</w:t>
      </w:r>
      <w:r>
        <w:rPr>
          <w:b/>
          <w:bCs/>
        </w:rPr>
        <w:t xml:space="preserve">.</w:t>
      </w:r>
      <w:r>
        <w:br/>
      </w:r>
      <w:r>
        <w:t xml:space="preserve">    (a) described in writing</w:t>
      </w:r>
      <w:r>
        <w:br/>
      </w:r>
      <w:r>
        <w:t xml:space="preserve">    (b) provided or supplied</w:t>
      </w:r>
      <w:r>
        <w:br/>
      </w:r>
      <w:r>
        <w:t xml:space="preserve">    (c) to be performed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criticize</w:t>
      </w:r>
      <w:r>
        <w:br/>
      </w:r>
      <w:r>
        <w:t xml:space="preserve">    (b) compliment</w:t>
      </w:r>
      <w:r>
        <w:br/>
      </w:r>
      <w:r>
        <w:t xml:space="preserve">    (c) instruct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sanguine</w:t>
      </w:r>
      <w:r>
        <w:rPr>
          <w:b/>
          <w:bCs/>
        </w:rPr>
        <w:t xml:space="preserve"> </w:t>
      </w:r>
      <w:r>
        <w:rPr>
          <w:b/>
          <w:bCs/>
        </w:rPr>
        <w:t xml:space="preserve">reports point to an alarming trend.</w:t>
      </w:r>
      <w:r>
        <w:br/>
      </w:r>
      <w:r>
        <w:t xml:space="preserve">    (a) pessimistic</w:t>
      </w:r>
      <w:r>
        <w:br/>
      </w:r>
      <w:r>
        <w:t xml:space="preserve">    (b) thorough</w:t>
      </w:r>
      <w:r>
        <w:br/>
      </w:r>
      <w:r>
        <w:t xml:space="preserve">    (c) optimistic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known facts</w:t>
      </w:r>
      <w:r>
        <w:br/>
      </w:r>
      <w:r>
        <w:t xml:space="preserve">    (b) firmness of purpose</w:t>
      </w:r>
      <w:r>
        <w:br/>
      </w:r>
      <w:r>
        <w:t xml:space="preserve">    (c) principles that discourage certain kinds of action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2026-07-31T14:48:07Z</dcterms:created>
  <dcterms:modified xsi:type="dcterms:W3CDTF">2026-07-31T14:48:07Z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