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5ab5707381ce76d91a37280f788dbf378f2a76"/>
    <w:p>
      <w:pPr>
        <w:pStyle w:val="Heading1"/>
      </w:pPr>
      <w:r>
        <w:rPr>
          <w:b/>
          <w:bCs/>
        </w:rPr>
        <w:t xml:space="preserve">Man And Superman</w:t>
      </w:r>
      <w:r>
        <w:br/>
      </w:r>
      <w:r>
        <w:rPr>
          <w:i/>
          <w:iCs/>
        </w:rPr>
        <w:t xml:space="preserve">George Bernard Shaw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with anxiety</w:t>
      </w:r>
      <w:r>
        <w:br/>
      </w:r>
      <w:r>
        <w:t xml:space="preserve">    (b) someone who gives advice</w:t>
      </w:r>
      <w:r>
        <w:br/>
      </w:r>
      <w:r>
        <w:t xml:space="preserve">    (c) someone against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friend</w:t>
      </w:r>
      <w:r>
        <w:br/>
      </w:r>
      <w:r>
        <w:t xml:space="preserve">    (b) partner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Creativity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risky or dangerous</w:t>
      </w:r>
      <w:r>
        <w:br/>
      </w:r>
      <w:r>
        <w:t xml:space="preserve">    (b) useful</w:t>
      </w:r>
      <w:r>
        <w:br/>
      </w:r>
      <w:r>
        <w:t xml:space="preserve">    (c) developed or grown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she has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and unhappy.</w:t>
      </w:r>
      <w:r>
        <w:br/>
      </w:r>
      <w:r>
        <w:t xml:space="preserve">    (a) envious of friends</w:t>
      </w:r>
      <w:r>
        <w:br/>
      </w:r>
      <w:r>
        <w:t xml:space="preserve">    (b) trusting of strangers</w:t>
      </w:r>
      <w:r>
        <w:br/>
      </w:r>
      <w:r>
        <w:t xml:space="preserve">    (c) distrustful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compete</w:t>
      </w:r>
      <w:r>
        <w:br/>
      </w:r>
      <w:r>
        <w:t xml:space="preserve">    (b) wander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learns from others</w:t>
      </w:r>
      <w:r>
        <w:br/>
      </w:r>
      <w:r>
        <w:t xml:space="preserve">    (b) puzzles listeners</w:t>
      </w:r>
      <w:r>
        <w:br/>
      </w:r>
      <w:r>
        <w:t xml:space="preserve">    (c) teaches or instructs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allow</w:t>
      </w:r>
      <w:r>
        <w:br/>
      </w:r>
      <w:r>
        <w:t xml:space="preserve">    (b) require</w:t>
      </w:r>
      <w:r>
        <w:br/>
      </w:r>
      <w:r>
        <w:t xml:space="preserve">    (c) remind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loud and outgoing</w:t>
      </w:r>
      <w:r>
        <w:br/>
      </w:r>
      <w:r>
        <w:t xml:space="preserve">    (b) extremely attentive to detail</w:t>
      </w:r>
      <w:r>
        <w:br/>
      </w:r>
      <w:r>
        <w:t xml:space="preserve">    (c) careless and disorganized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disgraceful</w:t>
      </w:r>
      <w:r>
        <w:br/>
      </w:r>
      <w:r>
        <w:t xml:space="preserve">    (b) quick</w:t>
      </w:r>
      <w:r>
        <w:br/>
      </w:r>
      <w:r>
        <w:t xml:space="preserve">    (c) eventual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disproves</w:t>
      </w:r>
      <w:r>
        <w:br/>
      </w:r>
      <w:r>
        <w:t xml:space="preserve">    (b) makes clear</w:t>
      </w:r>
      <w:r>
        <w:br/>
      </w:r>
      <w:r>
        <w:t xml:space="preserve">    (c) 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directions include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identify each part.</w:t>
      </w:r>
      <w:r>
        <w:br/>
      </w:r>
      <w:r>
        <w:t xml:space="preserve">    (a) coded stickers</w:t>
      </w:r>
      <w:r>
        <w:br/>
      </w:r>
      <w:r>
        <w:t xml:space="preserve">    (b) drawings</w:t>
      </w:r>
      <w:r>
        <w:br/>
      </w:r>
      <w:r>
        <w:t xml:space="preserve">    (c) descriptions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defendant wear prison clothes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against the defendant.</w:t>
      </w:r>
      <w:r>
        <w:br/>
      </w:r>
      <w:r>
        <w:t xml:space="preserve">    (a) create an unfair belief in</w:t>
      </w:r>
      <w:r>
        <w:br/>
      </w:r>
      <w:r>
        <w:t xml:space="preserve">    (b) create a serious attitude in</w:t>
      </w:r>
      <w:r>
        <w:br/>
      </w:r>
      <w:r>
        <w:t xml:space="preserve">    (c) create a sympathetic belief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reimburse</w:t>
      </w:r>
      <w:r>
        <w:br/>
      </w:r>
      <w:r>
        <w:t xml:space="preserve">    (b) suffer</w:t>
      </w:r>
      <w:r>
        <w:br/>
      </w:r>
      <w:r>
        <w:t xml:space="preserve">    (c) apologize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rejection</w:t>
      </w:r>
      <w:r>
        <w:br/>
      </w:r>
      <w:r>
        <w:t xml:space="preserve">    (b) explanation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Lenders trust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property inspector.</w:t>
      </w:r>
      <w:r>
        <w:br/>
      </w:r>
      <w:r>
        <w:t xml:space="preserve">    (a) fast and cheap</w:t>
      </w:r>
      <w:r>
        <w:br/>
      </w:r>
      <w:r>
        <w:t xml:space="preserve">    (b) honest and careful</w:t>
      </w:r>
      <w:r>
        <w:br/>
      </w:r>
      <w:r>
        <w:t xml:space="preserve">    (c) loud and rude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Societies calling themselves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range from Western-style democracies to dictatorships.</w:t>
      </w:r>
      <w:r>
        <w:br/>
      </w:r>
      <w:r>
        <w:t xml:space="preserve">    (a) with an economic system based on government control of all important companies</w:t>
      </w:r>
      <w:r>
        <w:br/>
      </w:r>
      <w:r>
        <w:t xml:space="preserve">    (b) with an economic system that has a complete absence of political authority</w:t>
      </w:r>
      <w:r>
        <w:br/>
      </w:r>
      <w:r>
        <w:t xml:space="preserve">    (c) with an economic system based on private ownership of property and businesses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rest of the week when she learned she would not make the starting team.</w:t>
      </w:r>
      <w:r>
        <w:br/>
      </w:r>
      <w:r>
        <w:t xml:space="preserve">    (a) worked tirelessly to improve</w:t>
      </w:r>
      <w:r>
        <w:br/>
      </w:r>
      <w:r>
        <w:t xml:space="preserve">    (b) was angry and lashed out</w:t>
      </w:r>
      <w:r>
        <w:br/>
      </w:r>
      <w:r>
        <w:t xml:space="preserve">    (c) was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calm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temperament</w:t>
      </w:r>
      <w:r>
        <w:rPr>
          <w:b/>
          <w:bCs/>
        </w:rPr>
        <w:t xml:space="preserve"> </w:t>
      </w:r>
      <w:r>
        <w:rPr>
          <w:b/>
          <w:bCs/>
        </w:rPr>
        <w:t xml:space="preserve">helped her stay patient during the long delay.</w:t>
      </w:r>
      <w:r>
        <w:br/>
      </w:r>
      <w:r>
        <w:t xml:space="preserve">    (a) sudden mistake</w:t>
      </w:r>
      <w:r>
        <w:br/>
      </w:r>
      <w:r>
        <w:t xml:space="preserve">    (b) usual nature</w:t>
      </w:r>
      <w:r>
        <w:br/>
      </w:r>
      <w:r>
        <w:t xml:space="preserve">    (c) formal training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stale</w:t>
      </w:r>
      <w:r>
        <w:br/>
      </w:r>
      <w:r>
        <w:t xml:space="preserve">    (b) clever</w:t>
      </w:r>
      <w:r>
        <w:br/>
      </w:r>
      <w:r>
        <w:t xml:space="preserve">    (c) crude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2026-07-31T14:47:28Z</dcterms:created>
  <dcterms:modified xsi:type="dcterms:W3CDTF">2026-07-31T14:47:28Z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