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950e9eceab7ecf8e71f29fa5f0a8c12aeab8c8"/>
    <w:p>
      <w:pPr>
        <w:pStyle w:val="Heading1"/>
      </w:pPr>
      <w:r>
        <w:rPr>
          <w:b/>
          <w:bCs/>
        </w:rPr>
        <w:t xml:space="preserve">Man And Superman</w:t>
      </w:r>
      <w:r>
        <w:br/>
      </w:r>
      <w:r>
        <w:rPr>
          <w:i/>
          <w:iCs/>
        </w:rPr>
        <w:t xml:space="preserve">George Bernard Shaw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honey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adulterated</w:t>
      </w:r>
      <w:r>
        <w:rPr>
          <w:b/>
          <w:bCs/>
        </w:rPr>
        <w:t xml:space="preserve">.</w:t>
      </w:r>
      <w:r>
        <w:br/>
      </w:r>
      <w:r>
        <w:t xml:space="preserve">    (a) not pure</w:t>
      </w:r>
      <w:r>
        <w:br/>
      </w:r>
      <w:r>
        <w:t xml:space="preserve">    (b) organic</w:t>
      </w:r>
      <w:r>
        <w:br/>
      </w:r>
      <w:r>
        <w:t xml:space="preserve">    (c) inexpensive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 created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amorphous</w:t>
      </w:r>
      <w:r>
        <w:rPr>
          <w:b/>
          <w:bCs/>
        </w:rPr>
        <w:t xml:space="preserve"> </w:t>
      </w:r>
      <w:r>
        <w:rPr>
          <w:b/>
          <w:bCs/>
        </w:rPr>
        <w:t xml:space="preserve">sculpture that defied easy labels.</w:t>
      </w:r>
      <w:r>
        <w:br/>
      </w:r>
      <w:r>
        <w:t xml:space="preserve">    (a) sharply defined</w:t>
      </w:r>
      <w:r>
        <w:br/>
      </w:r>
      <w:r>
        <w:t xml:space="preserve">    (b) shapeless or vague</w:t>
      </w:r>
      <w:r>
        <w:br/>
      </w:r>
      <w:r>
        <w:t xml:space="preserve">    (c) perfectly 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self-denial</w:t>
      </w:r>
      <w:r>
        <w:br/>
      </w:r>
      <w:r>
        <w:t xml:space="preserve">    (b) spiritual mysticism</w:t>
      </w:r>
      <w:r>
        <w:br/>
      </w:r>
      <w:r>
        <w:t xml:space="preserve">    (c) sensual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star</w:t>
      </w:r>
      <w:r>
        <w:br/>
      </w:r>
      <w:r>
        <w:t xml:space="preserve">    (b) a flirt</w:t>
      </w:r>
      <w:r>
        <w:br/>
      </w:r>
      <w:r>
        <w:t xml:space="preserve">    (c) a dancer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talent, but 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egotistical</w:t>
      </w:r>
      <w:r>
        <w:rPr>
          <w:b/>
          <w:bCs/>
        </w:rPr>
        <w:t xml:space="preserve">.</w:t>
      </w:r>
      <w:r>
        <w:br/>
      </w:r>
      <w:r>
        <w:t xml:space="preserve">    (a) nervous</w:t>
      </w:r>
      <w:r>
        <w:br/>
      </w:r>
      <w:r>
        <w:t xml:space="preserve">    (b) conceited</w:t>
      </w:r>
      <w:r>
        <w:br/>
      </w:r>
      <w:r>
        <w:t xml:space="preserve">    (c) inexperienced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Internet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hypochondriac</w:t>
      </w:r>
      <w:r>
        <w:rPr>
          <w:b/>
          <w:bCs/>
        </w:rPr>
        <w:t xml:space="preserve">'s best friend.</w:t>
      </w:r>
      <w:r>
        <w:br/>
      </w:r>
      <w:r>
        <w:t xml:space="preserve">    (a) someone who worries excessively about imaginary illnesses</w:t>
      </w:r>
      <w:r>
        <w:br/>
      </w:r>
      <w:r>
        <w:t xml:space="preserve">    (b) someone who is attracted to conspiracy theories</w:t>
      </w:r>
      <w:r>
        <w:br/>
      </w:r>
      <w:r>
        <w:t xml:space="preserve">    (c) someone who likes to hear different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doubt about religion</w:t>
      </w:r>
      <w:r>
        <w:br/>
      </w:r>
      <w:r>
        <w:t xml:space="preserve">    (b) worship of physical idols</w:t>
      </w:r>
      <w:r>
        <w:br/>
      </w:r>
      <w:r>
        <w:t xml:space="preserve">    (c) rejection of all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completely still</w:t>
      </w:r>
      <w:r>
        <w:br/>
      </w:r>
      <w:r>
        <w:t xml:space="preserve">    (b) uncertain of how to proceed</w:t>
      </w:r>
      <w:r>
        <w:br/>
      </w:r>
      <w:r>
        <w:t xml:space="preserve">    (c) quivering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company’s CEO was forced to resign after allegations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licentious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including affairs with employees in the office.</w:t>
      </w:r>
      <w:r>
        <w:br/>
      </w:r>
      <w:r>
        <w:t xml:space="preserve">    (a) without a tendency to be full of thought</w:t>
      </w:r>
      <w:r>
        <w:br/>
      </w:r>
      <w:r>
        <w:t xml:space="preserve">    (b) sexual harassment</w:t>
      </w:r>
      <w:r>
        <w:br/>
      </w:r>
      <w:r>
        <w:t xml:space="preserve">    (c) socially unacceptable sexual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waiter praised every comment the celebrity made.</w:t>
      </w:r>
      <w:r>
        <w:br/>
      </w:r>
      <w:r>
        <w:t xml:space="preserve">    (a) too eager to please</w:t>
      </w:r>
      <w:r>
        <w:br/>
      </w:r>
      <w:r>
        <w:t xml:space="preserve">    (b) quick to complain</w:t>
      </w:r>
      <w:r>
        <w:br/>
      </w:r>
      <w:r>
        <w:t xml:space="preserve">    (c) hard to recognize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concern raised by the recent tragedy, this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time to introduce the legislation.</w:t>
      </w:r>
      <w:r>
        <w:br/>
      </w:r>
      <w:r>
        <w:t xml:space="preserve">    (a) difficult</w:t>
      </w:r>
      <w:r>
        <w:br/>
      </w:r>
      <w:r>
        <w:t xml:space="preserve">    (b) favorable</w:t>
      </w:r>
      <w:r>
        <w:br/>
      </w:r>
      <w:r>
        <w:t xml:space="preserve">    (c) unfavorable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story about a prince who changes places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</w:t>
      </w:r>
      <w:r>
        <w:rPr>
          <w:b/>
          <w:bCs/>
        </w:rPr>
        <w:t xml:space="preserve">.</w:t>
      </w:r>
      <w:r>
        <w:br/>
      </w:r>
      <w:r>
        <w:t xml:space="preserve">    (a) poor person</w:t>
      </w:r>
      <w:r>
        <w:br/>
      </w:r>
      <w:r>
        <w:t xml:space="preserve">    (b) wealthy person</w:t>
      </w:r>
      <w:r>
        <w:br/>
      </w:r>
      <w:r>
        <w:t xml:space="preserve">    (c) palace visitor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able to make clear with example, diagram, photo, etc.</w:t>
      </w:r>
      <w:r>
        <w:br/>
      </w:r>
      <w:r>
        <w:t xml:space="preserve">    (b) ordinary and uninteresting</w:t>
      </w:r>
      <w:r>
        <w:br/>
      </w:r>
      <w:r>
        <w:t xml:space="preserve">    (c) not concerned with what others might think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warmly welcomed</w:t>
      </w:r>
      <w:r>
        <w:br/>
      </w:r>
      <w:r>
        <w:t xml:space="preserve">    (c) highly amusing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visited every art museum in New York City, and she still wasn't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satiated</w:t>
      </w:r>
      <w:r>
        <w:rPr>
          <w:b/>
          <w:bCs/>
        </w:rPr>
        <w:t xml:space="preserve">.</w:t>
      </w:r>
      <w:r>
        <w:br/>
      </w:r>
      <w:r>
        <w:t xml:space="preserve">    (a) knowledgeable</w:t>
      </w:r>
      <w:r>
        <w:br/>
      </w:r>
      <w:r>
        <w:t xml:space="preserve">    (b) satisfied</w:t>
      </w:r>
      <w:r>
        <w:br/>
      </w:r>
      <w:r>
        <w:t xml:space="preserve">    (c)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press.</w:t>
      </w:r>
      <w:r>
        <w:br/>
      </w:r>
      <w:r>
        <w:t xml:space="preserve">    (a) aggressive</w:t>
      </w:r>
      <w:r>
        <w:br/>
      </w:r>
      <w:r>
        <w:t xml:space="preserve">    (b) submissive</w:t>
      </w:r>
      <w:r>
        <w:br/>
      </w:r>
      <w:r>
        <w:t xml:space="preserve">    (c) irresponsible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transfigured</w:t>
      </w:r>
      <w:r>
        <w:rPr>
          <w:b/>
          <w:bCs/>
        </w:rPr>
        <w:t xml:space="preserve"> </w:t>
      </w:r>
      <w:r>
        <w:rPr>
          <w:b/>
          <w:bCs/>
        </w:rPr>
        <w:t xml:space="preserve">by a spiritual awakening.</w:t>
      </w:r>
      <w:r>
        <w:br/>
      </w:r>
      <w:r>
        <w:t xml:space="preserve">    (a) completely changed</w:t>
      </w:r>
      <w:r>
        <w:br/>
      </w:r>
      <w:r>
        <w:t xml:space="preserve">    (b) barely affected</w:t>
      </w:r>
      <w:r>
        <w:br/>
      </w:r>
      <w:r>
        <w:t xml:space="preserve">    (c) deeply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wandering drifter</w:t>
      </w:r>
      <w:r>
        <w:br/>
      </w:r>
      <w:r>
        <w:t xml:space="preserve">    (b) wealthy landowner</w:t>
      </w:r>
      <w:r>
        <w:br/>
      </w:r>
      <w:r>
        <w:t xml:space="preserve">    (c) settled farmer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2026-07-31T14:47:29Z</dcterms:created>
  <dcterms:modified xsi:type="dcterms:W3CDTF">2026-07-31T14:47:29Z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