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0083d49c378ce32b2fbc1dd8ff03ac2ecd7768"/>
    <w:p>
      <w:pPr>
        <w:pStyle w:val="Heading1"/>
      </w:pPr>
      <w:r>
        <w:rPr>
          <w:b/>
          <w:bCs/>
        </w:rPr>
        <w:t xml:space="preserve">Man And Superman</w:t>
      </w:r>
      <w:r>
        <w:br/>
      </w:r>
      <w:r>
        <w:rPr>
          <w:i/>
          <w:iCs/>
        </w:rPr>
        <w:t xml:space="preserve">George Bernard Shaw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libertines are no more interesting from that point of view than the sailor who has a wife in every port, and Byron's hero is, after all, only a vagabond libertine.</w:t>
      </w:r>
      <w:r>
        <w:br/>
      </w:r>
      <w:r>
        <w:t xml:space="preserve">    (a) a person who wanders from town to town with no fixed home or job</w:t>
      </w:r>
      <w:r>
        <w:br/>
      </w:r>
      <w:r>
        <w:t xml:space="preserve">    (b) accept something undesired as unavoidable or the lesser of evils</w:t>
      </w:r>
      <w:r>
        <w:br/>
      </w:r>
      <w:r>
        <w:t xml:space="preserve">    (c) feel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to mere libertinism, you would be the first to remind me that the Festin de Pierre of Moliere is not a play for amorists, and that one bar of the voluptuous sentimentality of Gounod or Bizet would appear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licentious</w:t>
      </w:r>
      <w:r>
        <w:rPr>
          <w:b/>
          <w:bCs/>
        </w:rPr>
        <w:t xml:space="preserve"> </w:t>
      </w:r>
      <w:r>
        <w:rPr>
          <w:b/>
          <w:bCs/>
        </w:rPr>
        <w:t xml:space="preserve">stain on the score of Don Giovanni.</w:t>
      </w:r>
      <w:r>
        <w:br/>
      </w:r>
      <w:r>
        <w:t xml:space="preserve">    (a) lacking a tendency to be full of thought</w:t>
      </w:r>
      <w:r>
        <w:br/>
      </w:r>
      <w:r>
        <w:t xml:space="preserve">    (b) of socially unacceptable sexual behavior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</w:t>
      </w:r>
      <w:r>
        <w:rPr>
          <w:b/>
          <w:bCs/>
        </w:rPr>
        <w:t xml:space="preserve"> </w:t>
      </w:r>
      <w:r>
        <w:rPr>
          <w:b/>
          <w:bCs/>
        </w:rPr>
        <w:t xml:space="preserve">the product with aphrodisiacs nor dilute it with romance and water; for I am merely executing your commission, not producing a popular play for the market.</w:t>
      </w:r>
      <w:r>
        <w:br/>
      </w:r>
      <w:r>
        <w:t xml:space="preserve">    (a) corrupt, debase, or make impure by adding a foreign or inferior substance</w:t>
      </w:r>
      <w:r>
        <w:br/>
      </w:r>
      <w:r>
        <w:t xml:space="preserve">    (b) add fuel or stir a fire to make it burn hotter; or make feelings stronger</w:t>
      </w:r>
      <w:r>
        <w:br/>
      </w:r>
      <w:r>
        <w:t xml:space="preserve">    (c) a rough calculation or guess of a value, quantity, or extent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secret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 </w:t>
      </w:r>
      <w:r>
        <w:rPr>
          <w:b/>
          <w:bCs/>
        </w:rPr>
        <w:t xml:space="preserve">man's success, such as it is, is the simplicity with which he pursues these ends: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able to make clear with example, diagram, photo, etc.</w:t>
      </w:r>
      <w:r>
        <w:br/>
      </w:r>
      <w:r>
        <w:t xml:space="preserve">    (c) lacking anything unusual, interesting, or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Whether the artist becomes poet or philosopher, moralist or founder of a religion, his sexual doctrine is nothing but a barren special pleading for pleasure, excitement, and knowledge when he is young, and for contemplative tranquillity when he is old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not roughly calculated</w:t>
      </w:r>
      <w:r>
        <w:br/>
      </w:r>
      <w:r>
        <w:t xml:space="preserve">    (b) filled to satisfaction</w:t>
      </w:r>
      <w:r>
        <w:br/>
      </w:r>
      <w:r>
        <w:t xml:space="preserve">    (c) influenced or effected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Romance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... are equally unreal in the great Philistine world.</w:t>
      </w:r>
      <w:r>
        <w:br/>
      </w:r>
      <w:r>
        <w:t xml:space="preserve">    (a) the practice of self-denial (especially to encourage spiritual growth)</w:t>
      </w:r>
      <w:r>
        <w:br/>
      </w:r>
      <w:r>
        <w:t xml:space="preserve">    (b) a feeling of anger or unhappiness at having to accept something not liked</w:t>
      </w:r>
      <w:r>
        <w:br/>
      </w:r>
      <w:r>
        <w:t xml:space="preserve">    (c) Hitler's fanatical and oppressive political party in World War II Germany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multitude thus pronounces judgment on its own units: it admits itself unfit to govern, and will vote only for a man morphologically and generically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transfigured</w:t>
      </w:r>
      <w:r>
        <w:rPr>
          <w:b/>
          <w:bCs/>
        </w:rPr>
        <w:t xml:space="preserve"> </w:t>
      </w:r>
      <w:r>
        <w:rPr>
          <w:b/>
          <w:bCs/>
        </w:rPr>
        <w:t xml:space="preserve">by palatial residence and equipage, by transcendent tailoring, by the glamor of aristocratic kinship.</w:t>
      </w:r>
      <w:r>
        <w:br/>
      </w:r>
      <w:r>
        <w:t xml:space="preserve">    (a) completely changed the nature or appearance of</w:t>
      </w:r>
      <w:r>
        <w:br/>
      </w:r>
      <w:r>
        <w:t xml:space="preserve">    (b) held together (connected or united) or wrapped</w:t>
      </w:r>
      <w:r>
        <w:br/>
      </w:r>
      <w:r>
        <w:t xml:space="preserve">    (c) considered (for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Obsequiousness</w:t>
      </w:r>
      <w:r>
        <w:rPr>
          <w:b/>
          <w:bCs/>
        </w:rPr>
        <w:t xml:space="preserve">, servility, cupidity roused by the prevailing smell of money.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excessive eagerness to flatter or serve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Obsequiousness,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servility</w:t>
      </w:r>
      <w:r>
        <w:rPr>
          <w:b/>
          <w:bCs/>
        </w:rPr>
        <w:t xml:space="preserve">, cupidity roused by the prevailing smell of money.</w:t>
      </w:r>
      <w:r>
        <w:br/>
      </w:r>
      <w:r>
        <w:t xml:space="preserve">    (a) submissiveness -- often an attitude of someone who is so submissive or eager to serve and please that they seem to lack self-respect</w:t>
      </w:r>
      <w:r>
        <w:br/>
      </w:r>
      <w:r>
        <w:t xml:space="preserve">    (b) a government policy in which significantly less money is spent than normal; or any notable absence of luxury, comfort, or decoration</w:t>
      </w:r>
      <w:r>
        <w:br/>
      </w:r>
      <w:r>
        <w:t xml:space="preserve">    (c) the process of accepting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 I began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, to feel obligations, to find that veracity and honor were no longer goody-goody expressions in the mouths of grown up people, but compelling principles in myself.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moves again into position to work; or starts again</w:t>
      </w:r>
      <w:r>
        <w:br/>
      </w:r>
      <w:r>
        <w:t xml:space="preserve">    (c) prepares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[He turns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door]</w:t>
      </w:r>
      <w:r>
        <w:br/>
      </w:r>
      <w:r>
        <w:t xml:space="preserve">    (a) uncertain how to act or proceed</w:t>
      </w:r>
      <w:r>
        <w:br/>
      </w:r>
      <w:r>
        <w:t xml:space="preserve">    (b) in a manner that is not sincere</w:t>
      </w:r>
      <w:r>
        <w:br/>
      </w:r>
      <w:r>
        <w:t xml:space="preserve">    (c) in comparison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never exposed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to the test of domestic familiarity; and it lasted them to their graves.</w:t>
      </w:r>
      <w:r>
        <w:br/>
      </w:r>
      <w:r>
        <w:t xml:space="preserve">    (a) something that indirectly shows something else -- such as an indication, demonstration, expression, or representation of something</w:t>
      </w:r>
      <w:r>
        <w:br/>
      </w:r>
      <w:r>
        <w:t xml:space="preserve">    (b) Greek Mythology: one of the giant-sized gods who ruled the Earth until overthrown by Zeus (also the name of Saturn's largest moon)</w:t>
      </w:r>
      <w:r>
        <w:br/>
      </w:r>
      <w:r>
        <w:t xml:space="preserve">    (c) the worship of idols (physical objects representative of gods)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 admiration and devotion to something or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[with strong symptoms of moral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] I hope so</w:t>
      </w:r>
      <w:r>
        <w:br/>
      </w:r>
      <w:r>
        <w:t xml:space="preserve">    (a) strong disgust</w:t>
      </w:r>
      <w:r>
        <w:br/>
      </w:r>
      <w:r>
        <w:t xml:space="preserve">    (b) discouragement</w:t>
      </w:r>
      <w:r>
        <w:br/>
      </w:r>
      <w:r>
        <w:t xml:space="preserve">    (c) dissatisfaction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English policeman or Poor Law Guardian would recognize them as a selected band of tramps and ablebodied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paupers</w:t>
      </w:r>
      <w:r>
        <w:rPr>
          <w:b/>
          <w:bCs/>
        </w:rPr>
        <w:t xml:space="preserve">.</w:t>
      </w:r>
      <w:r>
        <w:br/>
      </w:r>
      <w:r>
        <w:t xml:space="preserve">    (a) things that don't change</w:t>
      </w:r>
      <w:r>
        <w:br/>
      </w:r>
      <w:r>
        <w:t xml:space="preserve">    (b) rejections or criticisms</w:t>
      </w:r>
      <w:r>
        <w:br/>
      </w:r>
      <w:r>
        <w:t xml:space="preserve">    (c) people who are very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Oh, by what irony of fate was this cold selfish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</w:t>
      </w:r>
      <w:r>
        <w:rPr>
          <w:b/>
          <w:bCs/>
        </w:rPr>
        <w:t xml:space="preserve"> </w:t>
      </w:r>
      <w:r>
        <w:rPr>
          <w:b/>
          <w:bCs/>
        </w:rPr>
        <w:t xml:space="preserve">sent to my kingdom, and you taken to the icy mansions of the sky!</w:t>
      </w:r>
      <w:r>
        <w:br/>
      </w:r>
      <w:r>
        <w:t xml:space="preserve">    (a) something accepted as true (without proof)</w:t>
      </w:r>
      <w:r>
        <w:br/>
      </w:r>
      <w:r>
        <w:t xml:space="preserve">    (b) someone who is conceited and self-centered</w:t>
      </w:r>
      <w:r>
        <w:br/>
      </w:r>
      <w:r>
        <w:t xml:space="preserve">    (c) relating to properties of sound or hearing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energy has gone to his brain and to his muscle.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more than is needed, desired, or required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replied that I was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hypochondriac</w:t>
      </w:r>
      <w:r>
        <w:rPr>
          <w:b/>
          <w:bCs/>
        </w:rPr>
        <w:t xml:space="preserve">; so they called me Ignoramus and went their way.</w:t>
      </w:r>
      <w:r>
        <w:br/>
      </w:r>
      <w:r>
        <w:t xml:space="preserve">    (a) people who are meeting -- especially a secret secret between lovers</w:t>
      </w:r>
      <w:r>
        <w:br/>
      </w:r>
      <w:r>
        <w:t xml:space="preserve">    (b) someone who publishes a falsehood that damages someone's reputation</w:t>
      </w:r>
      <w:r>
        <w:br/>
      </w:r>
      <w:r>
        <w:t xml:space="preserve">    (c) someone who worries excessively about imaginary, personal illnesses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 cannot will its own extinction either in its blind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amorphous</w:t>
      </w:r>
      <w:r>
        <w:rPr>
          <w:b/>
          <w:bCs/>
        </w:rPr>
        <w:t xml:space="preserve"> </w:t>
      </w:r>
      <w:r>
        <w:rPr>
          <w:b/>
          <w:bCs/>
        </w:rPr>
        <w:t xml:space="preserve">state or in any of the forms into which it has organized itself.</w:t>
      </w:r>
      <w:r>
        <w:br/>
      </w:r>
      <w:r>
        <w:t xml:space="preserve">    (a) not connected by blood or marriage</w:t>
      </w:r>
      <w:r>
        <w:br/>
      </w:r>
      <w:r>
        <w:t xml:space="preserve">    (b) degree to which things are related</w:t>
      </w:r>
      <w:r>
        <w:br/>
      </w:r>
      <w:r>
        <w:t xml:space="preserve">    (c) without clearly defined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another woman makes eyes at me, she'll refuse to know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coquette</w:t>
      </w:r>
      <w:r>
        <w:rPr>
          <w:b/>
          <w:bCs/>
        </w:rPr>
        <w:t xml:space="preserve">.</w:t>
      </w:r>
      <w:r>
        <w:br/>
      </w:r>
      <w:r>
        <w:t xml:space="preserve">    (a) to change to multiple areas of control or concentration (rather than just 1)</w:t>
      </w:r>
      <w:r>
        <w:br/>
      </w:r>
      <w:r>
        <w:t xml:space="preserve">    (b) a woman who is casually playful in a way that arouses sexual interest of men</w:t>
      </w:r>
      <w:r>
        <w:br/>
      </w:r>
      <w:r>
        <w:t xml:space="preserve">    (c) to investigate; or an investigation; or an instrument used for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Ann, musing on Violet's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advice, approaches Tanner; examines him humorously for a moment from toe to top; and finally delivers her opinion.</w:t>
      </w:r>
      <w:r>
        <w:br/>
      </w:r>
      <w:r>
        <w:t xml:space="preserve">    (a) favorable circumstances for a particular purpose -- especially the circumstance of good timing</w:t>
      </w:r>
      <w:r>
        <w:br/>
      </w:r>
      <w:r>
        <w:t xml:space="preserve">    (b) relating to a residential area located near the outer edge of a city where it isn't as crowded</w:t>
      </w:r>
      <w:r>
        <w:br/>
      </w:r>
      <w:r>
        <w:t xml:space="preserve">    (c) not relating to practice or belief that is long-established or was previously long-established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2026-07-31T14:47:29Z</dcterms:created>
  <dcterms:modified xsi:type="dcterms:W3CDTF">2026-07-31T14:47:29Z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