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488de85dbdbba2d966832ec8aff8a6d71e82037"/>
    <w:p>
      <w:pPr>
        <w:pStyle w:val="Heading1"/>
      </w:pPr>
      <w:r>
        <w:rPr>
          <w:b/>
          <w:bCs/>
        </w:rPr>
        <w:t xml:space="preserve">Major Barbara</w:t>
      </w:r>
      <w:r>
        <w:br/>
      </w:r>
      <w:r>
        <w:rPr>
          <w:i/>
          <w:iCs/>
        </w:rPr>
        <w:t xml:space="preserve">George Bernard Shaw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LADY BRITOMART [</w:t>
      </w:r>
      <w:r>
        <w:rPr>
          <w:b/>
          <w:bCs/>
          <w:u w:val="single"/>
        </w:rPr>
        <w:t xml:space="preserve">complacently</w:t>
      </w:r>
      <w:r>
        <w:rPr>
          <w:b/>
          <w:bCs/>
        </w:rPr>
        <w:t xml:space="preserve">] Yes: I have made a very good match for Sarah.</w:t>
      </w:r>
      <w:r>
        <w:br/>
      </w:r>
      <w:r>
        <w:t xml:space="preserve">    (a) with satisfaction or contentment (unworried and satisfied)</w:t>
      </w:r>
      <w:r>
        <w:br/>
      </w:r>
      <w:r>
        <w:t xml:space="preserve">    (b) in a manner that causes great mental or physical suffering</w:t>
      </w:r>
      <w:r>
        <w:br/>
      </w:r>
      <w:r>
        <w:t xml:space="preserve">    (c) in a manner that relates to properties of sound or hearing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LADY BRITOMART [rather taken aback by this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inference</w:t>
      </w:r>
      <w:r>
        <w:rPr>
          <w:b/>
          <w:bCs/>
        </w:rPr>
        <w:t xml:space="preserve">] Oh no. To do Andrew justice, that was not the sort of thing he did.</w:t>
      </w:r>
      <w:r>
        <w:br/>
      </w:r>
      <w:r>
        <w:t xml:space="preserve">    (a) purpose, job, or natural activity</w:t>
      </w:r>
      <w:r>
        <w:br/>
      </w:r>
      <w:r>
        <w:t xml:space="preserve">    (b) someone who expresses disapproval</w:t>
      </w:r>
      <w:r>
        <w:br/>
      </w:r>
      <w:r>
        <w:t xml:space="preserve">    (c) conclusion (reached by reasoning)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STEPHEN [</w:t>
      </w:r>
      <w:r>
        <w:rPr>
          <w:b/>
          <w:bCs/>
          <w:u w:val="single"/>
        </w:rPr>
        <w:t xml:space="preserve">dubiously</w:t>
      </w:r>
      <w:r>
        <w:rPr>
          <w:b/>
          <w:bCs/>
        </w:rPr>
        <w:t xml:space="preserve">] I am afraid I should make a poor hand of managing a cannon foundry.</w:t>
      </w:r>
      <w:r>
        <w:br/>
      </w:r>
      <w:r>
        <w:t xml:space="preserve">    (a) not capable of being found</w:t>
      </w:r>
      <w:r>
        <w:br/>
      </w:r>
      <w:r>
        <w:t xml:space="preserve">    (b) not in a self-aware manner</w:t>
      </w:r>
      <w:r>
        <w:br/>
      </w:r>
      <w:r>
        <w:t xml:space="preserve">    (c) doubtfully or suspiciously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STEPHEN [</w:t>
      </w:r>
      <w:r>
        <w:rPr>
          <w:b/>
          <w:bCs/>
          <w:u w:val="single"/>
        </w:rPr>
        <w:t xml:space="preserve">obstinately</w:t>
      </w:r>
      <w:r>
        <w:rPr>
          <w:b/>
          <w:bCs/>
        </w:rPr>
        <w:t xml:space="preserve">] I would die sooner than ask him for another penny.</w:t>
      </w:r>
      <w:r>
        <w:br/>
      </w:r>
      <w:r>
        <w:t xml:space="preserve">    (a) in an artificial manner to make an impression</w:t>
      </w:r>
      <w:r>
        <w:br/>
      </w:r>
      <w:r>
        <w:t xml:space="preserve">    (b) stubbornly unyielding to the wishes of others</w:t>
      </w:r>
      <w:r>
        <w:br/>
      </w:r>
      <w:r>
        <w:t xml:space="preserve">    (c) to almost be so, but not so strictly speaking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LOMAX [</w:t>
      </w:r>
      <w:r>
        <w:rPr>
          <w:b/>
          <w:bCs/>
          <w:u w:val="single"/>
        </w:rPr>
        <w:t xml:space="preserve">remonstrating</w:t>
      </w:r>
      <w:r>
        <w:rPr>
          <w:b/>
          <w:bCs/>
        </w:rPr>
        <w:t xml:space="preserve">] Oh I say!</w:t>
      </w:r>
      <w:r>
        <w:br/>
      </w:r>
      <w:r>
        <w:t xml:space="preserve">    (a) developing or changing gradually</w:t>
      </w:r>
      <w:r>
        <w:br/>
      </w:r>
      <w:r>
        <w:t xml:space="preserve">    (b) selecting (on a computer screen)</w:t>
      </w:r>
      <w:r>
        <w:br/>
      </w:r>
      <w:r>
        <w:t xml:space="preserve">    (c) arguing in protest or opposition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LADY BRITOMART [</w:t>
      </w:r>
      <w:r>
        <w:rPr>
          <w:b/>
          <w:bCs/>
          <w:u w:val="single"/>
        </w:rPr>
        <w:t xml:space="preserve">vehemently</w:t>
      </w:r>
      <w:r>
        <w:rPr>
          <w:b/>
          <w:bCs/>
        </w:rPr>
        <w:t xml:space="preserve">] I did, Charles.</w:t>
      </w:r>
      <w:r>
        <w:br/>
      </w:r>
      <w:r>
        <w:t xml:space="preserve">    (a) marked by extreme intensity -- especially emotion such as anger</w:t>
      </w:r>
      <w:r>
        <w:br/>
      </w:r>
      <w:r>
        <w:t xml:space="preserve">    (b) the manner in which things have generally been done in the past</w:t>
      </w:r>
      <w:r>
        <w:br/>
      </w:r>
      <w:r>
        <w:t xml:space="preserve">    (c) in a manner that shows a lack of integrity and money motivation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find myself in a specially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amiable</w:t>
      </w:r>
      <w:r>
        <w:rPr>
          <w:b/>
          <w:bCs/>
        </w:rPr>
        <w:t xml:space="preserve"> </w:t>
      </w:r>
      <w:r>
        <w:rPr>
          <w:b/>
          <w:bCs/>
        </w:rPr>
        <w:t xml:space="preserve">humor just now because, this morning, down at the foundry, we blew twenty-seven dummy soldiers into fragments with a gun which formerly destroyed only thirteen.</w:t>
      </w:r>
      <w:r>
        <w:br/>
      </w:r>
      <w:r>
        <w:t xml:space="preserve">    (a) friendly, agreeable, and likable</w:t>
      </w:r>
      <w:r>
        <w:br/>
      </w:r>
      <w:r>
        <w:t xml:space="preserve">    (b) important, serious, or dangerous</w:t>
      </w:r>
      <w:r>
        <w:br/>
      </w:r>
      <w:r>
        <w:t xml:space="preserve">    (c) not clear or easily identifiable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other words, some men are honest and some are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scoundrels</w:t>
      </w:r>
      <w:r>
        <w:rPr>
          <w:b/>
          <w:bCs/>
        </w:rPr>
        <w:t xml:space="preserve">.</w:t>
      </w:r>
      <w:r>
        <w:br/>
      </w:r>
      <w:r>
        <w:t xml:space="preserve">    (a) other battles with the same foe</w:t>
      </w:r>
      <w:r>
        <w:br/>
      </w:r>
      <w:r>
        <w:t xml:space="preserve">    (b) indications or small quantities</w:t>
      </w:r>
      <w:r>
        <w:br/>
      </w:r>
      <w:r>
        <w:t xml:space="preserve">    (c) people without moral principles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RUMMY [running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indignantly</w:t>
      </w:r>
      <w:r>
        <w:rPr>
          <w:b/>
          <w:bCs/>
        </w:rPr>
        <w:t xml:space="preserve"> </w:t>
      </w:r>
      <w:r>
        <w:rPr>
          <w:b/>
          <w:bCs/>
        </w:rPr>
        <w:t xml:space="preserve">to him to scold him].</w:t>
      </w:r>
      <w:r>
        <w:br/>
      </w:r>
      <w:r>
        <w:t xml:space="preserve">    (a) with surprise as something unexpected</w:t>
      </w:r>
      <w:r>
        <w:br/>
      </w:r>
      <w:r>
        <w:t xml:space="preserve">    (b) with anger or annoyance at something unjust or wrong</w:t>
      </w:r>
      <w:r>
        <w:br/>
      </w:r>
      <w:r>
        <w:t xml:space="preserve">    (c) with acceptance of something undesired as unavoidable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[Suddenly turning on her with intense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malice</w:t>
      </w:r>
      <w:r>
        <w:rPr>
          <w:b/>
          <w:bCs/>
        </w:rPr>
        <w:t xml:space="preserve">] And if I don't find Mog there, I'll come back and do two years for you, selp me Gawd if I don't</w:t>
      </w:r>
      <w:r>
        <w:br/>
      </w:r>
      <w:r>
        <w:t xml:space="preserve">    (a) the desire to hurt others or see them suffer</w:t>
      </w:r>
      <w:r>
        <w:br/>
      </w:r>
      <w:r>
        <w:t xml:space="preserve">    (b) the quality of lacking exactness or accuracy</w:t>
      </w:r>
      <w:r>
        <w:br/>
      </w:r>
      <w:r>
        <w:t xml:space="preserve">    (c) not adjusting a lens to create a clear image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[He sits down again, and stretches his legs in an attempt to seem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indifferent</w:t>
      </w:r>
      <w:r>
        <w:rPr>
          <w:b/>
          <w:bCs/>
        </w:rPr>
        <w:t xml:space="preserve">]</w:t>
      </w:r>
      <w:r>
        <w:br/>
      </w:r>
      <w:r>
        <w:t xml:space="preserve">    (a) able to be found</w:t>
      </w:r>
      <w:r>
        <w:br/>
      </w:r>
      <w:r>
        <w:t xml:space="preserve">    (b) without interest</w:t>
      </w:r>
      <w:r>
        <w:br/>
      </w:r>
      <w:r>
        <w:t xml:space="preserve">    (c) likely to change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Wot I done to er is not on me mawnd—wot she [indicating Barbara] might call on 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conscience</w:t>
      </w:r>
      <w:r>
        <w:rPr>
          <w:b/>
          <w:bCs/>
        </w:rPr>
        <w:t xml:space="preserve">—no more than stickin a pig.</w:t>
      </w:r>
      <w:r>
        <w:br/>
      </w:r>
      <w:r>
        <w:t xml:space="preserve">    (a) a complex carbohydrate that is the chief constituent of all plant tissues and fibers</w:t>
      </w:r>
      <w:r>
        <w:br/>
      </w:r>
      <w:r>
        <w:t xml:space="preserve">    (b) not planning to kill a person, but then intentionally killing in the heat of passion</w:t>
      </w:r>
      <w:r>
        <w:br/>
      </w:r>
      <w:r>
        <w:t xml:space="preserve">    (c) feeling or appraisal of having personally behaved in a morally right or wrong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BILL [</w:t>
      </w:r>
      <w:r>
        <w:rPr>
          <w:b/>
          <w:bCs/>
          <w:u w:val="single"/>
        </w:rPr>
        <w:t xml:space="preserve">cynically</w:t>
      </w:r>
      <w:r>
        <w:rPr>
          <w:b/>
          <w:bCs/>
        </w:rPr>
        <w:t xml:space="preserve">, aside to Barbara, his voice and accent horribly debased] Wot prawce Selvytion nah?</w:t>
      </w:r>
      <w:r>
        <w:br/>
      </w:r>
      <w:r>
        <w:t xml:space="preserve">    (a) someone who expects the worst -- especially of people (such as expecting them to be selfish and lie)</w:t>
      </w:r>
      <w:r>
        <w:br/>
      </w:r>
      <w:r>
        <w:t xml:space="preserve">    (b) in a manner that provokes, excites, or stimulates -- especially controversy, sexual desire, or anger</w:t>
      </w:r>
      <w:r>
        <w:br/>
      </w:r>
      <w:r>
        <w:t xml:space="preserve">    (c) while taking pains to avoid being observed; or in a nervous manner (as though hoping not to be seen)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enables</w:t>
      </w:r>
      <w:r>
        <w:rPr>
          <w:b/>
          <w:bCs/>
        </w:rPr>
        <w:t xml:space="preserve"> </w:t>
      </w:r>
      <w:r>
        <w:rPr>
          <w:b/>
          <w:bCs/>
        </w:rPr>
        <w:t xml:space="preserve">Parliament to do things at eleven at night that no sane person would do at eleven in the morning.</w:t>
      </w:r>
      <w:r>
        <w:br/>
      </w:r>
      <w:r>
        <w:t xml:space="preserve">    (a) makes possible</w:t>
      </w:r>
      <w:r>
        <w:br/>
      </w:r>
      <w:r>
        <w:t xml:space="preserve">    (b) stops fighting</w:t>
      </w:r>
      <w:r>
        <w:br/>
      </w:r>
      <w:r>
        <w:t xml:space="preserve">    (c) leaps or jumps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CUSINS [returning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impetuously</w:t>
      </w:r>
      <w:r>
        <w:rPr>
          <w:b/>
          <w:bCs/>
        </w:rPr>
        <w:t xml:space="preserve"> </w:t>
      </w:r>
      <w:r>
        <w:rPr>
          <w:b/>
          <w:bCs/>
        </w:rPr>
        <w:t xml:space="preserve">from the shelter with a flag and a trombone, and coming between Mrs Baines and Undershaft] You shall carry the flag down the first street, Mrs Baines [he gives her the flag].</w:t>
      </w:r>
      <w:r>
        <w:br/>
      </w:r>
      <w:r>
        <w:t xml:space="preserve">    (a) in a manner that shows care or concern for someone</w:t>
      </w:r>
      <w:r>
        <w:br/>
      </w:r>
      <w:r>
        <w:t xml:space="preserve">    (b) impulsively (acting suddenly without much thought)</w:t>
      </w:r>
      <w:r>
        <w:br/>
      </w:r>
      <w:r>
        <w:t xml:space="preserve">    (c) in the manner of a logical, systematic examination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only sat there and completed the wreck of my moral basis, the rout of 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convictions</w:t>
      </w:r>
      <w:r>
        <w:rPr>
          <w:b/>
          <w:bCs/>
        </w:rPr>
        <w:t xml:space="preserve">, the purchase of my soul.</w:t>
      </w:r>
      <w:r>
        <w:br/>
      </w:r>
      <w:r>
        <w:t xml:space="preserve">    (a) calculates or judges too low</w:t>
      </w:r>
      <w:r>
        <w:br/>
      </w:r>
      <w:r>
        <w:t xml:space="preserve">    (b) not working or not operating</w:t>
      </w:r>
      <w:r>
        <w:br/>
      </w:r>
      <w:r>
        <w:t xml:space="preserve">    (c) a strong, firmly held belief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CUSINS [disingenuously] Well—er—well, possibly, as a collector of religions— LOMAX [</w:t>
      </w:r>
      <w:r>
        <w:rPr>
          <w:b/>
          <w:bCs/>
          <w:u w:val="single"/>
        </w:rPr>
        <w:t xml:space="preserve">cunningly</w:t>
      </w:r>
      <w:r>
        <w:rPr>
          <w:b/>
          <w:bCs/>
        </w:rPr>
        <w:t xml:space="preserve">] Not as a drummer, though, you know.</w:t>
      </w:r>
      <w:r>
        <w:br/>
      </w:r>
      <w:r>
        <w:t xml:space="preserve">    (a) aka analytically -- in a manner that relates to a theory of psychiatry</w:t>
      </w:r>
      <w:r>
        <w:br/>
      </w:r>
      <w:r>
        <w:t xml:space="preserve">    (b) in a manner that impacts the natural world (life, air, water, land...)</w:t>
      </w:r>
      <w:r>
        <w:br/>
      </w:r>
      <w:r>
        <w:t xml:space="preserve">    (c) in a manner that is clever and typically that includes tricking others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Charles: if you must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drivel</w:t>
      </w:r>
      <w:r>
        <w:rPr>
          <w:b/>
          <w:bCs/>
        </w:rPr>
        <w:t xml:space="preserve">, drivel like a grown-up man and not like a schoolboy.</w:t>
      </w:r>
      <w:r>
        <w:br/>
      </w:r>
      <w:r>
        <w:t xml:space="preserve">    (a) not mirroring back (an image)</w:t>
      </w:r>
      <w:r>
        <w:br/>
      </w:r>
      <w:r>
        <w:t xml:space="preserve">    (b) not recognizable as different</w:t>
      </w:r>
      <w:r>
        <w:br/>
      </w:r>
      <w:r>
        <w:t xml:space="preserve">    (c) worthless talk or information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cannon is mounted on an experimental gun carriage: possibly the original model of the Undershaft disappearing rampart gun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alluded</w:t>
      </w:r>
      <w:r>
        <w:rPr>
          <w:b/>
          <w:bCs/>
        </w:rPr>
        <w:t xml:space="preserve"> </w:t>
      </w:r>
      <w:r>
        <w:rPr>
          <w:b/>
          <w:bCs/>
        </w:rPr>
        <w:t xml:space="preserve">to by Stephen.</w:t>
      </w:r>
      <w:r>
        <w:br/>
      </w:r>
      <w:r>
        <w:t xml:space="preserve">    (a) gained advantage from</w:t>
      </w:r>
      <w:r>
        <w:br/>
      </w:r>
      <w:r>
        <w:t xml:space="preserve">    (b) indirectly referenced</w:t>
      </w:r>
      <w:r>
        <w:br/>
      </w:r>
      <w:r>
        <w:t xml:space="preserve">    (c) marked important text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scraps its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obsolete</w:t>
      </w:r>
      <w:r>
        <w:rPr>
          <w:b/>
          <w:bCs/>
        </w:rPr>
        <w:t xml:space="preserve"> </w:t>
      </w:r>
      <w:r>
        <w:rPr>
          <w:b/>
          <w:bCs/>
        </w:rPr>
        <w:t xml:space="preserve">steam engines and dynamos; but it won't scrap its old prejudices and its old moralities and its old religions and its old political constitutions.</w:t>
      </w:r>
      <w:r>
        <w:br/>
      </w:r>
      <w:r>
        <w:t xml:space="preserve">    (a) no longer in general use because it was replaced by something better</w:t>
      </w:r>
      <w:r>
        <w:br/>
      </w:r>
      <w:r>
        <w:t xml:space="preserve">    (b) surprise -- often so much so that one doesn't know what to say or do</w:t>
      </w:r>
      <w:r>
        <w:br/>
      </w:r>
      <w:r>
        <w:t xml:space="preserve">    (c) an appropriate size, amount, or degree in relation to something else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2026-07-31T18:06:36Z</dcterms:created>
  <dcterms:modified xsi:type="dcterms:W3CDTF">2026-07-31T18:06:36Z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