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51dd0babf108a865552594076d2a6d564b5ee9"/>
    <w:p>
      <w:pPr>
        <w:pStyle w:val="Heading1"/>
      </w:pPr>
      <w:r>
        <w:rPr>
          <w:b/>
          <w:bCs/>
        </w:rPr>
        <w:t xml:space="preserve">Major Barbara</w:t>
      </w:r>
      <w:r>
        <w:br/>
      </w:r>
      <w:r>
        <w:rPr>
          <w:i/>
          <w:iCs/>
        </w:rPr>
        <w:t xml:space="preserve">George Bernard Shaw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will be glad to know that your grandfather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concurs</w:t>
      </w:r>
      <w:r>
        <w:rPr>
          <w:b/>
          <w:bCs/>
        </w:rPr>
        <w:t xml:space="preserve">.</w:t>
      </w:r>
      <w:r>
        <w:br/>
      </w:r>
      <w:r>
        <w:t xml:space="preserve">    (a) agrees</w:t>
      </w:r>
      <w:r>
        <w:br/>
      </w:r>
      <w:r>
        <w:t xml:space="preserve">    (b) trades</w:t>
      </w:r>
      <w:r>
        <w:br/>
      </w:r>
      <w:r>
        <w:t xml:space="preserve">    (c) copies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 since they made her a major in the Salvation Army she has developed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have her own way and order people about which quite cows me sometimes.</w:t>
      </w:r>
      <w:r>
        <w:br/>
      </w:r>
      <w:r>
        <w:t xml:space="preserve">    (a) tendency or inclination</w:t>
      </w:r>
      <w:r>
        <w:br/>
      </w:r>
      <w:r>
        <w:t xml:space="preserve">    (b) a subtle characteristic</w:t>
      </w:r>
      <w:r>
        <w:br/>
      </w:r>
      <w:r>
        <w:t xml:space="preserve">    (c)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a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, determined, tenacious, intolerant person who by mere force of character presents himself as—and indeed actually is—considerate, gentle, explanatory, even mild and apologetic, capable possibly of murder, but not of cruelty or coarseness.</w:t>
      </w:r>
      <w:r>
        <w:br/>
      </w:r>
      <w:r>
        <w:t xml:space="preserve">    (a) diminishing</w:t>
      </w:r>
      <w:r>
        <w:br/>
      </w:r>
      <w:r>
        <w:t xml:space="preserve">    (b) unyielding</w:t>
      </w:r>
      <w:r>
        <w:br/>
      </w:r>
      <w:r>
        <w:t xml:space="preserve">    (c) increasing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LADY BRITOMART [</w:t>
      </w:r>
      <w:r>
        <w:rPr>
          <w:b/>
          <w:bCs/>
          <w:u w:val="single"/>
        </w:rPr>
        <w:t xml:space="preserve">peremptorily</w:t>
      </w:r>
      <w:r>
        <w:rPr>
          <w:b/>
          <w:bCs/>
        </w:rPr>
        <w:t xml:space="preserve">] Sit down, all of you.</w:t>
      </w:r>
      <w:r>
        <w:br/>
      </w:r>
      <w:r>
        <w:t xml:space="preserve">    (a) in a manner that does not allow contradiction or refusal</w:t>
      </w:r>
      <w:r>
        <w:br/>
      </w:r>
      <w:r>
        <w:t xml:space="preserve">    (b) with low spirits (sadness, disappointment, hopelessness)</w:t>
      </w:r>
      <w:r>
        <w:br/>
      </w:r>
      <w:r>
        <w:t xml:space="preserve">    (c) in a manner that gradually destroys an established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 translate Charles Lomax's remarks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English for us?</w:t>
      </w:r>
      <w:r>
        <w:br/>
      </w:r>
      <w:r>
        <w:t xml:space="preserve">    (a) able to be taken on as one's own</w:t>
      </w:r>
      <w:r>
        <w:br/>
      </w:r>
      <w:r>
        <w:t xml:space="preserve">    (b) respected (with good reputation)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had scores of them through my hands: scoundrels, criminals, infidels,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philanthropists</w:t>
      </w:r>
      <w:r>
        <w:rPr>
          <w:b/>
          <w:bCs/>
        </w:rPr>
        <w:t xml:space="preserve">, missionaries, county councillors, all sorts.</w:t>
      </w:r>
      <w:r>
        <w:br/>
      </w:r>
      <w:r>
        <w:t xml:space="preserve">    (a) formulas (mathematical expressions--each of which describe a relationship between variables)</w:t>
      </w:r>
      <w:r>
        <w:br/>
      </w:r>
      <w:r>
        <w:t xml:space="preserve">    (b) helping others -- especially donating money to worthy causes; or an organization that does so</w:t>
      </w:r>
      <w:r>
        <w:br/>
      </w:r>
      <w:r>
        <w:t xml:space="preserve">    (c) certificates issued by a government or corporation that promise to repay a loan with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dear: I have conscientious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.</w:t>
      </w:r>
      <w:r>
        <w:br/>
      </w:r>
      <w:r>
        <w:t xml:space="preserve">    (a) prepares food in a way that keeps it from spoiling</w:t>
      </w:r>
      <w:r>
        <w:br/>
      </w:r>
      <w:r>
        <w:t xml:space="preserve">    (b) moves again into position to work; or starts again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true: I'm only an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</w:t>
      </w:r>
      <w:r>
        <w:rPr>
          <w:b/>
          <w:bCs/>
        </w:rPr>
        <w:t xml:space="preserve"> </w:t>
      </w:r>
      <w:r>
        <w:rPr>
          <w:b/>
          <w:bCs/>
        </w:rPr>
        <w:t xml:space="preserve">on the scrap heap.</w:t>
      </w:r>
      <w:r>
        <w:br/>
      </w:r>
      <w:r>
        <w:t xml:space="preserve">    (a) someone who is very poor</w:t>
      </w:r>
      <w:r>
        <w:br/>
      </w:r>
      <w:r>
        <w:t xml:space="preserve">    (b) someone who briefly sees</w:t>
      </w:r>
      <w:r>
        <w:br/>
      </w:r>
      <w:r>
        <w:t xml:space="preserve">    (c) one who formally rejects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</w:t>
      </w:r>
      <w:r>
        <w:rPr>
          <w:b/>
          <w:bCs/>
          <w:u w:val="single"/>
        </w:rPr>
        <w:t xml:space="preserve">Vindictively</w:t>
      </w:r>
      <w:r>
        <w:rPr>
          <w:b/>
          <w:bCs/>
        </w:rPr>
        <w:t xml:space="preserve">] Then I'm goin to Kennintahn arter her</w:t>
      </w:r>
      <w:r>
        <w:br/>
      </w:r>
      <w:r>
        <w:t xml:space="preserve">    (a) desirous of seeking revenge or wanting to hurt someone</w:t>
      </w:r>
      <w:r>
        <w:br/>
      </w:r>
      <w:r>
        <w:t xml:space="preserve">    (b) without concern for what others might think of oneself</w:t>
      </w:r>
      <w:r>
        <w:br/>
      </w:r>
      <w:r>
        <w:t xml:space="preserve">    (c) expressed in a manner that shows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 Undershaft: you are, as far as I am able to gather, a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old rascal; but you appeal very strongly to my sense of ironic humor.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very bad; or very annoying; or characteristic of hell or the underworld</w:t>
      </w:r>
      <w:r>
        <w:br/>
      </w:r>
      <w:r>
        <w:t xml:space="preserve">    (c) strict, firm, or hard (not giving in, not giving way, or not giving 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will set this gentleman's mind at ease by taking his pound, I will give the other ninety-nine [Bill, astounded by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opulence</w:t>
      </w:r>
      <w:r>
        <w:rPr>
          <w:b/>
          <w:bCs/>
        </w:rPr>
        <w:t xml:space="preserve">, instinctively touches his cap].</w:t>
      </w:r>
      <w:r>
        <w:br/>
      </w:r>
      <w:r>
        <w:t xml:space="preserve">    (a) magnificence or luxury</w:t>
      </w:r>
      <w:r>
        <w:br/>
      </w:r>
      <w:r>
        <w:t xml:space="preserve">    (b) not thinking carefully</w:t>
      </w:r>
      <w:r>
        <w:br/>
      </w:r>
      <w:r>
        <w:t xml:space="preserve">    (c) lowers moral standards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richness in natural alcohol made any addition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more than is needed, desired, or required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blessed foundling nowadays is snapped up in his infancy by Barnardo homes, or School Board officers, or Boards of Guardians; and if he shows the least ability, he is fastened on by schoolmasters; trained to win scholarships like a racehorse; crammed with secondhand ideas; drilled and disciplined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docility</w:t>
      </w:r>
      <w:r>
        <w:rPr>
          <w:b/>
          <w:bCs/>
        </w:rPr>
        <w:t xml:space="preserve"> </w:t>
      </w:r>
      <w:r>
        <w:rPr>
          <w:b/>
          <w:bCs/>
        </w:rPr>
        <w:t xml:space="preserve">and what they call good taste; and lamed for life so that he is fit for nothing but teaching.</w:t>
      </w:r>
      <w:r>
        <w:br/>
      </w:r>
      <w:r>
        <w:t xml:space="preserve">    (a) easily led or managed -- perhaps submissive or well-behaved</w:t>
      </w:r>
      <w:r>
        <w:br/>
      </w:r>
      <w:r>
        <w:t xml:space="preserve">    (b) the quality of inappropriateness in size, amount, or degree</w:t>
      </w:r>
      <w:r>
        <w:br/>
      </w:r>
      <w:r>
        <w:t xml:space="preserve">    (c) the condition of being exclusive to (someone or some group)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UNDERSHAFT [not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] Good afternoon.</w:t>
      </w:r>
      <w:r>
        <w:br/>
      </w:r>
      <w:r>
        <w:t xml:space="preserve">    (a) in a pleasing way</w:t>
      </w:r>
      <w:r>
        <w:br/>
      </w:r>
      <w:r>
        <w:t xml:space="preserve">    (b) in a skillful way</w:t>
      </w:r>
      <w:r>
        <w:br/>
      </w:r>
      <w:r>
        <w:t xml:space="preserve">    (c) in a friendly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afraid you would consider yourself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disparaged</w:t>
      </w:r>
      <w:r>
        <w:rPr>
          <w:b/>
          <w:bCs/>
        </w:rPr>
        <w:t xml:space="preserve"> </w:t>
      </w:r>
      <w:r>
        <w:rPr>
          <w:b/>
          <w:bCs/>
        </w:rPr>
        <w:t xml:space="preserve">and slighted.</w:t>
      </w:r>
      <w:r>
        <w:br/>
      </w:r>
      <w:r>
        <w:t xml:space="preserve">    (a) adjusted a lens to make an image clear</w:t>
      </w:r>
      <w:r>
        <w:br/>
      </w:r>
      <w:r>
        <w:t xml:space="preserve">    (b) criticized or made seem less important</w:t>
      </w:r>
      <w:r>
        <w:br/>
      </w:r>
      <w:r>
        <w:t xml:space="preserve">    (c) not good at concentrating on one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LADY BRITOMART [rising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interposing</w:t>
      </w:r>
      <w:r>
        <w:rPr>
          <w:b/>
          <w:bCs/>
        </w:rPr>
        <w:t xml:space="preserve">] Stephen: I cannot allow you to throw away an enormous property like this.</w:t>
      </w:r>
      <w:r>
        <w:br/>
      </w:r>
      <w:r>
        <w:t xml:space="preserve">    (a) to gradually take something like control, property, or rights from another</w:t>
      </w:r>
      <w:r>
        <w:br/>
      </w:r>
      <w:r>
        <w:t xml:space="preserve">    (b) (verb) creating, starting, or setting in a place  OR  (adjective) existing</w:t>
      </w:r>
      <w:r>
        <w:br/>
      </w:r>
      <w:r>
        <w:t xml:space="preserve">    (c) to insert between other elements; or to interrupt or stop action by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it is settled that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repudiate</w:t>
      </w:r>
      <w:r>
        <w:rPr>
          <w:b/>
          <w:bCs/>
        </w:rPr>
        <w:t xml:space="preserve"> </w:t>
      </w:r>
      <w:r>
        <w:rPr>
          <w:b/>
          <w:bCs/>
        </w:rPr>
        <w:t xml:space="preserve">the cannon business.</w:t>
      </w:r>
      <w:r>
        <w:br/>
      </w:r>
      <w:r>
        <w:t xml:space="preserve">    (a) work or operate</w:t>
      </w:r>
      <w:r>
        <w:br/>
      </w:r>
      <w:r>
        <w:t xml:space="preserve">    (b) help make clear</w:t>
      </w:r>
      <w:r>
        <w:br/>
      </w:r>
      <w:r>
        <w:t xml:space="preserve">    (c) strongly reject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STEPHEN [keeping his temper with difficulty] You are pleased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.</w:t>
      </w:r>
      <w:r>
        <w:br/>
      </w:r>
      <w:r>
        <w:t xml:space="preserve">    (a) unable or difficult to meet and talk with</w:t>
      </w:r>
      <w:r>
        <w:br/>
      </w:r>
      <w:r>
        <w:t xml:space="preserve">    (b) treating serious issues in a humorous way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found anything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discreditable</w:t>
      </w:r>
      <w:r>
        <w:rPr>
          <w:b/>
          <w:bCs/>
        </w:rPr>
        <w:t xml:space="preserve">?</w:t>
      </w:r>
      <w:r>
        <w:br/>
      </w:r>
      <w:r>
        <w:t xml:space="preserve">    (a) tending to damage the reputation of</w:t>
      </w:r>
      <w:r>
        <w:br/>
      </w:r>
      <w:r>
        <w:t xml:space="preserve">    (b) in a manner that takes on or adopts</w:t>
      </w:r>
      <w:r>
        <w:br/>
      </w:r>
      <w:r>
        <w:t xml:space="preserve">    (c) full of strong desire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good people prefer preaching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shirking</w:t>
      </w:r>
      <w:r>
        <w:rPr>
          <w:b/>
          <w:bCs/>
        </w:rPr>
        <w:t xml:space="preserve"> </w:t>
      </w:r>
      <w:r>
        <w:rPr>
          <w:b/>
          <w:bCs/>
        </w:rPr>
        <w:t xml:space="preserve">to buying my weapons and fighting the rascals, don't blame me.</w:t>
      </w:r>
      <w:r>
        <w:br/>
      </w:r>
      <w:r>
        <w:t xml:space="preserve">    (a) changing</w:t>
      </w:r>
      <w:r>
        <w:br/>
      </w:r>
      <w:r>
        <w:t xml:space="preserve">    (b) avoiding</w:t>
      </w:r>
      <w:r>
        <w:br/>
      </w:r>
      <w:r>
        <w:t xml:space="preserve">    (c) fighting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2026-07-31T18:06:36Z</dcterms:created>
  <dcterms:modified xsi:type="dcterms:W3CDTF">2026-07-31T18:06:36Z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