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a51eebf762e3b640cf486e260dc251b382a9f7"/>
    <w:p>
      <w:pPr>
        <w:pStyle w:val="Heading1"/>
      </w:pPr>
      <w:r>
        <w:rPr>
          <w:b/>
          <w:bCs/>
        </w:rPr>
        <w:t xml:space="preserve">Main Street</w:t>
      </w:r>
      <w:r>
        <w:br/>
      </w:r>
      <w:r>
        <w:rPr>
          <w:i/>
          <w:iCs/>
        </w:rPr>
        <w:t xml:space="preserve">Sinclair Lewis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advocates</w:t>
      </w:r>
      <w:r>
        <w:rPr>
          <w:b/>
          <w:bCs/>
        </w:rPr>
        <w:t xml:space="preserve"> </w:t>
      </w:r>
      <w:r>
        <w:rPr>
          <w:b/>
          <w:bCs/>
        </w:rPr>
        <w:t xml:space="preserve">giving all students the opportunity to attend school in the summer too.</w:t>
      </w:r>
      <w:r>
        <w:br/>
      </w:r>
      <w:r>
        <w:t xml:space="preserve">    (a) is against</w:t>
      </w:r>
      <w:r>
        <w:br/>
      </w:r>
      <w:r>
        <w:t xml:space="preserve">    (b) researches</w:t>
      </w:r>
      <w:r>
        <w:br/>
      </w:r>
      <w:r>
        <w:t xml:space="preserve">    (c) supports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Privacy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advocates</w:t>
      </w:r>
      <w:r>
        <w:rPr>
          <w:b/>
          <w:bCs/>
        </w:rPr>
        <w:t xml:space="preserve"> </w:t>
      </w:r>
      <w:r>
        <w:rPr>
          <w:b/>
          <w:bCs/>
        </w:rPr>
        <w:t xml:space="preserve">want the law changed.</w:t>
      </w:r>
      <w:r>
        <w:br/>
      </w:r>
      <w:r>
        <w:t xml:space="preserve">    (a) opponents</w:t>
      </w:r>
      <w:r>
        <w:br/>
      </w:r>
      <w:r>
        <w:t xml:space="preserve">    (b) supporters</w:t>
      </w:r>
      <w:r>
        <w:br/>
      </w:r>
      <w:r>
        <w:t xml:space="preserve">    (c) sufferers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amiable</w:t>
      </w:r>
      <w:r>
        <w:rPr>
          <w:b/>
          <w:bCs/>
        </w:rPr>
        <w:t xml:space="preserve"> </w:t>
      </w:r>
      <w:r>
        <w:rPr>
          <w:b/>
          <w:bCs/>
        </w:rPr>
        <w:t xml:space="preserve">gathering of old friends.</w:t>
      </w:r>
      <w:r>
        <w:br/>
      </w:r>
      <w:r>
        <w:t xml:space="preserve">    (a) friendly</w:t>
      </w:r>
      <w:r>
        <w:br/>
      </w:r>
      <w:r>
        <w:t xml:space="preserve">    (b) rare</w:t>
      </w:r>
      <w:r>
        <w:br/>
      </w:r>
      <w:r>
        <w:t xml:space="preserve">    (c) emotional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didn’t call herself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anarchist</w:t>
      </w:r>
      <w:r>
        <w:rPr>
          <w:b/>
          <w:bCs/>
        </w:rPr>
        <w:t xml:space="preserve">, but she refused to follow rules she saw as unfair.</w:t>
      </w:r>
      <w:r>
        <w:br/>
      </w:r>
      <w:r>
        <w:t xml:space="preserve">    (a) someone with anxiety</w:t>
      </w:r>
      <w:r>
        <w:br/>
      </w:r>
      <w:r>
        <w:t xml:space="preserve">    (b) someone against authority</w:t>
      </w:r>
      <w:r>
        <w:br/>
      </w:r>
      <w:r>
        <w:t xml:space="preserve">    (c) someone who gives advice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asserts</w:t>
      </w:r>
      <w:r>
        <w:rPr>
          <w:b/>
          <w:bCs/>
        </w:rPr>
        <w:t xml:space="preserve"> </w:t>
      </w:r>
      <w:r>
        <w:rPr>
          <w:b/>
          <w:bCs/>
        </w:rPr>
        <w:t xml:space="preserve">that her opponent lacks managerial experience.</w:t>
      </w:r>
      <w:r>
        <w:br/>
      </w:r>
      <w:r>
        <w:t xml:space="preserve">    (a) demonstrates</w:t>
      </w:r>
      <w:r>
        <w:br/>
      </w:r>
      <w:r>
        <w:t xml:space="preserve">    (b) proves</w:t>
      </w:r>
      <w:r>
        <w:br/>
      </w:r>
      <w:r>
        <w:t xml:space="preserve">    (c) says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Over the years, she has grown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cynical</w:t>
      </w:r>
      <w:r>
        <w:rPr>
          <w:b/>
          <w:bCs/>
        </w:rPr>
        <w:t xml:space="preserve"> </w:t>
      </w:r>
      <w:r>
        <w:rPr>
          <w:b/>
          <w:bCs/>
        </w:rPr>
        <w:t xml:space="preserve">and unhappy.</w:t>
      </w:r>
      <w:r>
        <w:br/>
      </w:r>
      <w:r>
        <w:t xml:space="preserve">    (a) distrustful of others</w:t>
      </w:r>
      <w:r>
        <w:br/>
      </w:r>
      <w:r>
        <w:t xml:space="preserve">    (b) trusting of strangers</w:t>
      </w:r>
      <w:r>
        <w:br/>
      </w:r>
      <w:r>
        <w:t xml:space="preserve">    (c) envious of friends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diffident</w:t>
      </w:r>
      <w:r>
        <w:rPr>
          <w:b/>
          <w:bCs/>
        </w:rPr>
        <w:t xml:space="preserve">; I can't imagine her as president of the organization.</w:t>
      </w:r>
      <w:r>
        <w:br/>
      </w:r>
      <w:r>
        <w:t xml:space="preserve">    (a) unassertive</w:t>
      </w:r>
      <w:r>
        <w:br/>
      </w:r>
      <w:r>
        <w:t xml:space="preserve">    (b) young</w:t>
      </w:r>
      <w:r>
        <w:br/>
      </w:r>
      <w:r>
        <w:t xml:space="preserve">    (c) argumentative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flippant</w:t>
      </w:r>
      <w:r>
        <w:rPr>
          <w:b/>
          <w:bCs/>
        </w:rPr>
        <w:t xml:space="preserve"> </w:t>
      </w:r>
      <w:r>
        <w:rPr>
          <w:b/>
          <w:bCs/>
        </w:rPr>
        <w:t xml:space="preserve">joke during the serious meeting upset the group.</w:t>
      </w:r>
      <w:r>
        <w:br/>
      </w:r>
      <w:r>
        <w:t xml:space="preserve">    (a) carefully researched</w:t>
      </w:r>
      <w:r>
        <w:br/>
      </w:r>
      <w:r>
        <w:t xml:space="preserve">    (b) not properly serious</w:t>
      </w:r>
      <w:r>
        <w:br/>
      </w:r>
      <w:r>
        <w:t xml:space="preserve">    (c) deeply respectful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Hospitals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impersonal</w:t>
      </w:r>
      <w:r>
        <w:rPr>
          <w:b/>
          <w:bCs/>
        </w:rPr>
        <w:t xml:space="preserve"> </w:t>
      </w:r>
      <w:r>
        <w:rPr>
          <w:b/>
          <w:bCs/>
        </w:rPr>
        <w:t xml:space="preserve">places, despite the caring staff.</w:t>
      </w:r>
      <w:r>
        <w:br/>
      </w:r>
      <w:r>
        <w:t xml:space="preserve">    (a) highly efficient and organized</w:t>
      </w:r>
      <w:r>
        <w:br/>
      </w:r>
      <w:r>
        <w:t xml:space="preserve">    (b) lacking warmth or personal connection</w:t>
      </w:r>
      <w:r>
        <w:br/>
      </w:r>
      <w:r>
        <w:t xml:space="preserve">    (c) difficult to truly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thrives at sifting through that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 </w:t>
      </w:r>
      <w:r>
        <w:rPr>
          <w:b/>
          <w:bCs/>
        </w:rPr>
        <w:t xml:space="preserve">detail.</w:t>
      </w:r>
      <w:r>
        <w:br/>
      </w:r>
      <w:r>
        <w:t xml:space="preserve">    (a) including even small considerations</w:t>
      </w:r>
      <w:r>
        <w:br/>
      </w:r>
      <w:r>
        <w:t xml:space="preserve">    (b) quickly eliminated</w:t>
      </w:r>
      <w:r>
        <w:br/>
      </w:r>
      <w:r>
        <w:t xml:space="preserve">    (c) available from prior research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always review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minutes</w:t>
      </w:r>
      <w:r>
        <w:rPr>
          <w:b/>
          <w:bCs/>
        </w:rPr>
        <w:t xml:space="preserve"> </w:t>
      </w:r>
      <w:r>
        <w:rPr>
          <w:b/>
          <w:bCs/>
        </w:rPr>
        <w:t xml:space="preserve">to make sure there are no errors.</w:t>
      </w:r>
      <w:r>
        <w:br/>
      </w:r>
      <w:r>
        <w:t xml:space="preserve">    (a) plans that detail how something will be done</w:t>
      </w:r>
      <w:r>
        <w:br/>
      </w:r>
      <w:r>
        <w:t xml:space="preserve">    (b) time that has just passed</w:t>
      </w:r>
      <w:r>
        <w:br/>
      </w:r>
      <w:r>
        <w:t xml:space="preserve">    (c) written record of what happened at a meeting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Researchers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a clear pattern in how the disease spreads through families.</w:t>
      </w:r>
      <w:r>
        <w:br/>
      </w:r>
      <w:r>
        <w:t xml:space="preserve">    (a) carefully measure</w:t>
      </w:r>
      <w:r>
        <w:br/>
      </w:r>
      <w:r>
        <w:t xml:space="preserve">    (b) actively prevent</w:t>
      </w:r>
      <w:r>
        <w:br/>
      </w:r>
      <w:r>
        <w:t xml:space="preserve">    (c) view or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one thing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something with the senses and another to understand its importance.</w:t>
      </w:r>
      <w:r>
        <w:br/>
      </w:r>
      <w:r>
        <w:t xml:space="preserve">    (a) become aware of</w:t>
      </w:r>
      <w:r>
        <w:br/>
      </w:r>
      <w:r>
        <w:t xml:space="preserve">    (b) physically touch</w:t>
      </w:r>
      <w:r>
        <w:br/>
      </w:r>
      <w:r>
        <w:t xml:space="preserve">    (c) clearly see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our team will win on Friday.</w:t>
      </w:r>
      <w:r>
        <w:br/>
      </w:r>
      <w:r>
        <w:t xml:space="preserve">    (a) happy</w:t>
      </w:r>
      <w:r>
        <w:br/>
      </w:r>
      <w:r>
        <w:t xml:space="preserve">    (b) certain</w:t>
      </w:r>
      <w:r>
        <w:br/>
      </w:r>
      <w:r>
        <w:t xml:space="preserve">    (c) pretty sure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Volunteering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impact on the whole neighborhood.</w:t>
      </w:r>
      <w:r>
        <w:br/>
      </w:r>
      <w:r>
        <w:t xml:space="preserve">    (a) harmful or damaging</w:t>
      </w:r>
      <w:r>
        <w:br/>
      </w:r>
      <w:r>
        <w:t xml:space="preserve">    (b) minor and unnoticed</w:t>
      </w:r>
      <w:r>
        <w:br/>
      </w:r>
      <w:r>
        <w:t xml:space="preserve">    (c) good or beneficial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Societies calling themselves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socialist</w:t>
      </w:r>
      <w:r>
        <w:rPr>
          <w:b/>
          <w:bCs/>
        </w:rPr>
        <w:t xml:space="preserve"> </w:t>
      </w:r>
      <w:r>
        <w:rPr>
          <w:b/>
          <w:bCs/>
        </w:rPr>
        <w:t xml:space="preserve">range from Western-style democracies to dictatorships.</w:t>
      </w:r>
      <w:r>
        <w:br/>
      </w:r>
      <w:r>
        <w:t xml:space="preserve">    (a) with an economic system based on government control of all important companies</w:t>
      </w:r>
      <w:r>
        <w:br/>
      </w:r>
      <w:r>
        <w:t xml:space="preserve">    (b) with an economic system that has a complete absence of political authority</w:t>
      </w:r>
      <w:r>
        <w:br/>
      </w:r>
      <w:r>
        <w:t xml:space="preserve">    (c) with an economic system based on private ownership of property and businesses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face showed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</w:t>
      </w:r>
      <w:r>
        <w:rPr>
          <w:b/>
          <w:bCs/>
        </w:rPr>
        <w:t xml:space="preserve"> </w:t>
      </w:r>
      <w:r>
        <w:rPr>
          <w:b/>
          <w:bCs/>
        </w:rPr>
        <w:t xml:space="preserve">indifference.</w:t>
      </w:r>
      <w:r>
        <w:br/>
      </w:r>
      <w:r>
        <w:t xml:space="preserve">    (a) bitter</w:t>
      </w:r>
      <w:r>
        <w:br/>
      </w:r>
      <w:r>
        <w:t xml:space="preserve">    (b) emotionless</w:t>
      </w:r>
      <w:r>
        <w:br/>
      </w:r>
      <w:r>
        <w:t xml:space="preserve">    (c)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supercilious</w:t>
      </w:r>
      <w:r>
        <w:rPr>
          <w:b/>
          <w:bCs/>
        </w:rPr>
        <w:t xml:space="preserve"> </w:t>
      </w:r>
      <w:r>
        <w:rPr>
          <w:b/>
          <w:bCs/>
        </w:rPr>
        <w:t xml:space="preserve">tone made everyone in the room feel inferior.</w:t>
      </w:r>
      <w:r>
        <w:br/>
      </w:r>
      <w:r>
        <w:t xml:space="preserve">    (a) shy and uncertain</w:t>
      </w:r>
      <w:r>
        <w:br/>
      </w:r>
      <w:r>
        <w:t xml:space="preserve">    (b) warm and welcoming</w:t>
      </w:r>
      <w:r>
        <w:br/>
      </w:r>
      <w:r>
        <w:t xml:space="preserve">    (c) haughty and disdainful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experiment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data that raised a new set of questions.</w:t>
      </w:r>
      <w:r>
        <w:br/>
      </w:r>
      <w:r>
        <w:t xml:space="preserve">    (a) produced</w:t>
      </w:r>
      <w:r>
        <w:br/>
      </w:r>
      <w:r>
        <w:t xml:space="preserve">    (b) destroyed</w:t>
      </w:r>
      <w:r>
        <w:br/>
      </w:r>
      <w:r>
        <w:t xml:space="preserve">    (c) slowed down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produced</w:t>
      </w:r>
      <w:r>
        <w:br/>
      </w:r>
      <w:r>
        <w:t xml:space="preserve">    (b) gave in</w:t>
      </w:r>
      <w:r>
        <w:br/>
      </w:r>
      <w:r>
        <w:t xml:space="preserve">    (c) added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2026-07-31T15:02:30Z</dcterms:created>
  <dcterms:modified xsi:type="dcterms:W3CDTF">2026-07-31T15:02:30Z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