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3e6c76be919e2504b9b2c35649e94fc87c48524"/>
    <w:p>
      <w:pPr>
        <w:pStyle w:val="Heading1"/>
      </w:pPr>
      <w:r>
        <w:rPr>
          <w:b/>
          <w:bCs/>
        </w:rPr>
        <w:t xml:space="preserve">Main Street</w:t>
      </w:r>
      <w:r>
        <w:br/>
      </w:r>
      <w:r>
        <w:rPr>
          <w:i/>
          <w:iCs/>
        </w:rPr>
        <w:t xml:space="preserve">Sinclair Lewis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customer satisfaction rating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abysmal</w:t>
      </w:r>
      <w:r>
        <w:rPr>
          <w:b/>
          <w:bCs/>
        </w:rPr>
        <w:t xml:space="preserve">.</w:t>
      </w:r>
      <w:r>
        <w:br/>
      </w:r>
      <w:r>
        <w:t xml:space="preserve">    (a) complicated</w:t>
      </w:r>
      <w:r>
        <w:br/>
      </w:r>
      <w:r>
        <w:t xml:space="preserve">    (b) fantastic</w:t>
      </w:r>
      <w:r>
        <w:br/>
      </w:r>
      <w:r>
        <w:t xml:space="preserve">    (c) very bad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doesn't think of him in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amorous</w:t>
      </w:r>
      <w:r>
        <w:rPr>
          <w:b/>
          <w:bCs/>
        </w:rPr>
        <w:t xml:space="preserve"> </w:t>
      </w:r>
      <w:r>
        <w:rPr>
          <w:b/>
          <w:bCs/>
        </w:rPr>
        <w:t xml:space="preserve">way.</w:t>
      </w:r>
      <w:r>
        <w:br/>
      </w:r>
      <w:r>
        <w:t xml:space="preserve">    (a) romantic or sexual</w:t>
      </w:r>
      <w:r>
        <w:br/>
      </w:r>
      <w:r>
        <w:t xml:space="preserve">    (b) logical or analytical</w:t>
      </w:r>
      <w:r>
        <w:br/>
      </w:r>
      <w:r>
        <w:t xml:space="preserve">    (c) light-hearted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innovative approach to solving problems earned her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approbation</w:t>
      </w:r>
      <w:r>
        <w:rPr>
          <w:b/>
          <w:bCs/>
        </w:rPr>
        <w:t xml:space="preserve"> </w:t>
      </w:r>
      <w:r>
        <w:rPr>
          <w:b/>
          <w:bCs/>
        </w:rPr>
        <w:t xml:space="preserve">of her peers.</w:t>
      </w:r>
      <w:r>
        <w:br/>
      </w:r>
      <w:r>
        <w:t xml:space="preserve">    (a) sympathy</w:t>
      </w:r>
      <w:r>
        <w:br/>
      </w:r>
      <w:r>
        <w:t xml:space="preserve">    (b) distrust</w:t>
      </w:r>
      <w:r>
        <w:br/>
      </w:r>
      <w:r>
        <w:t xml:space="preserve">    (c) approval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leader’s desire for absolute power led to the establishment of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autocracy</w:t>
      </w:r>
      <w:r>
        <w:rPr>
          <w:b/>
          <w:bCs/>
        </w:rPr>
        <w:t xml:space="preserve">.</w:t>
      </w:r>
      <w:r>
        <w:br/>
      </w:r>
      <w:r>
        <w:t xml:space="preserve">    (a) a government controlled by a small group</w:t>
      </w:r>
      <w:r>
        <w:br/>
      </w:r>
      <w:r>
        <w:t xml:space="preserve">    (b) a strict police force</w:t>
      </w:r>
      <w:r>
        <w:br/>
      </w:r>
      <w:r>
        <w:t xml:space="preserve">    (c) a government controlled by one person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story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banal</w:t>
      </w:r>
      <w:r>
        <w:rPr>
          <w:b/>
          <w:bCs/>
        </w:rPr>
        <w:t xml:space="preserve">, but it had beautiful cinematography.</w:t>
      </w:r>
      <w:r>
        <w:br/>
      </w:r>
      <w:r>
        <w:t xml:space="preserve">    (a) uninteresting</w:t>
      </w:r>
      <w:r>
        <w:br/>
      </w:r>
      <w:r>
        <w:t xml:space="preserve">    (b) complicated</w:t>
      </w:r>
      <w:r>
        <w:br/>
      </w:r>
      <w:r>
        <w:t xml:space="preserve">    (c) brutal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farm is 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bountiful</w:t>
      </w:r>
      <w:r>
        <w:rPr>
          <w:b/>
          <w:bCs/>
        </w:rPr>
        <w:t xml:space="preserve"> </w:t>
      </w:r>
      <w:r>
        <w:rPr>
          <w:b/>
          <w:bCs/>
        </w:rPr>
        <w:t xml:space="preserve">land.</w:t>
      </w:r>
      <w:r>
        <w:br/>
      </w:r>
      <w:r>
        <w:t xml:space="preserve">    (a) barren (unproductive)</w:t>
      </w:r>
      <w:r>
        <w:br/>
      </w:r>
      <w:r>
        <w:t xml:space="preserve">    (b) giving in abundance</w:t>
      </w:r>
      <w:r>
        <w:br/>
      </w:r>
      <w:r>
        <w:t xml:space="preserve">    (c) arid (dry)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wealthy family owned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chateau</w:t>
      </w:r>
      <w:r>
        <w:rPr>
          <w:b/>
          <w:bCs/>
        </w:rPr>
        <w:t xml:space="preserve"> </w:t>
      </w:r>
      <w:r>
        <w:rPr>
          <w:b/>
          <w:bCs/>
        </w:rPr>
        <w:t xml:space="preserve">in the wine region.</w:t>
      </w:r>
      <w:r>
        <w:br/>
      </w:r>
      <w:r>
        <w:t xml:space="preserve">    (a) a city studio</w:t>
      </w:r>
      <w:r>
        <w:br/>
      </w:r>
      <w:r>
        <w:t xml:space="preserve">    (b) a small shack</w:t>
      </w:r>
      <w:r>
        <w:br/>
      </w:r>
      <w:r>
        <w:t xml:space="preserve">    (c) a French manor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taught that she must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cleave</w:t>
      </w:r>
      <w:r>
        <w:rPr>
          <w:b/>
          <w:bCs/>
        </w:rPr>
        <w:t xml:space="preserve"> </w:t>
      </w:r>
      <w:r>
        <w:rPr>
          <w:b/>
          <w:bCs/>
        </w:rPr>
        <w:t xml:space="preserve">to God.</w:t>
      </w:r>
      <w:r>
        <w:br/>
      </w:r>
      <w:r>
        <w:t xml:space="preserve">    (a) give service</w:t>
      </w:r>
      <w:r>
        <w:br/>
      </w:r>
      <w:r>
        <w:t xml:space="preserve">    (b) pray sincerely</w:t>
      </w:r>
      <w:r>
        <w:br/>
      </w:r>
      <w:r>
        <w:t xml:space="preserve">    (c) hold firmly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need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decisive</w:t>
      </w:r>
      <w:r>
        <w:rPr>
          <w:b/>
          <w:bCs/>
        </w:rPr>
        <w:t xml:space="preserve"> </w:t>
      </w:r>
      <w:r>
        <w:rPr>
          <w:b/>
          <w:bCs/>
        </w:rPr>
        <w:t xml:space="preserve">leader who can act quickly without losing time in consultation.</w:t>
      </w:r>
      <w:r>
        <w:br/>
      </w:r>
      <w:r>
        <w:t xml:space="preserve">    (a) intelligent</w:t>
      </w:r>
      <w:r>
        <w:br/>
      </w:r>
      <w:r>
        <w:t xml:space="preserve">    (b) popular</w:t>
      </w:r>
      <w:r>
        <w:br/>
      </w:r>
      <w:r>
        <w:t xml:space="preserve">    (c) unhesitating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politician’s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nebulous</w:t>
      </w:r>
      <w:r>
        <w:rPr>
          <w:b/>
          <w:bCs/>
        </w:rPr>
        <w:t xml:space="preserve"> </w:t>
      </w:r>
      <w:r>
        <w:rPr>
          <w:b/>
          <w:bCs/>
        </w:rPr>
        <w:t xml:space="preserve">statements left the audience confused about his stance on the issue.</w:t>
      </w:r>
      <w:r>
        <w:br/>
      </w:r>
      <w:r>
        <w:t xml:space="preserve">    (a) concise or brief</w:t>
      </w:r>
      <w:r>
        <w:br/>
      </w:r>
      <w:r>
        <w:t xml:space="preserve">    (b) confident or assertive</w:t>
      </w:r>
      <w:r>
        <w:br/>
      </w:r>
      <w:r>
        <w:t xml:space="preserve">    (c) vague or unclear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betraying the team, she became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pariah</w:t>
      </w:r>
      <w:r>
        <w:rPr>
          <w:b/>
          <w:bCs/>
        </w:rPr>
        <w:t xml:space="preserve"> </w:t>
      </w:r>
      <w:r>
        <w:rPr>
          <w:b/>
          <w:bCs/>
        </w:rPr>
        <w:t xml:space="preserve">in the locker room.</w:t>
      </w:r>
      <w:r>
        <w:br/>
      </w:r>
      <w:r>
        <w:t xml:space="preserve">    (a) trusted leader</w:t>
      </w:r>
      <w:r>
        <w:br/>
      </w:r>
      <w:r>
        <w:t xml:space="preserve">    (b) new visitor</w:t>
      </w:r>
      <w:r>
        <w:br/>
      </w:r>
      <w:r>
        <w:t xml:space="preserve">    (c) social outcast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hearing all the rumors, the real explanation turned out to be surprisingly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prosaic</w:t>
      </w:r>
      <w:r>
        <w:rPr>
          <w:b/>
          <w:bCs/>
        </w:rPr>
        <w:t xml:space="preserve">.</w:t>
      </w:r>
      <w:r>
        <w:br/>
      </w:r>
      <w:r>
        <w:t xml:space="preserve">    (a) ordinary and uninteresting</w:t>
      </w:r>
      <w:r>
        <w:br/>
      </w:r>
      <w:r>
        <w:t xml:space="preserve">    (b) able to make clear with example, diagram, photo, etc.</w:t>
      </w:r>
      <w:r>
        <w:br/>
      </w:r>
      <w:r>
        <w:t xml:space="preserve">    (c) not concerned with what others might think of oneself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don't want to spoil her, but I don't have the heart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reprove</w:t>
      </w:r>
      <w:r>
        <w:rPr>
          <w:b/>
          <w:bCs/>
        </w:rPr>
        <w:t xml:space="preserve"> </w:t>
      </w:r>
      <w:r>
        <w:rPr>
          <w:b/>
          <w:bCs/>
        </w:rPr>
        <w:t xml:space="preserve">her.</w:t>
      </w:r>
      <w:r>
        <w:br/>
      </w:r>
      <w:r>
        <w:t xml:space="preserve">    (a) instruct</w:t>
      </w:r>
      <w:r>
        <w:br/>
      </w:r>
      <w:r>
        <w:t xml:space="preserve">    (b) compliment</w:t>
      </w:r>
      <w:r>
        <w:br/>
      </w:r>
      <w:r>
        <w:t xml:space="preserve">    (c) criticize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spurious</w:t>
      </w:r>
      <w:r>
        <w:rPr>
          <w:b/>
          <w:bCs/>
        </w:rPr>
        <w:t xml:space="preserve"> </w:t>
      </w:r>
      <w:r>
        <w:rPr>
          <w:b/>
          <w:bCs/>
        </w:rPr>
        <w:t xml:space="preserve">claim has already been dismissed by the court.</w:t>
      </w:r>
      <w:r>
        <w:br/>
      </w:r>
      <w:r>
        <w:t xml:space="preserve">    (a) the quality of behaving in an instinctive, uninhibited, and unplanned manner</w:t>
      </w:r>
      <w:r>
        <w:br/>
      </w:r>
      <w:r>
        <w:t xml:space="preserve">    (b) false</w:t>
      </w:r>
      <w:r>
        <w:br/>
      </w:r>
      <w:r>
        <w:t xml:space="preserve">    (c) the state or degree of having the ability to change for different situations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He's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suave</w:t>
      </w:r>
      <w:r>
        <w:rPr>
          <w:b/>
          <w:bCs/>
        </w:rPr>
        <w:t xml:space="preserve"> </w:t>
      </w:r>
      <w:r>
        <w:rPr>
          <w:b/>
          <w:bCs/>
        </w:rPr>
        <w:t xml:space="preserve">operator, but completely insincere.</w:t>
      </w:r>
      <w:r>
        <w:br/>
      </w:r>
      <w:r>
        <w:t xml:space="preserve">    (a) smart</w:t>
      </w:r>
      <w:r>
        <w:br/>
      </w:r>
      <w:r>
        <w:t xml:space="preserve">    (b) adorable</w:t>
      </w:r>
      <w:r>
        <w:br/>
      </w:r>
      <w:r>
        <w:t xml:space="preserve">    (c) sophisticated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new student answered in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timorous</w:t>
      </w:r>
      <w:r>
        <w:rPr>
          <w:b/>
          <w:bCs/>
        </w:rPr>
        <w:t xml:space="preserve"> </w:t>
      </w:r>
      <w:r>
        <w:rPr>
          <w:b/>
          <w:bCs/>
        </w:rPr>
        <w:t xml:space="preserve">voice barely above a whisper.</w:t>
      </w:r>
      <w:r>
        <w:br/>
      </w:r>
      <w:r>
        <w:t xml:space="preserve">    (a) loud</w:t>
      </w:r>
      <w:r>
        <w:br/>
      </w:r>
      <w:r>
        <w:t xml:space="preserve">    (b) timid</w:t>
      </w:r>
      <w:r>
        <w:br/>
      </w:r>
      <w:r>
        <w:t xml:space="preserve">    (c) angry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thought we could create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utopia</w:t>
      </w:r>
      <w:r>
        <w:rPr>
          <w:b/>
          <w:bCs/>
        </w:rPr>
        <w:t xml:space="preserve">, but we failed because we overestimated human nature.</w:t>
      </w:r>
      <w:r>
        <w:br/>
      </w:r>
      <w:r>
        <w:t xml:space="preserve">    (a) an ideal place</w:t>
      </w:r>
      <w:r>
        <w:br/>
      </w:r>
      <w:r>
        <w:t xml:space="preserve">    (b) constant innovation</w:t>
      </w:r>
      <w:r>
        <w:br/>
      </w:r>
      <w:r>
        <w:t xml:space="preserve">    (c) a challenging journey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vacuous</w:t>
      </w:r>
      <w:r>
        <w:rPr>
          <w:b/>
          <w:bCs/>
        </w:rPr>
        <w:t xml:space="preserve"> </w:t>
      </w:r>
      <w:r>
        <w:rPr>
          <w:b/>
          <w:bCs/>
        </w:rPr>
        <w:t xml:space="preserve">comments were either off topic or erroneous.</w:t>
      </w:r>
      <w:r>
        <w:br/>
      </w:r>
      <w:r>
        <w:t xml:space="preserve">    (a) emotion-filled</w:t>
      </w:r>
      <w:r>
        <w:br/>
      </w:r>
      <w:r>
        <w:t xml:space="preserve">    (b) dumb</w:t>
      </w:r>
      <w:r>
        <w:br/>
      </w:r>
      <w:r>
        <w:t xml:space="preserve">    (c) side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back yard is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veritable</w:t>
      </w:r>
      <w:r>
        <w:rPr>
          <w:b/>
          <w:bCs/>
        </w:rPr>
        <w:t xml:space="preserve"> </w:t>
      </w:r>
      <w:r>
        <w:rPr>
          <w:b/>
          <w:bCs/>
        </w:rPr>
        <w:t xml:space="preserve">jungle.</w:t>
      </w:r>
      <w:r>
        <w:br/>
      </w:r>
      <w:r>
        <w:t xml:space="preserve">    (a) walled (figuratively)</w:t>
      </w:r>
      <w:r>
        <w:br/>
      </w:r>
      <w:r>
        <w:t xml:space="preserve">    (b) real (figuratively)</w:t>
      </w:r>
      <w:r>
        <w:br/>
      </w:r>
      <w:r>
        <w:t xml:space="preserve">    (c) decaying (figuratively)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 an avid reader, she experiences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vicarious</w:t>
      </w:r>
      <w:r>
        <w:rPr>
          <w:b/>
          <w:bCs/>
        </w:rPr>
        <w:t xml:space="preserve"> </w:t>
      </w:r>
      <w:r>
        <w:rPr>
          <w:b/>
          <w:bCs/>
        </w:rPr>
        <w:t xml:space="preserve">adventures through the characters in her books.</w:t>
      </w:r>
      <w:r>
        <w:br/>
      </w:r>
      <w:r>
        <w:t xml:space="preserve">    (a) secondhand</w:t>
      </w:r>
      <w:r>
        <w:br/>
      </w:r>
      <w:r>
        <w:t xml:space="preserve">    (b) dangerous</w:t>
      </w:r>
      <w:r>
        <w:br/>
      </w:r>
      <w:r>
        <w:t xml:space="preserve">    (c) exciting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2026-07-31T15:02:30Z</dcterms:created>
  <dcterms:modified xsi:type="dcterms:W3CDTF">2026-07-31T15:02:30Z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