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6efad22f921abb059e1aae0d37f20275e5242b6"/>
    <w:p>
      <w:pPr>
        <w:pStyle w:val="Heading1"/>
      </w:pPr>
      <w:r>
        <w:rPr>
          <w:b/>
          <w:bCs/>
        </w:rPr>
        <w:t xml:space="preserve">Main Street</w:t>
      </w:r>
      <w:r>
        <w:br/>
      </w:r>
      <w:r>
        <w:rPr>
          <w:i/>
          <w:iCs/>
        </w:rPr>
        <w:t xml:space="preserve">Sinclair Lewis</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She did not yet know the immense ability of the world to be casually cruel and proudly dull, but if she should ever learn those dismaying powers, her eyes would never become sullen or heavy or rheumily</w:t>
      </w:r>
      <w:r>
        <w:rPr>
          <w:b/>
          <w:bCs/>
        </w:rPr>
        <w:t xml:space="preserve"> </w:t>
      </w:r>
      <w:r>
        <w:rPr>
          <w:b/>
          <w:bCs/>
          <w:u w:val="single"/>
        </w:rPr>
        <w:t xml:space="preserve">amorous</w:t>
      </w:r>
      <w:r>
        <w:rPr>
          <w:b/>
          <w:bCs/>
        </w:rPr>
        <w:t xml:space="preserve">.</w:t>
      </w:r>
      <w:r>
        <w:br/>
      </w:r>
      <w:r>
        <w:t xml:space="preserve">    (a) logical or analytical</w:t>
      </w:r>
      <w:r>
        <w:br/>
      </w:r>
      <w:r>
        <w:t xml:space="preserve">    (b) romantic or sexual</w:t>
      </w:r>
      <w:r>
        <w:br/>
      </w:r>
      <w:r>
        <w:t xml:space="preserve">    (c) comprehensive</w:t>
      </w:r>
    </w:p>
    <w:p>
      <w:pPr>
        <w:pStyle w:val="Compact"/>
        <w:numPr>
          <w:ilvl w:val="0"/>
          <w:numId w:val="1001"/>
        </w:numPr>
      </w:pPr>
      <w:r>
        <w:rPr>
          <w:b/>
          <w:bCs/>
        </w:rPr>
        <w:t xml:space="preserve">She was not, she worried, strong enough to endure the routine, and she could not picture herself standing before grinning children and pretending to be wise and</w:t>
      </w:r>
      <w:r>
        <w:rPr>
          <w:b/>
          <w:bCs/>
        </w:rPr>
        <w:t xml:space="preserve"> </w:t>
      </w:r>
      <w:r>
        <w:rPr>
          <w:b/>
          <w:bCs/>
          <w:u w:val="single"/>
        </w:rPr>
        <w:t xml:space="preserve">decisive</w:t>
      </w:r>
      <w:r>
        <w:rPr>
          <w:b/>
          <w:bCs/>
        </w:rPr>
        <w:t xml:space="preserve">.</w:t>
      </w:r>
      <w:r>
        <w:br/>
      </w:r>
      <w:r>
        <w:t xml:space="preserve">    (a) the quality or degree of straightness, or absence of anything in between</w:t>
      </w:r>
      <w:r>
        <w:br/>
      </w:r>
      <w:r>
        <w:t xml:space="preserve">    (b) made by humans -- often to replace something that can be found in nature</w:t>
      </w:r>
      <w:r>
        <w:br/>
      </w:r>
      <w:r>
        <w:t xml:space="preserve">    (c) able to make quick, firm decisions</w:t>
      </w:r>
    </w:p>
    <w:p>
      <w:pPr>
        <w:pStyle w:val="Compact"/>
        <w:numPr>
          <w:ilvl w:val="0"/>
          <w:numId w:val="1001"/>
        </w:numPr>
      </w:pPr>
      <w:r>
        <w:rPr>
          <w:b/>
          <w:bCs/>
        </w:rPr>
        <w:t xml:space="preserve">Or placid</w:t>
      </w:r>
      <w:r>
        <w:rPr>
          <w:b/>
          <w:bCs/>
        </w:rPr>
        <w:t xml:space="preserve"> </w:t>
      </w:r>
      <w:r>
        <w:rPr>
          <w:b/>
          <w:bCs/>
          <w:u w:val="single"/>
        </w:rPr>
        <w:t xml:space="preserve">chateaux</w:t>
      </w:r>
      <w:r>
        <w:rPr>
          <w:b/>
          <w:bCs/>
        </w:rPr>
        <w:t xml:space="preserve"> </w:t>
      </w:r>
      <w:r>
        <w:rPr>
          <w:b/>
          <w:bCs/>
        </w:rPr>
        <w:t xml:space="preserve">ringed with sullen huts?</w:t>
      </w:r>
      <w:r>
        <w:br/>
      </w:r>
      <w:r>
        <w:t xml:space="preserve">    (a) the state or character of being greater than zero</w:t>
      </w:r>
      <w:r>
        <w:br/>
      </w:r>
      <w:r>
        <w:t xml:space="preserve">    (b) in a state where something cannot be seen clearly</w:t>
      </w:r>
      <w:r>
        <w:br/>
      </w:r>
      <w:r>
        <w:t xml:space="preserve">    (c) an impressive country house (or castle) in France</w:t>
      </w:r>
    </w:p>
    <w:p>
      <w:pPr>
        <w:pStyle w:val="Compact"/>
        <w:numPr>
          <w:ilvl w:val="0"/>
          <w:numId w:val="1001"/>
        </w:numPr>
      </w:pPr>
      <w:r>
        <w:rPr>
          <w:b/>
          <w:bCs/>
        </w:rPr>
        <w:t xml:space="preserve">She held his hand tightly and stared ahead as the car swung round a corner and stopped in the street before a</w:t>
      </w:r>
      <w:r>
        <w:rPr>
          <w:b/>
          <w:bCs/>
        </w:rPr>
        <w:t xml:space="preserve"> </w:t>
      </w:r>
      <w:r>
        <w:rPr>
          <w:b/>
          <w:bCs/>
          <w:u w:val="single"/>
        </w:rPr>
        <w:t xml:space="preserve">prosaic</w:t>
      </w:r>
      <w:r>
        <w:rPr>
          <w:b/>
          <w:bCs/>
        </w:rPr>
        <w:t xml:space="preserve"> </w:t>
      </w:r>
      <w:r>
        <w:rPr>
          <w:b/>
          <w:bCs/>
        </w:rPr>
        <w:t xml:space="preserve">frame house in a small parched lawn.</w:t>
      </w:r>
      <w:r>
        <w:br/>
      </w:r>
      <w:r>
        <w:t xml:space="preserve">    (a) able to make clear with example, diagram, photo, etc.</w:t>
      </w:r>
      <w:r>
        <w:br/>
      </w:r>
      <w:r>
        <w:t xml:space="preserve">    (b) lacking anything unusual, interesting, or challenging</w:t>
      </w:r>
      <w:r>
        <w:br/>
      </w:r>
      <w:r>
        <w:t xml:space="preserve">    (c) not concerned with what others might think of oneself</w:t>
      </w:r>
    </w:p>
    <w:p>
      <w:pPr>
        <w:pStyle w:val="Compact"/>
        <w:numPr>
          <w:ilvl w:val="0"/>
          <w:numId w:val="1001"/>
        </w:numPr>
      </w:pPr>
      <w:r>
        <w:rPr>
          <w:b/>
          <w:bCs/>
        </w:rPr>
        <w:t xml:space="preserve">Some day but——Please, dear</w:t>
      </w:r>
      <w:r>
        <w:rPr>
          <w:b/>
          <w:bCs/>
        </w:rPr>
        <w:t xml:space="preserve"> </w:t>
      </w:r>
      <w:r>
        <w:rPr>
          <w:b/>
          <w:bCs/>
          <w:u w:val="single"/>
        </w:rPr>
        <w:t xml:space="preserve">nebulous</w:t>
      </w:r>
      <w:r>
        <w:rPr>
          <w:b/>
          <w:bCs/>
        </w:rPr>
        <w:t xml:space="preserve"> </w:t>
      </w:r>
      <w:r>
        <w:rPr>
          <w:b/>
          <w:bCs/>
        </w:rPr>
        <w:t xml:space="preserve">Lord, not now!</w:t>
      </w:r>
      <w:r>
        <w:br/>
      </w:r>
      <w:r>
        <w:t xml:space="preserve">    (a) the condition of being different</w:t>
      </w:r>
      <w:r>
        <w:br/>
      </w:r>
      <w:r>
        <w:t xml:space="preserve">    (b) unclear or lacking definite form</w:t>
      </w:r>
      <w:r>
        <w:br/>
      </w:r>
      <w:r>
        <w:t xml:space="preserve">    (c) indicating approval or agreement</w:t>
      </w:r>
    </w:p>
    <w:p>
      <w:pPr>
        <w:pStyle w:val="Compact"/>
        <w:numPr>
          <w:ilvl w:val="0"/>
          <w:numId w:val="1001"/>
        </w:numPr>
      </w:pPr>
      <w:r>
        <w:rPr>
          <w:b/>
          <w:bCs/>
        </w:rPr>
        <w:t xml:space="preserve">Carol was shuddering with the</w:t>
      </w:r>
      <w:r>
        <w:rPr>
          <w:b/>
          <w:bCs/>
        </w:rPr>
        <w:t xml:space="preserve"> </w:t>
      </w:r>
      <w:r>
        <w:rPr>
          <w:b/>
          <w:bCs/>
          <w:u w:val="single"/>
        </w:rPr>
        <w:t xml:space="preserve">vicarious</w:t>
      </w:r>
      <w:r>
        <w:rPr>
          <w:b/>
          <w:bCs/>
        </w:rPr>
        <w:t xml:space="preserve"> </w:t>
      </w:r>
      <w:r>
        <w:rPr>
          <w:b/>
          <w:bCs/>
        </w:rPr>
        <w:t xml:space="preserve">shame which sensitive people feel when they listen to an "elocutionist" being humorous, or to a precocious child publicly doing badly what no child should do at all.</w:t>
      </w:r>
      <w:r>
        <w:br/>
      </w:r>
      <w:r>
        <w:t xml:space="preserve">    (a) the state or degree of being good or beneficial</w:t>
      </w:r>
      <w:r>
        <w:br/>
      </w:r>
      <w:r>
        <w:t xml:space="preserve">    (b) the degree to which something can be translated</w:t>
      </w:r>
      <w:r>
        <w:br/>
      </w:r>
      <w:r>
        <w:t xml:space="preserve">    (c) experienced secondhand (through another person)</w:t>
      </w:r>
    </w:p>
    <w:p>
      <w:pPr>
        <w:pStyle w:val="Compact"/>
        <w:numPr>
          <w:ilvl w:val="0"/>
          <w:numId w:val="1001"/>
        </w:numPr>
      </w:pPr>
      <w:r>
        <w:rPr>
          <w:b/>
          <w:bCs/>
        </w:rPr>
        <w:t xml:space="preserve">When the sheep had been penned up, in the darkness the</w:t>
      </w:r>
      <w:r>
        <w:rPr>
          <w:b/>
          <w:bCs/>
        </w:rPr>
        <w:t xml:space="preserve"> </w:t>
      </w:r>
      <w:r>
        <w:rPr>
          <w:b/>
          <w:bCs/>
          <w:u w:val="single"/>
        </w:rPr>
        <w:t xml:space="preserve">timorous</w:t>
      </w:r>
      <w:r>
        <w:rPr>
          <w:b/>
          <w:bCs/>
        </w:rPr>
        <w:t xml:space="preserve"> </w:t>
      </w:r>
      <w:r>
        <w:rPr>
          <w:b/>
          <w:bCs/>
        </w:rPr>
        <w:t xml:space="preserve">wolves crept into the living-room, squealing, halting, thrown out of their habit of stolidity by the strangeness of advancing through nothingness toward a waiting foe, a mysterious foe which expanded and grew more menacing.</w:t>
      </w:r>
      <w:r>
        <w:br/>
      </w:r>
      <w:r>
        <w:t xml:space="preserve">    (a) timid (fearful) or shy</w:t>
      </w:r>
      <w:r>
        <w:br/>
      </w:r>
      <w:r>
        <w:t xml:space="preserve">    (b) not aware of something</w:t>
      </w:r>
      <w:r>
        <w:br/>
      </w:r>
      <w:r>
        <w:t xml:space="preserve">    (c) consistent or the same</w:t>
      </w:r>
    </w:p>
    <w:p>
      <w:pPr>
        <w:pStyle w:val="Compact"/>
        <w:numPr>
          <w:ilvl w:val="0"/>
          <w:numId w:val="1001"/>
        </w:numPr>
      </w:pPr>
      <w:r>
        <w:rPr>
          <w:b/>
          <w:bCs/>
        </w:rPr>
        <w:t xml:space="preserve">"We haven't seen you at the library yet," Miss Villets</w:t>
      </w:r>
      <w:r>
        <w:rPr>
          <w:b/>
          <w:bCs/>
        </w:rPr>
        <w:t xml:space="preserve"> </w:t>
      </w:r>
      <w:r>
        <w:rPr>
          <w:b/>
          <w:bCs/>
          <w:u w:val="single"/>
        </w:rPr>
        <w:t xml:space="preserve">reproved</w:t>
      </w:r>
      <w:r>
        <w:rPr>
          <w:b/>
          <w:bCs/>
        </w:rPr>
        <w:t xml:space="preserve">.</w:t>
      </w:r>
      <w:r>
        <w:br/>
      </w:r>
      <w:r>
        <w:t xml:space="preserve">    (a) criticized</w:t>
      </w:r>
      <w:r>
        <w:br/>
      </w:r>
      <w:r>
        <w:t xml:space="preserve">    (b) subtracted</w:t>
      </w:r>
      <w:r>
        <w:br/>
      </w:r>
      <w:r>
        <w:t xml:space="preserve">    (c) translated</w:t>
      </w:r>
    </w:p>
    <w:p>
      <w:pPr>
        <w:pStyle w:val="Compact"/>
        <w:numPr>
          <w:ilvl w:val="0"/>
          <w:numId w:val="1001"/>
        </w:numPr>
      </w:pPr>
      <w:r>
        <w:rPr>
          <w:b/>
          <w:bCs/>
        </w:rPr>
        <w:t xml:space="preserve">She felt that these independent citizens, who had been taught that they belonged to a democracy, would resent her trying to play Lady</w:t>
      </w:r>
      <w:r>
        <w:rPr>
          <w:b/>
          <w:bCs/>
        </w:rPr>
        <w:t xml:space="preserve"> </w:t>
      </w:r>
      <w:r>
        <w:rPr>
          <w:b/>
          <w:bCs/>
          <w:u w:val="single"/>
        </w:rPr>
        <w:t xml:space="preserve">Bountiful</w:t>
      </w:r>
      <w:r>
        <w:rPr>
          <w:b/>
          <w:bCs/>
        </w:rPr>
        <w:t xml:space="preserve">.</w:t>
      </w:r>
      <w:r>
        <w:br/>
      </w:r>
      <w:r>
        <w:t xml:space="preserve">    (a) not having the characteristic of bouncing back light/heat/sound...</w:t>
      </w:r>
      <w:r>
        <w:br/>
      </w:r>
      <w:r>
        <w:t xml:space="preserve">    (b) given in abundance (a large amount); or an abundant (large) amount</w:t>
      </w:r>
      <w:r>
        <w:br/>
      </w:r>
      <w:r>
        <w:t xml:space="preserve">    (c) the quality or degree of the involvement of other people or things</w:t>
      </w:r>
    </w:p>
    <w:p>
      <w:pPr>
        <w:pStyle w:val="Compact"/>
        <w:numPr>
          <w:ilvl w:val="0"/>
          <w:numId w:val="1001"/>
        </w:numPr>
      </w:pPr>
      <w:r>
        <w:rPr>
          <w:b/>
          <w:bCs/>
        </w:rPr>
        <w:t xml:space="preserve">I'm what they call a</w:t>
      </w:r>
      <w:r>
        <w:rPr>
          <w:b/>
          <w:bCs/>
        </w:rPr>
        <w:t xml:space="preserve"> </w:t>
      </w:r>
      <w:r>
        <w:rPr>
          <w:b/>
          <w:bCs/>
          <w:u w:val="single"/>
        </w:rPr>
        <w:t xml:space="preserve">pariah</w:t>
      </w:r>
      <w:r>
        <w:rPr>
          <w:b/>
          <w:bCs/>
        </w:rPr>
        <w:t xml:space="preserve">, I guess.</w:t>
      </w:r>
      <w:r>
        <w:br/>
      </w:r>
      <w:r>
        <w:t xml:space="preserve">    (a) friendly and fun</w:t>
      </w:r>
      <w:r>
        <w:br/>
      </w:r>
      <w:r>
        <w:t xml:space="preserve">    (b) someone who shows</w:t>
      </w:r>
      <w:r>
        <w:br/>
      </w:r>
      <w:r>
        <w:t xml:space="preserve">    (c) a social outcast</w:t>
      </w:r>
    </w:p>
    <w:p>
      <w:pPr>
        <w:pStyle w:val="Compact"/>
        <w:numPr>
          <w:ilvl w:val="0"/>
          <w:numId w:val="1001"/>
        </w:numPr>
      </w:pPr>
      <w:r>
        <w:rPr>
          <w:b/>
          <w:bCs/>
        </w:rPr>
        <w:t xml:space="preserve">When Vida came in to tea Carol sketched her</w:t>
      </w:r>
      <w:r>
        <w:rPr>
          <w:b/>
          <w:bCs/>
        </w:rPr>
        <w:t xml:space="preserve"> </w:t>
      </w:r>
      <w:r>
        <w:rPr>
          <w:b/>
          <w:bCs/>
          <w:u w:val="single"/>
        </w:rPr>
        <w:t xml:space="preserve">Utopia</w:t>
      </w:r>
      <w:r>
        <w:rPr>
          <w:b/>
          <w:bCs/>
        </w:rPr>
        <w:t xml:space="preserve">.</w:t>
      </w:r>
      <w:r>
        <w:br/>
      </w:r>
      <w:r>
        <w:t xml:space="preserve">    (a) an imaginary place considered to be perfect or ideal</w:t>
      </w:r>
      <w:r>
        <w:br/>
      </w:r>
      <w:r>
        <w:t xml:space="preserve">    (b) the taking on or adoption of power or responsibility</w:t>
      </w:r>
      <w:r>
        <w:br/>
      </w:r>
      <w:r>
        <w:t xml:space="preserve">    (c) the process of controlling (how something turns out)</w:t>
      </w:r>
    </w:p>
    <w:p>
      <w:pPr>
        <w:pStyle w:val="Compact"/>
        <w:numPr>
          <w:ilvl w:val="0"/>
          <w:numId w:val="1001"/>
        </w:numPr>
      </w:pPr>
      <w:r>
        <w:rPr>
          <w:b/>
          <w:bCs/>
        </w:rPr>
        <w:t xml:space="preserve">She could not relish the</w:t>
      </w:r>
      <w:r>
        <w:rPr>
          <w:b/>
          <w:bCs/>
        </w:rPr>
        <w:t xml:space="preserve"> </w:t>
      </w:r>
      <w:r>
        <w:rPr>
          <w:b/>
          <w:bCs/>
          <w:u w:val="single"/>
        </w:rPr>
        <w:t xml:space="preserve">autocracy</w:t>
      </w:r>
      <w:r>
        <w:rPr>
          <w:b/>
          <w:bCs/>
        </w:rPr>
        <w:t xml:space="preserve"> </w:t>
      </w:r>
      <w:r>
        <w:rPr>
          <w:b/>
          <w:bCs/>
        </w:rPr>
        <w:t xml:space="preserve">of "cheerful bums."</w:t>
      </w:r>
      <w:r>
        <w:br/>
      </w:r>
      <w:r>
        <w:t xml:space="preserve">    (a) a group formed to discuss or offer insight on a particular topic</w:t>
      </w:r>
      <w:r>
        <w:br/>
      </w:r>
      <w:r>
        <w:t xml:space="preserve">    (b) a political or managerial system governed by a single individual</w:t>
      </w:r>
      <w:r>
        <w:br/>
      </w:r>
      <w:r>
        <w:t xml:space="preserve">    (c) to constrain in some way -- such as tie up, require, or obligate</w:t>
      </w:r>
    </w:p>
    <w:p>
      <w:pPr>
        <w:pStyle w:val="Compact"/>
        <w:numPr>
          <w:ilvl w:val="0"/>
          <w:numId w:val="1001"/>
        </w:numPr>
      </w:pPr>
      <w:r>
        <w:rPr>
          <w:b/>
          <w:bCs/>
        </w:rPr>
        <w:t xml:space="preserve">Across the thick ice was a</w:t>
      </w:r>
      <w:r>
        <w:rPr>
          <w:b/>
          <w:bCs/>
        </w:rPr>
        <w:t xml:space="preserve"> </w:t>
      </w:r>
      <w:r>
        <w:rPr>
          <w:b/>
          <w:bCs/>
          <w:u w:val="single"/>
        </w:rPr>
        <w:t xml:space="preserve">veritable</w:t>
      </w:r>
      <w:r>
        <w:rPr>
          <w:b/>
          <w:bCs/>
        </w:rPr>
        <w:t xml:space="preserve"> </w:t>
      </w:r>
      <w:r>
        <w:rPr>
          <w:b/>
          <w:bCs/>
        </w:rPr>
        <w:t xml:space="preserve">road, a short-cut for farmers.</w:t>
      </w:r>
      <w:r>
        <w:br/>
      </w:r>
      <w:r>
        <w:t xml:space="preserve">    (a) used for emphasis to introduce a dramatic metaphor</w:t>
      </w:r>
      <w:r>
        <w:br/>
      </w:r>
      <w:r>
        <w:t xml:space="preserve">    (b) the quality or degree of not being straightforward</w:t>
      </w:r>
      <w:r>
        <w:br/>
      </w:r>
      <w:r>
        <w:t xml:space="preserve">    (c) deserving no respect (worthless or of bad quality)</w:t>
      </w:r>
    </w:p>
    <w:p>
      <w:pPr>
        <w:pStyle w:val="Compact"/>
        <w:numPr>
          <w:ilvl w:val="0"/>
          <w:numId w:val="1001"/>
        </w:numPr>
      </w:pPr>
      <w:r>
        <w:rPr>
          <w:b/>
          <w:bCs/>
        </w:rPr>
        <w:t xml:space="preserve">Two young men in brown robes like furniture-covers were gesturing</w:t>
      </w:r>
      <w:r>
        <w:rPr>
          <w:b/>
          <w:bCs/>
        </w:rPr>
        <w:t xml:space="preserve"> </w:t>
      </w:r>
      <w:r>
        <w:rPr>
          <w:b/>
          <w:bCs/>
          <w:u w:val="single"/>
        </w:rPr>
        <w:t xml:space="preserve">vacuously</w:t>
      </w:r>
      <w:r>
        <w:rPr>
          <w:b/>
          <w:bCs/>
        </w:rPr>
        <w:t xml:space="preserve"> </w:t>
      </w:r>
      <w:r>
        <w:rPr>
          <w:b/>
          <w:bCs/>
        </w:rPr>
        <w:t xml:space="preserve">and droning cryptic sentences full of repetitions.</w:t>
      </w:r>
      <w:r>
        <w:br/>
      </w:r>
      <w:r>
        <w:t xml:space="preserve">    (a) enthusiastically or with great interest</w:t>
      </w:r>
      <w:r>
        <w:br/>
      </w:r>
      <w:r>
        <w:t xml:space="preserve">    (b) in a pessimistic or disagreeable manner</w:t>
      </w:r>
      <w:r>
        <w:br/>
      </w:r>
      <w:r>
        <w:t xml:space="preserve">    (c) in a manner lacking intelligent thought</w:t>
      </w:r>
    </w:p>
    <w:p>
      <w:pPr>
        <w:pStyle w:val="Compact"/>
        <w:numPr>
          <w:ilvl w:val="0"/>
          <w:numId w:val="1001"/>
        </w:numPr>
      </w:pPr>
      <w:r>
        <w:rPr>
          <w:b/>
          <w:bCs/>
        </w:rPr>
        <w:t xml:space="preserve">She sought faith in spacious</w:t>
      </w:r>
      <w:r>
        <w:rPr>
          <w:b/>
          <w:bCs/>
        </w:rPr>
        <w:t xml:space="preserve"> </w:t>
      </w:r>
      <w:r>
        <w:rPr>
          <w:b/>
          <w:bCs/>
          <w:u w:val="single"/>
        </w:rPr>
        <w:t xml:space="preserve">banal</w:t>
      </w:r>
      <w:r>
        <w:rPr>
          <w:b/>
          <w:bCs/>
        </w:rPr>
        <w:t xml:space="preserve"> </w:t>
      </w:r>
      <w:r>
        <w:rPr>
          <w:b/>
          <w:bCs/>
        </w:rPr>
        <w:t xml:space="preserve">phrases, taken from books: "the instinctive nobility of simple souls,"</w:t>
      </w:r>
      <w:r>
        <w:br/>
      </w:r>
      <w:r>
        <w:t xml:space="preserve">    (a) uninteresting due to a lack of anything original or unusual</w:t>
      </w:r>
      <w:r>
        <w:br/>
      </w:r>
      <w:r>
        <w:t xml:space="preserve">    (b) the degree or quality of being exactly vertical or straight</w:t>
      </w:r>
      <w:r>
        <w:br/>
      </w:r>
      <w:r>
        <w:t xml:space="preserve">    (c) tendency to be direct in a disagreeable, insensitive manner</w:t>
      </w:r>
    </w:p>
    <w:p>
      <w:pPr>
        <w:pStyle w:val="Compact"/>
        <w:numPr>
          <w:ilvl w:val="0"/>
          <w:numId w:val="1001"/>
        </w:numPr>
      </w:pPr>
      <w:r>
        <w:rPr>
          <w:b/>
          <w:bCs/>
        </w:rPr>
        <w:t xml:space="preserve">He refused to wear soft hats;</w:t>
      </w:r>
      <w:r>
        <w:rPr>
          <w:b/>
          <w:bCs/>
        </w:rPr>
        <w:t xml:space="preserve"> </w:t>
      </w:r>
      <w:r>
        <w:rPr>
          <w:b/>
          <w:bCs/>
          <w:u w:val="single"/>
        </w:rPr>
        <w:t xml:space="preserve">cleaved</w:t>
      </w:r>
      <w:r>
        <w:rPr>
          <w:b/>
          <w:bCs/>
        </w:rPr>
        <w:t xml:space="preserve"> </w:t>
      </w:r>
      <w:r>
        <w:rPr>
          <w:b/>
          <w:bCs/>
        </w:rPr>
        <w:t xml:space="preserve">to a hard derby, as a symbol of virility and prosperity; and sometimes he forgot to take it off in the house.</w:t>
      </w:r>
      <w:r>
        <w:br/>
      </w:r>
      <w:r>
        <w:t xml:space="preserve">    (a) hired again</w:t>
      </w:r>
      <w:r>
        <w:br/>
      </w:r>
      <w:r>
        <w:t xml:space="preserve">    (b) briefly saw</w:t>
      </w:r>
      <w:r>
        <w:br/>
      </w:r>
      <w:r>
        <w:t xml:space="preserve">    (c) stuck (held tightly)</w:t>
      </w:r>
    </w:p>
    <w:p>
      <w:pPr>
        <w:pStyle w:val="Compact"/>
        <w:numPr>
          <w:ilvl w:val="0"/>
          <w:numId w:val="1001"/>
        </w:numPr>
      </w:pPr>
      <w:r>
        <w:rPr>
          <w:b/>
          <w:bCs/>
        </w:rPr>
        <w:t xml:space="preserve">She was for the first time invited up-stairs, and found the</w:t>
      </w:r>
      <w:r>
        <w:rPr>
          <w:b/>
          <w:bCs/>
        </w:rPr>
        <w:t xml:space="preserve"> </w:t>
      </w:r>
      <w:r>
        <w:rPr>
          <w:b/>
          <w:bCs/>
          <w:u w:val="single"/>
        </w:rPr>
        <w:t xml:space="preserve">suave</w:t>
      </w:r>
      <w:r>
        <w:rPr>
          <w:b/>
          <w:bCs/>
        </w:rPr>
        <w:t xml:space="preserve"> </w:t>
      </w:r>
      <w:r>
        <w:rPr>
          <w:b/>
          <w:bCs/>
        </w:rPr>
        <w:t xml:space="preserve">old woman sewing in a white and mahogany room with a small bed.</w:t>
      </w:r>
      <w:r>
        <w:br/>
      </w:r>
      <w:r>
        <w:t xml:space="preserve">    (a) sophisticated and charming</w:t>
      </w:r>
      <w:r>
        <w:br/>
      </w:r>
      <w:r>
        <w:t xml:space="preserve">    (b) able to meet and talk with</w:t>
      </w:r>
      <w:r>
        <w:br/>
      </w:r>
      <w:r>
        <w:t xml:space="preserve">    (c) the quality of disagreeing</w:t>
      </w:r>
    </w:p>
    <w:p>
      <w:pPr>
        <w:pStyle w:val="Compact"/>
        <w:numPr>
          <w:ilvl w:val="0"/>
          <w:numId w:val="1001"/>
        </w:numPr>
      </w:pPr>
      <w:r>
        <w:rPr>
          <w:b/>
          <w:bCs/>
        </w:rPr>
        <w:t xml:space="preserve">But he was winning</w:t>
      </w:r>
      <w:r>
        <w:rPr>
          <w:b/>
          <w:bCs/>
        </w:rPr>
        <w:t xml:space="preserve"> </w:t>
      </w:r>
      <w:r>
        <w:rPr>
          <w:b/>
          <w:bCs/>
          <w:u w:val="single"/>
        </w:rPr>
        <w:t xml:space="preserve">approbation</w:t>
      </w:r>
      <w:r>
        <w:rPr>
          <w:b/>
          <w:bCs/>
        </w:rPr>
        <w:t xml:space="preserve"> </w:t>
      </w:r>
      <w:r>
        <w:rPr>
          <w:b/>
          <w:bCs/>
        </w:rPr>
        <w:t xml:space="preserve">by his liveliness, his gaiety—the qualities least important in him.</w:t>
      </w:r>
      <w:r>
        <w:br/>
      </w:r>
      <w:r>
        <w:t xml:space="preserve">    (a) allowing</w:t>
      </w:r>
      <w:r>
        <w:br/>
      </w:r>
      <w:r>
        <w:t xml:space="preserve">    (b) approval</w:t>
      </w:r>
      <w:r>
        <w:br/>
      </w:r>
      <w:r>
        <w:t xml:space="preserve">    (c) not real</w:t>
      </w:r>
    </w:p>
    <w:p>
      <w:pPr>
        <w:pStyle w:val="Compact"/>
        <w:numPr>
          <w:ilvl w:val="0"/>
          <w:numId w:val="1001"/>
        </w:numPr>
      </w:pPr>
      <w:r>
        <w:rPr>
          <w:b/>
          <w:bCs/>
        </w:rPr>
        <w:t xml:space="preserve">At home she wondered if the little beast might not be suggesting himself as a rival to Erik, but that</w:t>
      </w:r>
      <w:r>
        <w:rPr>
          <w:b/>
          <w:bCs/>
        </w:rPr>
        <w:t xml:space="preserve"> </w:t>
      </w:r>
      <w:r>
        <w:rPr>
          <w:b/>
          <w:bCs/>
          <w:u w:val="single"/>
        </w:rPr>
        <w:t xml:space="preserve">abysmal</w:t>
      </w:r>
      <w:r>
        <w:rPr>
          <w:b/>
          <w:bCs/>
        </w:rPr>
        <w:t xml:space="preserve"> </w:t>
      </w:r>
      <w:r>
        <w:rPr>
          <w:b/>
          <w:bCs/>
        </w:rPr>
        <w:t xml:space="preserve">bedragglement she would not consider.</w:t>
      </w:r>
      <w:r>
        <w:br/>
      </w:r>
      <w:r>
        <w:t xml:space="preserve">    (a) pleasing</w:t>
      </w:r>
      <w:r>
        <w:br/>
      </w:r>
      <w:r>
        <w:t xml:space="preserve">    (b) very bad</w:t>
      </w:r>
      <w:r>
        <w:br/>
      </w:r>
      <w:r>
        <w:t xml:space="preserve">    (c) absolute</w:t>
      </w:r>
    </w:p>
    <w:p>
      <w:pPr>
        <w:pStyle w:val="Compact"/>
        <w:numPr>
          <w:ilvl w:val="0"/>
          <w:numId w:val="1001"/>
        </w:numPr>
      </w:pPr>
      <w:r>
        <w:rPr>
          <w:b/>
          <w:bCs/>
        </w:rPr>
        <w:t xml:space="preserve">That institution is reserved for men like Kennicott who, after devoting fifty years to "putting aside a stake," incontinently invest the stake in</w:t>
      </w:r>
      <w:r>
        <w:rPr>
          <w:b/>
          <w:bCs/>
        </w:rPr>
        <w:t xml:space="preserve"> </w:t>
      </w:r>
      <w:r>
        <w:rPr>
          <w:b/>
          <w:bCs/>
          <w:u w:val="single"/>
        </w:rPr>
        <w:t xml:space="preserve">spurious</w:t>
      </w:r>
      <w:r>
        <w:rPr>
          <w:b/>
          <w:bCs/>
        </w:rPr>
        <w:t xml:space="preserve"> </w:t>
      </w:r>
      <w:r>
        <w:rPr>
          <w:b/>
          <w:bCs/>
        </w:rPr>
        <w:t xml:space="preserve">oil-stocks.</w:t>
      </w:r>
      <w:r>
        <w:br/>
      </w:r>
      <w:r>
        <w:t xml:space="preserve">    (a) the quality of behaving in an instinctive, uninhibited, and unplanned manner</w:t>
      </w:r>
      <w:r>
        <w:br/>
      </w:r>
      <w:r>
        <w:t xml:space="preserve">    (b) the state or degree of having the ability to change for different situations</w:t>
      </w:r>
      <w:r>
        <w:br/>
      </w:r>
      <w:r>
        <w:t xml:space="preserve">    (c) false, or not genuine -- often seeming plausible, or intentionally deceptive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2026-07-31T15:02:30Z</dcterms:created>
  <dcterms:modified xsi:type="dcterms:W3CDTF">2026-07-31T15:02:30Z</dcterms:modified>
</cp:coreProperties>
</file>

<file path=docProps/custom.xml><?xml version="1.0" encoding="utf-8"?>
<Properties xmlns="http://schemas.openxmlformats.org/officeDocument/2006/custom-properties" xmlns:vt="http://schemas.openxmlformats.org/officeDocument/2006/docPropsVTypes"/>
</file>