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cc475193445386c7fa310ee88c01dd14210160"/>
    <w:p>
      <w:pPr>
        <w:pStyle w:val="Heading1"/>
      </w:pPr>
      <w:r>
        <w:rPr>
          <w:b/>
          <w:bCs/>
        </w:rPr>
        <w:t xml:space="preserve">Maggie: A Girl of the Streets</w:t>
      </w:r>
      <w:r>
        <w:br/>
      </w:r>
      <w:r>
        <w:rPr>
          <w:i/>
          <w:iCs/>
        </w:rPr>
        <w:t xml:space="preserve">Stephen Crane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Black holes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annihilate</w:t>
      </w:r>
      <w:r>
        <w:rPr>
          <w:b/>
          <w:bCs/>
        </w:rPr>
        <w:t xml:space="preserve"> </w:t>
      </w:r>
      <w:r>
        <w:rPr>
          <w:b/>
          <w:bCs/>
        </w:rPr>
        <w:t xml:space="preserve">all traces of what falls into them.</w:t>
      </w:r>
      <w:r>
        <w:br/>
      </w:r>
      <w:r>
        <w:t xml:space="preserve">    (a) completely destroy</w:t>
      </w:r>
      <w:r>
        <w:br/>
      </w:r>
      <w:r>
        <w:t xml:space="preserve">    (b) slowly examine</w:t>
      </w:r>
      <w:r>
        <w:br/>
      </w:r>
      <w:r>
        <w:t xml:space="preserve">    (c) carefully preserve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book,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Harry Potter</w:t>
      </w:r>
      <w:r>
        <w:rPr>
          <w:b/>
          <w:bCs/>
        </w:rPr>
        <w:t xml:space="preserve">, Voldemort is Harry's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.</w:t>
      </w:r>
      <w:r>
        <w:br/>
      </w:r>
      <w:r>
        <w:t xml:space="preserve">    (a) partner</w:t>
      </w:r>
      <w:r>
        <w:br/>
      </w:r>
      <w:r>
        <w:t xml:space="preserve">    (b) enemy</w:t>
      </w:r>
      <w:r>
        <w:br/>
      </w:r>
      <w:r>
        <w:t xml:space="preserve">    (c) friend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audacious</w:t>
      </w:r>
      <w:r>
        <w:rPr>
          <w:b/>
          <w:bCs/>
        </w:rPr>
        <w:t xml:space="preserve"> </w:t>
      </w:r>
      <w:r>
        <w:rPr>
          <w:b/>
          <w:bCs/>
        </w:rPr>
        <w:t xml:space="preserve">plan.</w:t>
      </w:r>
      <w:r>
        <w:br/>
      </w:r>
      <w:r>
        <w:t xml:space="preserve">    (a) likely to succeed</w:t>
      </w:r>
      <w:r>
        <w:br/>
      </w:r>
      <w:r>
        <w:t xml:space="preserve">    (b) bold and daring</w:t>
      </w:r>
      <w:r>
        <w:br/>
      </w:r>
      <w:r>
        <w:t xml:space="preserve">    (c) improperly considered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likes to make people lose their cool by starting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belligerent</w:t>
      </w:r>
      <w:r>
        <w:rPr>
          <w:b/>
          <w:bCs/>
        </w:rPr>
        <w:t xml:space="preserve"> </w:t>
      </w:r>
      <w:r>
        <w:rPr>
          <w:b/>
          <w:bCs/>
        </w:rPr>
        <w:t xml:space="preserve">political arguments.</w:t>
      </w:r>
      <w:r>
        <w:br/>
      </w:r>
      <w:r>
        <w:t xml:space="preserve">    (a) ridiculous or absurd</w:t>
      </w:r>
      <w:r>
        <w:br/>
      </w:r>
      <w:r>
        <w:t xml:space="preserve">    (b) clever or intelligent</w:t>
      </w:r>
      <w:r>
        <w:br/>
      </w:r>
      <w:r>
        <w:t xml:space="preserve">    (c) hostile or combative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philosopher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contemplated</w:t>
      </w:r>
      <w:r>
        <w:rPr>
          <w:b/>
          <w:bCs/>
        </w:rPr>
        <w:t xml:space="preserve"> </w:t>
      </w:r>
      <w:r>
        <w:rPr>
          <w:b/>
          <w:bCs/>
        </w:rPr>
        <w:t xml:space="preserve">the meaning of life, pondering the big questions of existence.</w:t>
      </w:r>
      <w:r>
        <w:br/>
      </w:r>
      <w:r>
        <w:t xml:space="preserve">    (a) read about</w:t>
      </w:r>
      <w:r>
        <w:br/>
      </w:r>
      <w:r>
        <w:t xml:space="preserve">    (b) wrote about</w:t>
      </w:r>
      <w:r>
        <w:br/>
      </w:r>
      <w:r>
        <w:t xml:space="preserve">    (c) thought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impolite. She pretended not to notice except that she treated him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</w:t>
      </w:r>
      <w:r>
        <w:rPr>
          <w:b/>
          <w:bCs/>
        </w:rPr>
        <w:t xml:space="preserve">.</w:t>
      </w:r>
      <w:r>
        <w:br/>
      </w:r>
      <w:r>
        <w:t xml:space="preserve">    (a) lack of respect</w:t>
      </w:r>
      <w:r>
        <w:br/>
      </w:r>
      <w:r>
        <w:t xml:space="preserve">    (b) impatience</w:t>
      </w:r>
      <w:r>
        <w:br/>
      </w:r>
      <w:r>
        <w:t xml:space="preserve">    (c) great annoyance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bravely stepped forward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denounce</w:t>
      </w:r>
      <w:r>
        <w:rPr>
          <w:b/>
          <w:bCs/>
        </w:rPr>
        <w:t xml:space="preserve"> </w:t>
      </w:r>
      <w:r>
        <w:rPr>
          <w:b/>
          <w:bCs/>
        </w:rPr>
        <w:t xml:space="preserve">the corruption within her company.</w:t>
      </w:r>
      <w:r>
        <w:br/>
      </w:r>
      <w:r>
        <w:t xml:space="preserve">    (a) openly condemn</w:t>
      </w:r>
      <w:r>
        <w:br/>
      </w:r>
      <w:r>
        <w:t xml:space="preserve">    (b) quietly ignore</w:t>
      </w:r>
      <w:r>
        <w:br/>
      </w:r>
      <w:r>
        <w:t xml:space="preserve">    (c) warmly praise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nothing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 </w:t>
      </w:r>
      <w:r>
        <w:rPr>
          <w:b/>
          <w:bCs/>
        </w:rPr>
        <w:t xml:space="preserve">for the notion that common people can regulate their own lives better than she can.</w:t>
      </w:r>
      <w:r>
        <w:br/>
      </w:r>
      <w:r>
        <w:t xml:space="preserve">    (a) intense anger</w:t>
      </w:r>
      <w:r>
        <w:br/>
      </w:r>
      <w:r>
        <w:t xml:space="preserve">    (b) lack of respect</w:t>
      </w:r>
      <w:r>
        <w:br/>
      </w:r>
      <w:r>
        <w:t xml:space="preserve">    (c) humility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 casual, go-with-the-flow personality and doesn't appreciate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earnestness</w:t>
      </w:r>
      <w:r>
        <w:rPr>
          <w:b/>
          <w:bCs/>
        </w:rPr>
        <w:t xml:space="preserve">.</w:t>
      </w:r>
      <w:r>
        <w:br/>
      </w:r>
      <w:r>
        <w:t xml:space="preserve">    (a) frivolous attitude</w:t>
      </w:r>
      <w:r>
        <w:br/>
      </w:r>
      <w:r>
        <w:t xml:space="preserve">    (b) seriousness</w:t>
      </w:r>
      <w:r>
        <w:br/>
      </w:r>
      <w:r>
        <w:t xml:space="preserve">    (c) falseness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little brother can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exasperating</w:t>
      </w:r>
      <w:r>
        <w:rPr>
          <w:b/>
          <w:bCs/>
        </w:rPr>
        <w:t xml:space="preserve">. He's always testing his boundaries.</w:t>
      </w:r>
      <w:r>
        <w:br/>
      </w:r>
      <w:r>
        <w:t xml:space="preserve">    (a) greatly annoying</w:t>
      </w:r>
      <w:r>
        <w:br/>
      </w:r>
      <w:r>
        <w:t xml:space="preserve">    (b) very active</w:t>
      </w:r>
      <w:r>
        <w:br/>
      </w:r>
      <w:r>
        <w:t xml:space="preserve">    (c) endearing (lovable)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Later she said she was just trying to figure out whose phone it was, but she looked around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furtively</w:t>
      </w:r>
      <w:r>
        <w:rPr>
          <w:b/>
          <w:bCs/>
        </w:rPr>
        <w:t xml:space="preserve"> </w:t>
      </w:r>
      <w:r>
        <w:rPr>
          <w:b/>
          <w:bCs/>
        </w:rPr>
        <w:t xml:space="preserve">before she began reading my text messages.</w:t>
      </w:r>
      <w:r>
        <w:br/>
      </w:r>
      <w:r>
        <w:t xml:space="preserve">    (a) nervously</w:t>
      </w:r>
      <w:r>
        <w:br/>
      </w:r>
      <w:r>
        <w:t xml:space="preserve">    (b) eagerly</w:t>
      </w:r>
      <w:r>
        <w:br/>
      </w:r>
      <w:r>
        <w:t xml:space="preserve">    (c) with curiosity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indifferent</w:t>
      </w:r>
      <w:r>
        <w:rPr>
          <w:b/>
          <w:bCs/>
        </w:rPr>
        <w:t xml:space="preserve"> </w:t>
      </w:r>
      <w:r>
        <w:rPr>
          <w:b/>
          <w:bCs/>
        </w:rPr>
        <w:t xml:space="preserve">to his anger.</w:t>
      </w:r>
      <w:r>
        <w:br/>
      </w:r>
      <w:r>
        <w:t xml:space="preserve">    (a) with fear</w:t>
      </w:r>
      <w:r>
        <w:br/>
      </w:r>
      <w:r>
        <w:t xml:space="preserve">    (b) with anger</w:t>
      </w:r>
      <w:r>
        <w:br/>
      </w:r>
      <w:r>
        <w:t xml:space="preserve">    (c) without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lamented</w:t>
      </w:r>
      <w:r>
        <w:rPr>
          <w:b/>
          <w:bCs/>
        </w:rPr>
        <w:t xml:space="preserve"> </w:t>
      </w:r>
      <w:r>
        <w:rPr>
          <w:b/>
          <w:bCs/>
        </w:rPr>
        <w:t xml:space="preserve">our sad circumstances.</w:t>
      </w:r>
      <w:r>
        <w:br/>
      </w:r>
      <w:r>
        <w:t xml:space="preserve">    (a) expressed grief about</w:t>
      </w:r>
      <w:r>
        <w:br/>
      </w:r>
      <w:r>
        <w:t xml:space="preserve">    (b) made worse</w:t>
      </w:r>
      <w:r>
        <w:br/>
      </w:r>
      <w:r>
        <w:t xml:space="preserve">    (c) improved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of the more popular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narrators</w:t>
      </w:r>
      <w:r>
        <w:rPr>
          <w:b/>
          <w:bCs/>
        </w:rPr>
        <w:t xml:space="preserve"> </w:t>
      </w:r>
      <w:r>
        <w:rPr>
          <w:b/>
          <w:bCs/>
        </w:rPr>
        <w:t xml:space="preserve">in movie history is Morgan Freeman. I especially liked him in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The Shawshank Redemption</w:t>
      </w:r>
      <w:r>
        <w:rPr>
          <w:b/>
          <w:bCs/>
        </w:rPr>
        <w:t xml:space="preserve"> </w:t>
      </w:r>
      <w:r>
        <w:rPr>
          <w:b/>
          <w:bCs/>
        </w:rPr>
        <w:t xml:space="preserve">where in addition to playing a major role, he narrated the film.</w:t>
      </w:r>
      <w:r>
        <w:br/>
      </w:r>
      <w:r>
        <w:t xml:space="preserve">    (a) producer who works closest with the actors</w:t>
      </w:r>
      <w:r>
        <w:br/>
      </w:r>
      <w:r>
        <w:t xml:space="preserve">    (b) script writer</w:t>
      </w:r>
      <w:r>
        <w:br/>
      </w:r>
      <w:r>
        <w:t xml:space="preserve">    (c) actor who talks directly to the audience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one thing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</w:t>
      </w:r>
      <w:r>
        <w:rPr>
          <w:b/>
          <w:bCs/>
        </w:rPr>
        <w:t xml:space="preserve"> </w:t>
      </w:r>
      <w:r>
        <w:rPr>
          <w:b/>
          <w:bCs/>
        </w:rPr>
        <w:t xml:space="preserve">something with the senses and another to understand its importance.</w:t>
      </w:r>
      <w:r>
        <w:br/>
      </w:r>
      <w:r>
        <w:t xml:space="preserve">    (a) become aware of</w:t>
      </w:r>
      <w:r>
        <w:br/>
      </w:r>
      <w:r>
        <w:t xml:space="preserve">    (b) clearly see</w:t>
      </w:r>
      <w:r>
        <w:br/>
      </w:r>
      <w:r>
        <w:t xml:space="preserve">    (c) physically touch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face showed nothing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stolid</w:t>
      </w:r>
      <w:r>
        <w:rPr>
          <w:b/>
          <w:bCs/>
        </w:rPr>
        <w:t xml:space="preserve"> </w:t>
      </w:r>
      <w:r>
        <w:rPr>
          <w:b/>
          <w:bCs/>
        </w:rPr>
        <w:t xml:space="preserve">indifference.</w:t>
      </w:r>
      <w:r>
        <w:br/>
      </w:r>
      <w:r>
        <w:t xml:space="preserve">    (a) confused</w:t>
      </w:r>
      <w:r>
        <w:br/>
      </w:r>
      <w:r>
        <w:t xml:space="preserve">    (b) emotionless</w:t>
      </w:r>
      <w:r>
        <w:br/>
      </w:r>
      <w:r>
        <w:t xml:space="preserve">    (c) bitter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sullen</w:t>
      </w:r>
      <w:r>
        <w:rPr>
          <w:b/>
          <w:bCs/>
        </w:rPr>
        <w:t xml:space="preserve"> </w:t>
      </w:r>
      <w:r>
        <w:rPr>
          <w:b/>
          <w:bCs/>
        </w:rPr>
        <w:t xml:space="preserve">crowd watched the execution.</w:t>
      </w:r>
      <w:r>
        <w:br/>
      </w:r>
      <w:r>
        <w:t xml:space="preserve">    (a) celebrating</w:t>
      </w:r>
      <w:r>
        <w:br/>
      </w:r>
      <w:r>
        <w:t xml:space="preserve">    (b) excited</w:t>
      </w:r>
      <w:r>
        <w:br/>
      </w:r>
      <w:r>
        <w:t xml:space="preserve">    (c) unhappy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McDonald's menu options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vary</w:t>
      </w:r>
      <w:r>
        <w:rPr>
          <w:b/>
          <w:bCs/>
        </w:rPr>
        <w:t xml:space="preserve"> </w:t>
      </w:r>
      <w:r>
        <w:rPr>
          <w:b/>
          <w:bCs/>
        </w:rPr>
        <w:t xml:space="preserve">by location.</w:t>
      </w:r>
      <w:r>
        <w:br/>
      </w:r>
      <w:r>
        <w:t xml:space="preserve">    (a) are different</w:t>
      </w:r>
      <w:r>
        <w:br/>
      </w:r>
      <w:r>
        <w:t xml:space="preserve">    (b) are consistent</w:t>
      </w:r>
      <w:r>
        <w:br/>
      </w:r>
      <w:r>
        <w:t xml:space="preserve">    (c) are known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not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vindictive</w:t>
      </w:r>
      <w:r>
        <w:rPr>
          <w:b/>
          <w:bCs/>
        </w:rPr>
        <w:t xml:space="preserve"> </w:t>
      </w:r>
      <w:r>
        <w:rPr>
          <w:b/>
          <w:bCs/>
        </w:rPr>
        <w:t xml:space="preserve">person.</w:t>
      </w:r>
      <w:r>
        <w:br/>
      </w:r>
      <w:r>
        <w:t xml:space="preserve">    (a) easy-going</w:t>
      </w:r>
      <w:r>
        <w:br/>
      </w:r>
      <w:r>
        <w:t xml:space="preserve">    (b) driven</w:t>
      </w:r>
      <w:r>
        <w:br/>
      </w:r>
      <w:r>
        <w:t xml:space="preserve">    (c) revengeful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fears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 </w:t>
      </w:r>
      <w:r>
        <w:rPr>
          <w:b/>
          <w:bCs/>
        </w:rPr>
        <w:t xml:space="preserve">of God.</w:t>
      </w:r>
      <w:r>
        <w:br/>
      </w:r>
      <w:r>
        <w:t xml:space="preserve">    (a) power</w:t>
      </w:r>
      <w:r>
        <w:br/>
      </w:r>
      <w:r>
        <w:t xml:space="preserve">    (b) unpredictable moods</w:t>
      </w:r>
      <w:r>
        <w:br/>
      </w:r>
      <w:r>
        <w:t xml:space="preserve">    (c) angry punishment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2026-07-31T15:44:26Z</dcterms:created>
  <dcterms:modified xsi:type="dcterms:W3CDTF">2026-07-31T15:44:26Z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