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8e4844975f0606c2c6fabe99a03f8b76ab66ee"/>
    <w:p>
      <w:pPr>
        <w:pStyle w:val="Heading1"/>
      </w:pPr>
      <w:r>
        <w:rPr>
          <w:b/>
          <w:bCs/>
        </w:rPr>
        <w:t xml:space="preserve">Maggie: A Girl of the Streets</w:t>
      </w:r>
      <w:r>
        <w:br/>
      </w:r>
      <w:r>
        <w:rPr>
          <w:i/>
          <w:iCs/>
        </w:rPr>
        <w:t xml:space="preserve">Stephen Crane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book was released to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acclaim</w:t>
      </w:r>
      <w:r>
        <w:rPr>
          <w:b/>
          <w:bCs/>
        </w:rPr>
        <w:t xml:space="preserve">.</w:t>
      </w:r>
      <w:r>
        <w:br/>
      </w:r>
      <w:r>
        <w:t xml:space="preserve">    (a) curiosity</w:t>
      </w:r>
      <w:r>
        <w:br/>
      </w:r>
      <w:r>
        <w:t xml:space="preserve">    (b) criticism</w:t>
      </w:r>
      <w:r>
        <w:br/>
      </w:r>
      <w:r>
        <w:t xml:space="preserve">    (c) praise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reporter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accosted</w:t>
      </w:r>
      <w:r>
        <w:rPr>
          <w:b/>
          <w:bCs/>
        </w:rPr>
        <w:t xml:space="preserve"> </w:t>
      </w:r>
      <w:r>
        <w:rPr>
          <w:b/>
          <w:bCs/>
        </w:rPr>
        <w:t xml:space="preserve">the politician as she left the building, bombarding her with questions about the recent scandal.</w:t>
      </w:r>
      <w:r>
        <w:br/>
      </w:r>
      <w:r>
        <w:t xml:space="preserve">    (a) approached timidly</w:t>
      </w:r>
      <w:r>
        <w:br/>
      </w:r>
      <w:r>
        <w:t xml:space="preserve">    (b) approached aggressively</w:t>
      </w:r>
      <w:r>
        <w:br/>
      </w:r>
      <w:r>
        <w:t xml:space="preserve">    (c) approached politely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in the 21st century, high school teachers in the country are still occasionally imprisoned and/or lashed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blasphemy</w:t>
      </w:r>
      <w:r>
        <w:rPr>
          <w:b/>
          <w:bCs/>
        </w:rPr>
        <w:t xml:space="preserve">.</w:t>
      </w:r>
      <w:r>
        <w:br/>
      </w:r>
      <w:r>
        <w:t xml:space="preserve">    (a) disrespect of something considered sacred</w:t>
      </w:r>
      <w:r>
        <w:br/>
      </w:r>
      <w:r>
        <w:t xml:space="preserve">    (b) a dispute where there is strong disagreement</w:t>
      </w:r>
      <w:r>
        <w:br/>
      </w:r>
      <w:r>
        <w:t xml:space="preserve">    (c) a serious logical error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book provides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comprehensive</w:t>
      </w:r>
      <w:r>
        <w:rPr>
          <w:b/>
          <w:bCs/>
        </w:rPr>
        <w:t xml:space="preserve"> </w:t>
      </w:r>
      <w:r>
        <w:rPr>
          <w:b/>
          <w:bCs/>
        </w:rPr>
        <w:t xml:space="preserve">history of the revolution.</w:t>
      </w:r>
      <w:r>
        <w:br/>
      </w:r>
      <w:r>
        <w:t xml:space="preserve">    (a) early</w:t>
      </w:r>
      <w:r>
        <w:br/>
      </w:r>
      <w:r>
        <w:t xml:space="preserve">    (b) modern</w:t>
      </w:r>
      <w:r>
        <w:br/>
      </w:r>
      <w:r>
        <w:t xml:space="preserve">    (c) complete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contemptible</w:t>
      </w:r>
      <w:r>
        <w:rPr>
          <w:b/>
          <w:bCs/>
        </w:rPr>
        <w:t xml:space="preserve"> </w:t>
      </w:r>
      <w:r>
        <w:rPr>
          <w:b/>
          <w:bCs/>
        </w:rPr>
        <w:t xml:space="preserve">liar.</w:t>
      </w:r>
      <w:r>
        <w:br/>
      </w:r>
      <w:r>
        <w:t xml:space="preserve">    (a) deserving no respect</w:t>
      </w:r>
      <w:r>
        <w:br/>
      </w:r>
      <w:r>
        <w:t xml:space="preserve">    (b) good (at pretending)</w:t>
      </w:r>
      <w:r>
        <w:br/>
      </w:r>
      <w:r>
        <w:t xml:space="preserve">    (c) unreliable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professor greeted each student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cordially</w:t>
      </w:r>
      <w:r>
        <w:rPr>
          <w:b/>
          <w:bCs/>
        </w:rPr>
        <w:t xml:space="preserve"> </w:t>
      </w:r>
      <w:r>
        <w:rPr>
          <w:b/>
          <w:bCs/>
        </w:rPr>
        <w:t xml:space="preserve">as they entered.</w:t>
      </w:r>
      <w:r>
        <w:br/>
      </w:r>
      <w:r>
        <w:t xml:space="preserve">    (a) in a hurried manner</w:t>
      </w:r>
      <w:r>
        <w:br/>
      </w:r>
      <w:r>
        <w:t xml:space="preserve">    (b) in a friendly manner</w:t>
      </w:r>
      <w:r>
        <w:br/>
      </w:r>
      <w:r>
        <w:t xml:space="preserve">    (c) in a clumsy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algebra, letters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</w:t>
      </w:r>
      <w:r>
        <w:rPr>
          <w:b/>
          <w:bCs/>
        </w:rPr>
        <w:t xml:space="preserve"> </w:t>
      </w:r>
      <w:r>
        <w:rPr>
          <w:b/>
          <w:bCs/>
        </w:rPr>
        <w:t xml:space="preserve">unknown numbers in equations.</w:t>
      </w:r>
      <w:r>
        <w:br/>
      </w:r>
      <w:r>
        <w:t xml:space="preserve">    (a) scatter</w:t>
      </w:r>
      <w:r>
        <w:br/>
      </w:r>
      <w:r>
        <w:t xml:space="preserve">    (b) represent</w:t>
      </w:r>
      <w:r>
        <w:br/>
      </w:r>
      <w:r>
        <w:t xml:space="preserve">    (c) confuse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field of economics, market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equilibrium</w:t>
      </w:r>
      <w:r>
        <w:rPr>
          <w:b/>
          <w:bCs/>
        </w:rPr>
        <w:t xml:space="preserve"> </w:t>
      </w:r>
      <w:r>
        <w:rPr>
          <w:b/>
          <w:bCs/>
        </w:rPr>
        <w:t xml:space="preserve">is achieved when supply meets demand, resulting in stable prices and satisfied consumers.</w:t>
      </w:r>
      <w:r>
        <w:br/>
      </w:r>
      <w:r>
        <w:t xml:space="preserve">    (a) conflict</w:t>
      </w:r>
      <w:r>
        <w:br/>
      </w:r>
      <w:r>
        <w:t xml:space="preserve">    (b) disparity</w:t>
      </w:r>
      <w:r>
        <w:br/>
      </w:r>
      <w:r>
        <w:t xml:space="preserve">    (c) balance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trust you didn't take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facetious</w:t>
      </w:r>
      <w:r>
        <w:rPr>
          <w:b/>
          <w:bCs/>
        </w:rPr>
        <w:t xml:space="preserve"> </w:t>
      </w:r>
      <w:r>
        <w:rPr>
          <w:b/>
          <w:bCs/>
        </w:rPr>
        <w:t xml:space="preserve">remarks seriously.</w:t>
      </w:r>
      <w:r>
        <w:br/>
      </w:r>
      <w:r>
        <w:t xml:space="preserve">    (a) deeply personal</w:t>
      </w:r>
      <w:r>
        <w:br/>
      </w:r>
      <w:r>
        <w:t xml:space="preserve">    (b) mildly offensive</w:t>
      </w:r>
      <w:r>
        <w:br/>
      </w:r>
      <w:r>
        <w:t xml:space="preserve">    (c) not serious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fastidious</w:t>
      </w:r>
      <w:r>
        <w:rPr>
          <w:b/>
          <w:bCs/>
        </w:rPr>
        <w:t xml:space="preserve"> </w:t>
      </w:r>
      <w:r>
        <w:rPr>
          <w:b/>
          <w:bCs/>
        </w:rPr>
        <w:t xml:space="preserve">about keeping her desk perfectly organized.</w:t>
      </w:r>
      <w:r>
        <w:br/>
      </w:r>
      <w:r>
        <w:t xml:space="preserve">    (a) extremely attentive to detail</w:t>
      </w:r>
      <w:r>
        <w:br/>
      </w:r>
      <w:r>
        <w:t xml:space="preserve">    (b) careless and disorganized</w:t>
      </w:r>
      <w:r>
        <w:br/>
      </w:r>
      <w:r>
        <w:t xml:space="preserve">    (c) loud and outgoing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patience or tolerance</w:t>
      </w:r>
      <w:r>
        <w:br/>
      </w:r>
      <w:r>
        <w:t xml:space="preserve">    (b) family concerns</w:t>
      </w:r>
      <w:r>
        <w:br/>
      </w:r>
      <w:r>
        <w:t xml:space="preserve">    (c) financial loan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couldn't hear what they were saying or see their faces, but by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gesticulations</w:t>
      </w:r>
      <w:r>
        <w:rPr>
          <w:b/>
          <w:bCs/>
        </w:rPr>
        <w:t xml:space="preserve">, I'm sure they were angry at each other.</w:t>
      </w:r>
      <w:r>
        <w:br/>
      </w:r>
      <w:r>
        <w:t xml:space="preserve">    (a) facial expressions</w:t>
      </w:r>
      <w:r>
        <w:br/>
      </w:r>
      <w:r>
        <w:t xml:space="preserve">    (b) tones of voice</w:t>
      </w:r>
      <w:r>
        <w:br/>
      </w:r>
      <w:r>
        <w:t xml:space="preserve">    (c) gestures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Fallen branches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obstruct</w:t>
      </w:r>
      <w:r>
        <w:rPr>
          <w:b/>
          <w:bCs/>
        </w:rPr>
        <w:t xml:space="preserve"> </w:t>
      </w:r>
      <w:r>
        <w:rPr>
          <w:b/>
          <w:bCs/>
        </w:rPr>
        <w:t xml:space="preserve">the hiking trail after last night's heavy storm.</w:t>
      </w:r>
      <w:r>
        <w:br/>
      </w:r>
      <w:r>
        <w:t xml:space="preserve">    (a) widen or expand</w:t>
      </w:r>
      <w:r>
        <w:br/>
      </w:r>
      <w:r>
        <w:t xml:space="preserve">    (b) block or hinder</w:t>
      </w:r>
      <w:r>
        <w:br/>
      </w:r>
      <w:r>
        <w:t xml:space="preserve">    (c) clean and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opulent</w:t>
      </w:r>
      <w:r>
        <w:rPr>
          <w:b/>
          <w:bCs/>
        </w:rPr>
        <w:t xml:space="preserve"> </w:t>
      </w:r>
      <w:r>
        <w:rPr>
          <w:b/>
          <w:bCs/>
        </w:rPr>
        <w:t xml:space="preserve">hotel lobby had marble floors, crystal lights, and velvet chairs.</w:t>
      </w:r>
      <w:r>
        <w:br/>
      </w:r>
      <w:r>
        <w:t xml:space="preserve">    (a) rich and luxurious</w:t>
      </w:r>
      <w:r>
        <w:br/>
      </w:r>
      <w:r>
        <w:t xml:space="preserve">    (b) plain and practical</w:t>
      </w:r>
      <w:r>
        <w:br/>
      </w:r>
      <w:r>
        <w:t xml:space="preserve">    (c) small and crowded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arrived in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ostentatious</w:t>
      </w:r>
      <w:r>
        <w:rPr>
          <w:b/>
          <w:bCs/>
        </w:rPr>
        <w:t xml:space="preserve"> </w:t>
      </w:r>
      <w:r>
        <w:rPr>
          <w:b/>
          <w:bCs/>
        </w:rPr>
        <w:t xml:space="preserve">stretch limo.</w:t>
      </w:r>
      <w:r>
        <w:br/>
      </w:r>
      <w:r>
        <w:t xml:space="preserve">    (a) long</w:t>
      </w:r>
      <w:r>
        <w:br/>
      </w:r>
      <w:r>
        <w:t xml:space="preserve">    (b) expensive</w:t>
      </w:r>
      <w:r>
        <w:br/>
      </w:r>
      <w:r>
        <w:t xml:space="preserve">    (c) showy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billionaire's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philanthropy</w:t>
      </w:r>
      <w:r>
        <w:rPr>
          <w:b/>
          <w:bCs/>
        </w:rPr>
        <w:t xml:space="preserve"> </w:t>
      </w:r>
      <w:r>
        <w:rPr>
          <w:b/>
          <w:bCs/>
        </w:rPr>
        <w:t xml:space="preserve">supported hospitals around the world.</w:t>
      </w:r>
      <w:r>
        <w:br/>
      </w:r>
      <w:r>
        <w:t xml:space="preserve">    (a) selfish hoarding</w:t>
      </w:r>
      <w:r>
        <w:br/>
      </w:r>
      <w:r>
        <w:t xml:space="preserve">    (b) charitable giving</w:t>
      </w:r>
      <w:r>
        <w:br/>
      </w:r>
      <w:r>
        <w:t xml:space="preserve">    (c) loud boasting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pinnacle</w:t>
      </w:r>
      <w:r>
        <w:rPr>
          <w:b/>
          <w:bCs/>
        </w:rPr>
        <w:t xml:space="preserve"> </w:t>
      </w:r>
      <w:r>
        <w:rPr>
          <w:b/>
          <w:bCs/>
        </w:rPr>
        <w:t xml:space="preserve">of her success, she was earning over a million dollars a year.</w:t>
      </w:r>
      <w:r>
        <w:br/>
      </w:r>
      <w:r>
        <w:t xml:space="preserve">    (a) end</w:t>
      </w:r>
      <w:r>
        <w:br/>
      </w:r>
      <w:r>
        <w:t xml:space="preserve">    (b) beginning</w:t>
      </w:r>
      <w:r>
        <w:br/>
      </w:r>
      <w:r>
        <w:t xml:space="preserve">    (c) highest point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agency recommended against taking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precipitate</w:t>
      </w:r>
      <w:r>
        <w:rPr>
          <w:b/>
          <w:bCs/>
        </w:rPr>
        <w:t xml:space="preserve"> </w:t>
      </w:r>
      <w:r>
        <w:rPr>
          <w:b/>
          <w:bCs/>
        </w:rPr>
        <w:t xml:space="preserve">action.</w:t>
      </w:r>
      <w:r>
        <w:br/>
      </w:r>
      <w:r>
        <w:t xml:space="preserve">    (a) hidden</w:t>
      </w:r>
      <w:r>
        <w:br/>
      </w:r>
      <w:r>
        <w:t xml:space="preserve">    (b) quick</w:t>
      </w:r>
      <w:r>
        <w:br/>
      </w:r>
      <w:r>
        <w:t xml:space="preserve">    (c) dramatic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rampant</w:t>
      </w:r>
      <w:r>
        <w:rPr>
          <w:b/>
          <w:bCs/>
        </w:rPr>
        <w:t xml:space="preserve"> </w:t>
      </w:r>
      <w:r>
        <w:rPr>
          <w:b/>
          <w:bCs/>
        </w:rPr>
        <w:t xml:space="preserve">inflation was making it difficult for people to afford basic necessities.</w:t>
      </w:r>
      <w:r>
        <w:br/>
      </w:r>
      <w:r>
        <w:t xml:space="preserve">    (a) new</w:t>
      </w:r>
      <w:r>
        <w:br/>
      </w:r>
      <w:r>
        <w:t xml:space="preserve">    (b) harmful</w:t>
      </w:r>
      <w:r>
        <w:br/>
      </w:r>
      <w:r>
        <w:t xml:space="preserve">    (c) uncontrolled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lawyers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remonstrate</w:t>
      </w:r>
      <w:r>
        <w:rPr>
          <w:b/>
          <w:bCs/>
        </w:rPr>
        <w:t xml:space="preserve"> </w:t>
      </w:r>
      <w:r>
        <w:rPr>
          <w:b/>
          <w:bCs/>
        </w:rPr>
        <w:t xml:space="preserve">that we're starting without a written agreement, but we trust each other.</w:t>
      </w:r>
      <w:r>
        <w:br/>
      </w:r>
      <w:r>
        <w:t xml:space="preserve">    (a) protest</w:t>
      </w:r>
      <w:r>
        <w:br/>
      </w:r>
      <w:r>
        <w:t xml:space="preserve">    (b) promise</w:t>
      </w:r>
      <w:r>
        <w:br/>
      </w:r>
      <w:r>
        <w:t xml:space="preserve">    (c) explain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2026-07-31T15:44:27Z</dcterms:created>
  <dcterms:modified xsi:type="dcterms:W3CDTF">2026-07-31T15:44:27Z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