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abcfbf2ca8c39c0356f1c93d0cb2dab34793c6"/>
    <w:p>
      <w:pPr>
        <w:pStyle w:val="Heading1"/>
      </w:pPr>
      <w:r>
        <w:rPr>
          <w:b/>
          <w:bCs/>
        </w:rPr>
        <w:t xml:space="preserve">Madame Bovary</w:t>
      </w:r>
      <w:r>
        <w:br/>
      </w:r>
      <w:r>
        <w:rPr>
          <w:i/>
          <w:iCs/>
        </w:rPr>
        <w:t xml:space="preserve">Gustave Flaubert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approval</w:t>
      </w:r>
      <w:r>
        <w:br/>
      </w:r>
      <w:r>
        <w:t xml:space="preserve">    (b) distrust</w:t>
      </w:r>
      <w:r>
        <w:br/>
      </w:r>
      <w:r>
        <w:t xml:space="preserve">    (c) sympathy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doomed to an empty life motivated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avarice</w:t>
      </w:r>
      <w:r>
        <w:rPr>
          <w:b/>
          <w:bCs/>
        </w:rPr>
        <w:t xml:space="preserve">.</w:t>
      </w:r>
      <w:r>
        <w:br/>
      </w:r>
      <w:r>
        <w:t xml:space="preserve">    (a) selfishness</w:t>
      </w:r>
      <w:r>
        <w:br/>
      </w:r>
      <w:r>
        <w:t xml:space="preserve">    (b) laziness</w:t>
      </w:r>
      <w:r>
        <w:br/>
      </w:r>
      <w:r>
        <w:t xml:space="preserve">    (c) greed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rare and unusual</w:t>
      </w:r>
      <w:r>
        <w:br/>
      </w:r>
      <w:r>
        <w:t xml:space="preserve">    (b) large in quantity</w:t>
      </w:r>
      <w:r>
        <w:br/>
      </w:r>
      <w:r>
        <w:t xml:space="preserve">    (c) small in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novel describes a night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debauchery</w:t>
      </w:r>
      <w:r>
        <w:rPr>
          <w:b/>
          <w:bCs/>
        </w:rPr>
        <w:t xml:space="preserve"> </w:t>
      </w:r>
      <w:r>
        <w:rPr>
          <w:b/>
          <w:bCs/>
        </w:rPr>
        <w:t xml:space="preserve">that leaves the guests ashamed.</w:t>
      </w:r>
      <w:r>
        <w:br/>
      </w:r>
      <w:r>
        <w:t xml:space="preserve">    (a) wild immoral behavior</w:t>
      </w:r>
      <w:r>
        <w:br/>
      </w:r>
      <w:r>
        <w:t xml:space="preserve">    (b) quiet reflection</w:t>
      </w:r>
      <w:r>
        <w:br/>
      </w:r>
      <w:r>
        <w:t xml:space="preserve">    (c) careful planning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sweet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emanation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bakery made everyone’s mouth water.</w:t>
      </w:r>
      <w:r>
        <w:br/>
      </w:r>
      <w:r>
        <w:t xml:space="preserve">    (a) laughter</w:t>
      </w:r>
      <w:r>
        <w:br/>
      </w:r>
      <w:r>
        <w:t xml:space="preserve">    (b) emission (aroma)</w:t>
      </w:r>
      <w:r>
        <w:br/>
      </w:r>
      <w:r>
        <w:t xml:space="preserve">    (c) pastry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Airline tickets, hotels, everything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exorbitant</w:t>
      </w:r>
      <w:r>
        <w:rPr>
          <w:b/>
          <w:bCs/>
        </w:rPr>
        <w:t xml:space="preserve"> </w:t>
      </w:r>
      <w:r>
        <w:rPr>
          <w:b/>
          <w:bCs/>
        </w:rPr>
        <w:t xml:space="preserve">in that city on holiday weekends.</w:t>
      </w:r>
      <w:r>
        <w:br/>
      </w:r>
      <w:r>
        <w:t xml:space="preserve">    (a) lacking a tendency to be full of thought</w:t>
      </w:r>
      <w:r>
        <w:br/>
      </w:r>
      <w:r>
        <w:t xml:space="preserve">    (b) a lot more expensive than is reasonable or typical</w:t>
      </w:r>
      <w:r>
        <w:br/>
      </w:r>
      <w:r>
        <w:t xml:space="preserve">    (c) without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trust you didn't take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facetious</w:t>
      </w:r>
      <w:r>
        <w:rPr>
          <w:b/>
          <w:bCs/>
        </w:rPr>
        <w:t xml:space="preserve"> </w:t>
      </w:r>
      <w:r>
        <w:rPr>
          <w:b/>
          <w:bCs/>
        </w:rPr>
        <w:t xml:space="preserve">remarks seriously.</w:t>
      </w:r>
      <w:r>
        <w:br/>
      </w:r>
      <w:r>
        <w:t xml:space="preserve">    (a) not serious</w:t>
      </w:r>
      <w:r>
        <w:br/>
      </w:r>
      <w:r>
        <w:t xml:space="preserve">    (b) mildly offensive</w:t>
      </w:r>
      <w:r>
        <w:br/>
      </w:r>
      <w:r>
        <w:t xml:space="preserve">    (c) deeply personal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what they were saying or see their faces, but by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, I'm sure they were angry at each other.</w:t>
      </w:r>
      <w:r>
        <w:br/>
      </w:r>
      <w:r>
        <w:t xml:space="preserve">    (a) facial expressions</w:t>
      </w:r>
      <w:r>
        <w:br/>
      </w:r>
      <w:r>
        <w:t xml:space="preserve">    (b) tones of voice</w:t>
      </w:r>
      <w:r>
        <w:br/>
      </w:r>
      <w:r>
        <w:t xml:space="preserve">    (c) gestures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indolent</w:t>
      </w:r>
      <w:r>
        <w:rPr>
          <w:b/>
          <w:bCs/>
        </w:rPr>
        <w:t xml:space="preserve"> </w:t>
      </w:r>
      <w:r>
        <w:rPr>
          <w:b/>
          <w:bCs/>
        </w:rPr>
        <w:t xml:space="preserve">for med school.</w:t>
      </w:r>
      <w:r>
        <w:br/>
      </w:r>
      <w:r>
        <w:t xml:space="preserve">    (a) lazy</w:t>
      </w:r>
      <w:r>
        <w:br/>
      </w:r>
      <w:r>
        <w:t xml:space="preserve">    (b) calm</w:t>
      </w:r>
      <w:r>
        <w:br/>
      </w:r>
      <w:r>
        <w:t xml:space="preserve">    (c) kind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spent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inordinate</w:t>
      </w:r>
      <w:r>
        <w:rPr>
          <w:b/>
          <w:bCs/>
        </w:rPr>
        <w:t xml:space="preserve"> </w:t>
      </w:r>
      <w:r>
        <w:rPr>
          <w:b/>
          <w:bCs/>
        </w:rPr>
        <w:t xml:space="preserve">amount of time choosing a font.</w:t>
      </w:r>
      <w:r>
        <w:br/>
      </w:r>
      <w:r>
        <w:t xml:space="preserve">    (a) ordinary</w:t>
      </w:r>
      <w:r>
        <w:br/>
      </w:r>
      <w:r>
        <w:t xml:space="preserve">    (b) careful</w:t>
      </w:r>
      <w:r>
        <w:br/>
      </w:r>
      <w:r>
        <w:t xml:space="preserve">    (c) excessive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learned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modulate</w:t>
      </w:r>
      <w:r>
        <w:rPr>
          <w:b/>
          <w:bCs/>
        </w:rPr>
        <w:t xml:space="preserve"> </w:t>
      </w:r>
      <w:r>
        <w:rPr>
          <w:b/>
          <w:bCs/>
        </w:rPr>
        <w:t xml:space="preserve">her voice so the audience could hear each point clearly.</w:t>
      </w:r>
      <w:r>
        <w:br/>
      </w:r>
      <w:r>
        <w:t xml:space="preserve">    (a) silence</w:t>
      </w:r>
      <w:r>
        <w:br/>
      </w:r>
      <w:r>
        <w:t xml:space="preserve">    (b) adjust</w:t>
      </w:r>
      <w:r>
        <w:br/>
      </w:r>
      <w:r>
        <w:t xml:space="preserve">    (c) ignore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obsequious</w:t>
      </w:r>
      <w:r>
        <w:rPr>
          <w:b/>
          <w:bCs/>
        </w:rPr>
        <w:t xml:space="preserve"> </w:t>
      </w:r>
      <w:r>
        <w:rPr>
          <w:b/>
          <w:bCs/>
        </w:rPr>
        <w:t xml:space="preserve">waiter praised every comment the celebrity made.</w:t>
      </w:r>
      <w:r>
        <w:br/>
      </w:r>
      <w:r>
        <w:t xml:space="preserve">    (a) hard to recognize</w:t>
      </w:r>
      <w:r>
        <w:br/>
      </w:r>
      <w:r>
        <w:t xml:space="preserve">    (b) quick to complain</w:t>
      </w:r>
      <w:r>
        <w:br/>
      </w:r>
      <w:r>
        <w:t xml:space="preserve">    (c) too eager to please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extremely devious</w:t>
      </w:r>
      <w:r>
        <w:br/>
      </w:r>
      <w:r>
        <w:t xml:space="preserve">    (b) extremely dislikable</w:t>
      </w:r>
      <w:r>
        <w:br/>
      </w:r>
      <w:r>
        <w:t xml:space="preserve">    (c) harmful and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predilection</w:t>
      </w:r>
      <w:r>
        <w:rPr>
          <w:b/>
          <w:bCs/>
        </w:rPr>
        <w:t xml:space="preserve"> </w:t>
      </w:r>
      <w:r>
        <w:rPr>
          <w:b/>
          <w:bCs/>
        </w:rPr>
        <w:t xml:space="preserve">for sticking her nose into other people's business.</w:t>
      </w:r>
      <w:r>
        <w:br/>
      </w:r>
      <w:r>
        <w:t xml:space="preserve">    (a) worry or fear</w:t>
      </w:r>
      <w:r>
        <w:br/>
      </w:r>
      <w:r>
        <w:t xml:space="preserve">    (b) distaste or dislike</w:t>
      </w:r>
      <w:r>
        <w:br/>
      </w:r>
      <w:r>
        <w:t xml:space="preserve">    (c) preference or tendency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warmly welcomed</w:t>
      </w:r>
      <w:r>
        <w:br/>
      </w:r>
      <w:r>
        <w:t xml:space="preserve">    (b) highly amusing</w:t>
      </w:r>
      <w:r>
        <w:br/>
      </w:r>
      <w:r>
        <w:t xml:space="preserve">    (c) deeply offensive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visited every art museum in New York City, and she still wasn't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satiated</w:t>
      </w:r>
      <w:r>
        <w:rPr>
          <w:b/>
          <w:bCs/>
        </w:rPr>
        <w:t xml:space="preserve">.</w:t>
      </w:r>
      <w:r>
        <w:br/>
      </w:r>
      <w:r>
        <w:t xml:space="preserve">    (a) knowledgeable</w:t>
      </w:r>
      <w:r>
        <w:br/>
      </w:r>
      <w:r>
        <w:t xml:space="preserve">    (b) satisfied</w:t>
      </w:r>
      <w:r>
        <w:br/>
      </w:r>
      <w:r>
        <w:t xml:space="preserve">    (c) tired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protesters’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strident</w:t>
      </w:r>
      <w:r>
        <w:rPr>
          <w:b/>
          <w:bCs/>
        </w:rPr>
        <w:t xml:space="preserve"> </w:t>
      </w:r>
      <w:r>
        <w:rPr>
          <w:b/>
          <w:bCs/>
        </w:rPr>
        <w:t xml:space="preserve">chants could be heard from blocks away.</w:t>
      </w:r>
      <w:r>
        <w:br/>
      </w:r>
      <w:r>
        <w:t xml:space="preserve">    (a) unexpected or non-typical</w:t>
      </w:r>
      <w:r>
        <w:br/>
      </w:r>
      <w:r>
        <w:t xml:space="preserve">    (b) calm and composed</w:t>
      </w:r>
      <w:r>
        <w:br/>
      </w:r>
      <w:r>
        <w:t xml:space="preserve">    (c) forceful or loud and harsh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Taliban wants total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subjugation</w:t>
      </w:r>
      <w:r>
        <w:rPr>
          <w:b/>
          <w:bCs/>
        </w:rPr>
        <w:t xml:space="preserve"> </w:t>
      </w:r>
      <w:r>
        <w:rPr>
          <w:b/>
          <w:bCs/>
        </w:rPr>
        <w:t xml:space="preserve">to their religious law.</w:t>
      </w:r>
      <w:r>
        <w:br/>
      </w:r>
      <w:r>
        <w:t xml:space="preserve">    (a) forced submission</w:t>
      </w:r>
      <w:r>
        <w:br/>
      </w:r>
      <w:r>
        <w:t xml:space="preserve">    (b) body temperature that is dangerously low</w:t>
      </w:r>
      <w:r>
        <w:br/>
      </w:r>
      <w:r>
        <w:t xml:space="preserve">    (c) gullibility (being too willing to believe)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snapped out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torpor</w:t>
      </w:r>
      <w:r>
        <w:rPr>
          <w:b/>
          <w:bCs/>
        </w:rPr>
        <w:t xml:space="preserve"> </w:t>
      </w:r>
      <w:r>
        <w:rPr>
          <w:b/>
          <w:bCs/>
        </w:rPr>
        <w:t xml:space="preserve">and began living life again.</w:t>
      </w:r>
      <w:r>
        <w:br/>
      </w:r>
      <w:r>
        <w:t xml:space="preserve">    (a) a state of working all the time</w:t>
      </w:r>
      <w:r>
        <w:br/>
      </w:r>
      <w:r>
        <w:t xml:space="preserve">    (b) a state of intoxication and irrationality</w:t>
      </w:r>
      <w:r>
        <w:br/>
      </w:r>
      <w:r>
        <w:t xml:space="preserve">    (c) a state of low-energy and inactivity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back yard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veritable</w:t>
      </w:r>
      <w:r>
        <w:rPr>
          <w:b/>
          <w:bCs/>
        </w:rPr>
        <w:t xml:space="preserve"> </w:t>
      </w:r>
      <w:r>
        <w:rPr>
          <w:b/>
          <w:bCs/>
        </w:rPr>
        <w:t xml:space="preserve">jungle.</w:t>
      </w:r>
      <w:r>
        <w:br/>
      </w:r>
      <w:r>
        <w:t xml:space="preserve">    (a) walled (figuratively)</w:t>
      </w:r>
      <w:r>
        <w:br/>
      </w:r>
      <w:r>
        <w:t xml:space="preserve">    (b) decaying (figuratively)</w:t>
      </w:r>
      <w:r>
        <w:br/>
      </w:r>
      <w:r>
        <w:t xml:space="preserve">    (c) real (figuratively)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2026-07-31T15:43:49Z</dcterms:created>
  <dcterms:modified xsi:type="dcterms:W3CDTF">2026-07-31T15:43:49Z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