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f470e2f0ae88b265b7372a790bf8e8fca1a09d"/>
    <w:p>
      <w:pPr>
        <w:pStyle w:val="Heading1"/>
      </w:pPr>
      <w:r>
        <w:rPr>
          <w:b/>
          <w:bCs/>
        </w:rPr>
        <w:t xml:space="preserve">Madame Bovary</w:t>
      </w:r>
      <w:r>
        <w:br/>
      </w:r>
      <w:r>
        <w:rPr>
          <w:i/>
          <w:iCs/>
        </w:rPr>
        <w:t xml:space="preserve">Gustave Flaubert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mother always kept him near her; she cut out cardboard for him, told him tales, entertained him with endless monologues full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melancholy</w:t>
      </w:r>
      <w:r>
        <w:rPr>
          <w:b/>
          <w:bCs/>
        </w:rPr>
        <w:t xml:space="preserve"> </w:t>
      </w:r>
      <w:r>
        <w:rPr>
          <w:b/>
          <w:bCs/>
        </w:rPr>
        <w:t xml:space="preserve">gaiety and charming nonsense.</w:t>
      </w:r>
      <w:r>
        <w:br/>
      </w:r>
      <w:r>
        <w:t xml:space="preserve">    (a) a sad feeling or manner</w:t>
      </w:r>
      <w:r>
        <w:br/>
      </w:r>
      <w:r>
        <w:t xml:space="preserve">    (b) relating to the outside</w:t>
      </w:r>
      <w:r>
        <w:br/>
      </w:r>
      <w:r>
        <w:t xml:space="preserve">    (c) about (but not exactly)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he could not believe that a man born of him could be a fool.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even though -- used to connect contrasting ideas</w:t>
      </w:r>
      <w:r>
        <w:br/>
      </w:r>
      <w:r>
        <w:t xml:space="preserve">    (c) in addition to what has just been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detested</w:t>
      </w:r>
      <w:r>
        <w:rPr>
          <w:b/>
          <w:bCs/>
        </w:rPr>
        <w:t xml:space="preserve"> </w:t>
      </w:r>
      <w:r>
        <w:rPr>
          <w:b/>
          <w:bCs/>
        </w:rPr>
        <w:t xml:space="preserve">her instinctively.</w:t>
      </w:r>
      <w:r>
        <w:br/>
      </w:r>
      <w:r>
        <w:t xml:space="preserve">    (a) disliked intensely</w:t>
      </w:r>
      <w:r>
        <w:br/>
      </w:r>
      <w:r>
        <w:t xml:space="preserve">    (b) previously created</w:t>
      </w:r>
      <w:r>
        <w:br/>
      </w:r>
      <w:r>
        <w:t xml:space="preserve">    (c) not disagreed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obeyed then, but the strength of his desire protested against the servility of his conduct; and he thought, with a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naive</w:t>
      </w:r>
      <w:r>
        <w:rPr>
          <w:b/>
          <w:bCs/>
        </w:rPr>
        <w:t xml:space="preserve"> </w:t>
      </w:r>
      <w:r>
        <w:rPr>
          <w:b/>
          <w:bCs/>
        </w:rPr>
        <w:t xml:space="preserve">hypocrisy, that his interdict to see her gave him a sort of right to love her.</w:t>
      </w:r>
      <w:r>
        <w:br/>
      </w:r>
      <w:r>
        <w:t xml:space="preserve">    (a) the quality of being characterized by fantastic imagery, or combinations of things and events that don't go together</w:t>
      </w:r>
      <w:r>
        <w:br/>
      </w:r>
      <w:r>
        <w:t xml:space="preserve">    (b) the degree of being influenced by personal belief, feelings, or preferences (rather than being based purely upon fact)</w:t>
      </w:r>
      <w:r>
        <w:br/>
      </w:r>
      <w:r>
        <w:t xml:space="preserve">    (c) lacking experience or sophistication, and the understanding that comes from them -- often too trusting or optimistic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him the universe did not extend beyond the circumference of her petticoat, and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reproached</w:t>
      </w:r>
      <w:r>
        <w:rPr>
          <w:b/>
          <w:bCs/>
        </w:rPr>
        <w:t xml:space="preserve"> </w:t>
      </w:r>
      <w:r>
        <w:rPr>
          <w:b/>
          <w:bCs/>
        </w:rPr>
        <w:t xml:space="preserve">himself with not loving her.</w:t>
      </w:r>
      <w:r>
        <w:br/>
      </w:r>
      <w:r>
        <w:t xml:space="preserve">    (a) translated</w:t>
      </w:r>
      <w:r>
        <w:br/>
      </w:r>
      <w:r>
        <w:t xml:space="preserve">    (b) subtracted</w:t>
      </w:r>
      <w:r>
        <w:br/>
      </w:r>
      <w:r>
        <w:t xml:space="preserve">    (c) criticized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 of attending to mass, she looked at the pious vignettes with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azure</w:t>
      </w:r>
      <w:r>
        <w:rPr>
          <w:b/>
          <w:bCs/>
        </w:rPr>
        <w:t xml:space="preserve"> </w:t>
      </w:r>
      <w:r>
        <w:rPr>
          <w:b/>
          <w:bCs/>
        </w:rPr>
        <w:t xml:space="preserve">borders in her book, and she loved the sick lamb, the sacred heart pierced with sharp arrows, or the poor Jesus sinking beneath the cross he carries.</w:t>
      </w:r>
      <w:r>
        <w:br/>
      </w:r>
      <w:r>
        <w:t xml:space="preserve">    (a) sky-blue</w:t>
      </w:r>
      <w:r>
        <w:br/>
      </w:r>
      <w:r>
        <w:t xml:space="preserve">    (b) reporter</w:t>
      </w:r>
      <w:r>
        <w:br/>
      </w:r>
      <w:r>
        <w:t xml:space="preserve">    (c) disorder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moonlight in the garden she recited all the passionate rhymes she knew by heart, and, sighing, sang to him many melancholy adagios; but she found herself as calm after as before, and Charles seemed no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amorous</w:t>
      </w:r>
      <w:r>
        <w:rPr>
          <w:b/>
          <w:bCs/>
        </w:rPr>
        <w:t xml:space="preserve"> </w:t>
      </w:r>
      <w:r>
        <w:rPr>
          <w:b/>
          <w:bCs/>
        </w:rPr>
        <w:t xml:space="preserve">and no more moved.</w:t>
      </w:r>
      <w:r>
        <w:br/>
      </w:r>
      <w:r>
        <w:t xml:space="preserve">    (a) comprehensive</w:t>
      </w:r>
      <w:r>
        <w:br/>
      </w:r>
      <w:r>
        <w:t xml:space="preserve">    (b) logical or analytical</w:t>
      </w:r>
      <w:r>
        <w:br/>
      </w:r>
      <w:r>
        <w:t xml:space="preserve">    (c) romantic or sexual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At the crash of the glass Madame Bovary turned her head and saw in the garden the faces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peasants</w:t>
      </w:r>
      <w:r>
        <w:rPr>
          <w:b/>
          <w:bCs/>
        </w:rPr>
        <w:t xml:space="preserve"> </w:t>
      </w:r>
      <w:r>
        <w:rPr>
          <w:b/>
          <w:bCs/>
        </w:rPr>
        <w:t xml:space="preserve">pressed against the window looking in at them.</w:t>
      </w:r>
      <w:r>
        <w:br/>
      </w:r>
      <w:r>
        <w:t xml:space="preserve">    (a) organisms in the early stages of growth prior to birth, hatching, or sprouting; in humans organisms during the first eight weeks of development (prior to the fetal stage)</w:t>
      </w:r>
      <w:r>
        <w:br/>
      </w:r>
      <w:r>
        <w:t xml:space="preserve">    (b) used historically or possibly in relation to a very poor country:  people of low income, education, and social standing -- especially those who raise crops or livestock</w:t>
      </w:r>
      <w:r>
        <w:br/>
      </w:r>
      <w:r>
        <w:t xml:space="preserve">    (c) members of an artistic movement pioneered by Pablo Picasso and Georges Braque that featured surfaces of geometrical planes to depict three-dimensional organic forms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they talked a few moments longer, and after the goodnights, or rather good mornings, the guests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chateau</w:t>
      </w:r>
      <w:r>
        <w:rPr>
          <w:b/>
          <w:bCs/>
        </w:rPr>
        <w:t xml:space="preserve"> </w:t>
      </w:r>
      <w:r>
        <w:rPr>
          <w:b/>
          <w:bCs/>
        </w:rPr>
        <w:t xml:space="preserve">retired to bed.</w:t>
      </w:r>
      <w:r>
        <w:br/>
      </w:r>
      <w:r>
        <w:t xml:space="preserve">    (a) discomfort caused by difficulty in digesting food</w:t>
      </w:r>
      <w:r>
        <w:br/>
      </w:r>
      <w:r>
        <w:t xml:space="preserve">    (b) an impressive country house (or castle) in France</w:t>
      </w:r>
      <w:r>
        <w:br/>
      </w:r>
      <w:r>
        <w:t xml:space="preserve">    (c) people who do not believe in the existence of god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When, in the evening, Charles told her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anecdote</w:t>
      </w:r>
      <w:r>
        <w:rPr>
          <w:b/>
          <w:bCs/>
        </w:rPr>
        <w:t xml:space="preserve">, Emma inveighed loudly against his colleague.</w:t>
      </w:r>
      <w:r>
        <w:br/>
      </w:r>
      <w:r>
        <w:t xml:space="preserve">    (a) Hitler's fanatical and oppressive political party in World War II Germany</w:t>
      </w:r>
      <w:r>
        <w:br/>
      </w:r>
      <w:r>
        <w:t xml:space="preserve">    (b) a feeling of anger or unhappiness at having to accept something not liked</w:t>
      </w:r>
      <w:r>
        <w:br/>
      </w:r>
      <w:r>
        <w:t xml:space="preserve">    (c) a short story that is true -- often told for amusement or to make a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Afar off a dog sometimes howled; and the bell, keeping time, continued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monotonous</w:t>
      </w:r>
      <w:r>
        <w:rPr>
          <w:b/>
          <w:bCs/>
        </w:rPr>
        <w:t xml:space="preserve"> </w:t>
      </w:r>
      <w:r>
        <w:rPr>
          <w:b/>
          <w:bCs/>
        </w:rPr>
        <w:t xml:space="preserve">ringing that died away over the fields.</w:t>
      </w:r>
      <w:r>
        <w:br/>
      </w:r>
      <w:r>
        <w:t xml:space="preserve">    (a) lacking in variety and/or boring</w:t>
      </w:r>
      <w:r>
        <w:br/>
      </w:r>
      <w:r>
        <w:t xml:space="preserve">    (b) increasingly more frightening and/or dangerous</w:t>
      </w:r>
      <w:r>
        <w:br/>
      </w:r>
      <w:r>
        <w:t xml:space="preserve">    (c) interesting and/or stimulating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blushed at the compliment of his landlord, who had already turned to the doctor, and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enumerating</w:t>
      </w:r>
      <w:r>
        <w:rPr>
          <w:b/>
          <w:bCs/>
        </w:rPr>
        <w:t xml:space="preserve"> </w:t>
      </w:r>
      <w:r>
        <w:rPr>
          <w:b/>
          <w:bCs/>
        </w:rPr>
        <w:t xml:space="preserve">to him, one after the other, all the principal inhabitants of Yonville.</w:t>
      </w:r>
      <w:r>
        <w:br/>
      </w:r>
      <w:r>
        <w:t xml:space="preserve">    (a) to name or list things one-by-one</w:t>
      </w:r>
      <w:r>
        <w:br/>
      </w:r>
      <w:r>
        <w:t xml:space="preserve">    (b) causing something to move forward</w:t>
      </w:r>
      <w:r>
        <w:br/>
      </w:r>
      <w:r>
        <w:t xml:space="preserve">    (c) playing cheerful and lively music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from the general background of all these human faces Emma's stood out isolated and yet farthest off; for between her and him he seemed to see a vague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abyss</w:t>
      </w:r>
      <w:r>
        <w:rPr>
          <w:b/>
          <w:bCs/>
        </w:rPr>
        <w:t xml:space="preserve">.</w:t>
      </w:r>
      <w:r>
        <w:br/>
      </w:r>
      <w:r>
        <w:t xml:space="preserve">    (a) of the American Indian civilization of Yucatan and Belize and Guatemala that reached its peak between AD 300 and 900</w:t>
      </w:r>
      <w:r>
        <w:br/>
      </w:r>
      <w:r>
        <w:t xml:space="preserve">    (b) removal and examination of tissues or liquids from the living body to determine the existence or cause of a disease</w:t>
      </w:r>
      <w:r>
        <w:br/>
      </w:r>
      <w:r>
        <w:t xml:space="preserve">    (c) a hole or dropoff so deep the bottom cannot be seen -- often used figuratively to imply a frightening bottomless pit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often begged him to read her the verses; Leon declaimed them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languid</w:t>
      </w:r>
      <w:r>
        <w:rPr>
          <w:b/>
          <w:bCs/>
        </w:rPr>
        <w:t xml:space="preserve"> </w:t>
      </w:r>
      <w:r>
        <w:rPr>
          <w:b/>
          <w:bCs/>
        </w:rPr>
        <w:t xml:space="preserve">voice, to which he carefully gave a dying fall in the love passages.</w:t>
      </w:r>
      <w:r>
        <w:br/>
      </w:r>
      <w:r>
        <w:t xml:space="preserve">    (a) lacking energy or relaxed or moving slowly</w:t>
      </w:r>
      <w:r>
        <w:br/>
      </w:r>
      <w:r>
        <w:t xml:space="preserve">    (b) without involvement of anything in between</w:t>
      </w:r>
      <w:r>
        <w:br/>
      </w:r>
      <w:r>
        <w:t xml:space="preserve">    (c) mental activity of which one is self-aware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distance cattle moved about; neither their steps nor their lowing could be heard; and the bell, still ringing through the air, kept up its peaceful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lamentation</w:t>
      </w:r>
      <w:r>
        <w:rPr>
          <w:b/>
          <w:bCs/>
        </w:rPr>
        <w:t xml:space="preserve">.</w:t>
      </w:r>
      <w:r>
        <w:br/>
      </w:r>
      <w:r>
        <w:t xml:space="preserve">    (a) a range of things between two boundaries</w:t>
      </w:r>
      <w:r>
        <w:br/>
      </w:r>
      <w:r>
        <w:t xml:space="preserve">    (b) dreamlike state of altered consciousness</w:t>
      </w:r>
      <w:r>
        <w:br/>
      </w:r>
      <w:r>
        <w:t xml:space="preserve">    (c) passionate expression of grief or sorrow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the next day they talked over how to arrange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rendezvous</w:t>
      </w:r>
      <w:r>
        <w:rPr>
          <w:b/>
          <w:bCs/>
        </w:rPr>
        <w:t xml:space="preserve">.</w:t>
      </w:r>
      <w:r>
        <w:br/>
      </w:r>
      <w:r>
        <w:t xml:space="preserve">    (a) to meet at a specific time and place; or the meeting itself</w:t>
      </w:r>
      <w:r>
        <w:br/>
      </w:r>
      <w:r>
        <w:t xml:space="preserve">    (b) something constructed to control the flow of sound or fluid</w:t>
      </w:r>
      <w:r>
        <w:br/>
      </w:r>
      <w:r>
        <w:t xml:space="preserve">    (c) determine or identify the nature of a problem or an illness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there was a last "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" divided into two words!</w:t>
      </w:r>
      <w:r>
        <w:br/>
      </w:r>
      <w:r>
        <w:t xml:space="preserve">    (a) greetings</w:t>
      </w:r>
      <w:r>
        <w:br/>
      </w:r>
      <w:r>
        <w:t xml:space="preserve">    (b) goodbye</w:t>
      </w:r>
      <w:r>
        <w:br/>
      </w:r>
      <w:r>
        <w:t xml:space="preserve">    (c) hello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"Sir!" replied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ecclesiastic</w:t>
      </w:r>
      <w:r>
        <w:rPr>
          <w:b/>
          <w:bCs/>
        </w:rPr>
        <w:t xml:space="preserve">, with such angry eyes that the druggist was intimidated by them.</w:t>
      </w:r>
      <w:r>
        <w:br/>
      </w:r>
      <w:r>
        <w:t xml:space="preserve">    (a) a positively charged ion</w:t>
      </w:r>
      <w:r>
        <w:br/>
      </w:r>
      <w:r>
        <w:t xml:space="preserve">    (b) associated with a church</w:t>
      </w:r>
      <w:r>
        <w:br/>
      </w:r>
      <w:r>
        <w:t xml:space="preserve">    (c) social event or ceremony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...but vanity getting the better of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,</w:t>
      </w:r>
      <w:r>
        <w:br/>
      </w:r>
      <w:r>
        <w:t xml:space="preserve">    (a) good sense and caution</w:t>
      </w:r>
      <w:r>
        <w:br/>
      </w:r>
      <w:r>
        <w:t xml:space="preserve">    (b) not easily set on fire</w:t>
      </w:r>
      <w:r>
        <w:br/>
      </w:r>
      <w:r>
        <w:t xml:space="preserve">    (c) surrounding conditions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Charles, his head in his hands, went on in a broken voice, and with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resigned</w:t>
      </w:r>
      <w:r>
        <w:rPr>
          <w:b/>
          <w:bCs/>
        </w:rPr>
        <w:t xml:space="preserve"> </w:t>
      </w:r>
      <w:r>
        <w:rPr>
          <w:b/>
          <w:bCs/>
        </w:rPr>
        <w:t xml:space="preserve">accent of infinite sorrow—.</w:t>
      </w:r>
      <w:r>
        <w:br/>
      </w:r>
      <w:r>
        <w:t xml:space="preserve">    (a) showed something -- such as demonstrated, expressed, or represented</w:t>
      </w:r>
      <w:r>
        <w:br/>
      </w:r>
      <w:r>
        <w:t xml:space="preserve">    (b) having accepted something undesired as unavoidable</w:t>
      </w:r>
      <w:r>
        <w:br/>
      </w:r>
      <w:r>
        <w:t xml:space="preserve">    (c) to be or to become used to (adapted to and with an expectation of)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2026-07-31T15:43:49Z</dcterms:created>
  <dcterms:modified xsi:type="dcterms:W3CDTF">2026-07-31T15:43:49Z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